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77BF7F" w14:textId="77777777" w:rsidR="00FF6E6F" w:rsidRDefault="00000000">
      <w:pPr>
        <w:spacing w:after="80"/>
      </w:pPr>
      <w:r>
        <w:rPr>
          <w:noProof/>
        </w:rPr>
        <w:drawing>
          <wp:inline distT="0" distB="0" distL="0" distR="0" wp14:anchorId="0EDC58F9" wp14:editId="364DFBDC">
            <wp:extent cx="1463040" cy="14451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회사 로고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445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A4FB1" w14:textId="77777777" w:rsidR="00FF6E6F" w:rsidRDefault="00000000">
      <w:pPr>
        <w:spacing w:after="0"/>
        <w:rPr>
          <w:lang w:eastAsia="ko-KR"/>
        </w:rPr>
      </w:pPr>
      <w:r>
        <w:rPr>
          <w:b/>
          <w:color w:val="222222"/>
          <w:sz w:val="40"/>
          <w:lang w:eastAsia="ko-KR"/>
        </w:rPr>
        <w:t xml:space="preserve">주식회사 </w:t>
      </w:r>
      <w:proofErr w:type="spellStart"/>
      <w:r>
        <w:rPr>
          <w:b/>
          <w:color w:val="222222"/>
          <w:sz w:val="40"/>
          <w:lang w:eastAsia="ko-KR"/>
        </w:rPr>
        <w:t>아르메스</w:t>
      </w:r>
      <w:proofErr w:type="spellEnd"/>
      <w:r>
        <w:rPr>
          <w:b/>
          <w:color w:val="222222"/>
          <w:sz w:val="40"/>
          <w:lang w:eastAsia="ko-KR"/>
        </w:rPr>
        <w:t xml:space="preserve">  회사 개요</w:t>
      </w:r>
    </w:p>
    <w:p w14:paraId="00D00A01" w14:textId="77777777" w:rsidR="00FF6E6F" w:rsidRDefault="00000000">
      <w:pPr>
        <w:spacing w:after="80"/>
      </w:pPr>
      <w:r>
        <w:rPr>
          <w:color w:val="555555"/>
          <w:sz w:val="20"/>
        </w:rPr>
        <w:t>ARMES Co., Ltd.  |  Company Fact Sheet  |  보도자료용 참고자료</w:t>
      </w:r>
    </w:p>
    <w:p w14:paraId="481C6D87" w14:textId="77777777" w:rsidR="00FF6E6F" w:rsidRDefault="00FF6E6F">
      <w:pPr>
        <w:pBdr>
          <w:bottom w:val="single" w:sz="12" w:space="1" w:color="1D62F0"/>
        </w:pBdr>
        <w:spacing w:after="40"/>
      </w:pPr>
    </w:p>
    <w:p w14:paraId="05A2B17C" w14:textId="77777777" w:rsidR="00FF6E6F" w:rsidRDefault="00000000">
      <w:pPr>
        <w:pBdr>
          <w:bottom w:val="single" w:sz="6" w:space="2" w:color="C9D6F5"/>
        </w:pBdr>
        <w:spacing w:before="200" w:after="60"/>
      </w:pPr>
      <w:r>
        <w:rPr>
          <w:b/>
          <w:color w:val="1D62F0"/>
          <w:sz w:val="25"/>
        </w:rPr>
        <w:t>■ 회사 정보</w:t>
      </w:r>
    </w:p>
    <w:p w14:paraId="4D7F8E07" w14:textId="77777777" w:rsidR="00FF6E6F" w:rsidRDefault="00000000">
      <w:pPr>
        <w:spacing w:after="40"/>
      </w:pPr>
      <w:r>
        <w:rPr>
          <w:color w:val="222222"/>
        </w:rPr>
        <w:t>· 회사명       주식회사 아르메스 (ARMES Co., Ltd.)</w:t>
      </w:r>
    </w:p>
    <w:p w14:paraId="31789449" w14:textId="77777777" w:rsidR="00FF6E6F" w:rsidRDefault="00000000">
      <w:pPr>
        <w:spacing w:after="40"/>
      </w:pPr>
      <w:r>
        <w:rPr>
          <w:color w:val="222222"/>
        </w:rPr>
        <w:t>· 대표이사     신지한</w:t>
      </w:r>
    </w:p>
    <w:p w14:paraId="79DD8404" w14:textId="77777777" w:rsidR="00FF6E6F" w:rsidRDefault="00000000">
      <w:pPr>
        <w:spacing w:after="40"/>
        <w:rPr>
          <w:lang w:eastAsia="ko-KR"/>
        </w:rPr>
      </w:pPr>
      <w:r>
        <w:rPr>
          <w:color w:val="222222"/>
          <w:lang w:eastAsia="ko-KR"/>
        </w:rPr>
        <w:t>· 사업 분야    생활밀착형 IT 서비스 개발·운영</w:t>
      </w:r>
    </w:p>
    <w:p w14:paraId="421E82F1" w14:textId="77777777" w:rsidR="00FF6E6F" w:rsidRDefault="00000000">
      <w:pPr>
        <w:spacing w:after="40"/>
        <w:rPr>
          <w:lang w:eastAsia="ko-KR"/>
        </w:rPr>
      </w:pPr>
      <w:r>
        <w:rPr>
          <w:color w:val="222222"/>
          <w:lang w:eastAsia="ko-KR"/>
        </w:rPr>
        <w:t>· 홈페이지     https://www.armes.co.kr/</w:t>
      </w:r>
    </w:p>
    <w:p w14:paraId="27922A33" w14:textId="77777777" w:rsidR="00FF6E6F" w:rsidRDefault="00000000">
      <w:pPr>
        <w:spacing w:after="40"/>
        <w:rPr>
          <w:lang w:eastAsia="ko-KR"/>
        </w:rPr>
      </w:pPr>
      <w:r>
        <w:rPr>
          <w:color w:val="222222"/>
          <w:lang w:eastAsia="ko-KR"/>
        </w:rPr>
        <w:t>· 설립일       2023년 12월 1일</w:t>
      </w:r>
    </w:p>
    <w:p w14:paraId="2D69A76B" w14:textId="0DF47537" w:rsidR="00FF6E6F" w:rsidRDefault="00000000">
      <w:pPr>
        <w:spacing w:after="40"/>
        <w:rPr>
          <w:lang w:eastAsia="ko-KR"/>
        </w:rPr>
      </w:pPr>
      <w:r>
        <w:rPr>
          <w:color w:val="222222"/>
          <w:lang w:eastAsia="ko-KR"/>
        </w:rPr>
        <w:t xml:space="preserve">· 소재지     </w:t>
      </w:r>
      <w:r w:rsidR="000900FD">
        <w:rPr>
          <w:rFonts w:hint="eastAsia"/>
          <w:color w:val="222222"/>
          <w:lang w:eastAsia="ko-KR"/>
        </w:rPr>
        <w:t xml:space="preserve"> </w:t>
      </w:r>
      <w:r>
        <w:rPr>
          <w:color w:val="222222"/>
          <w:lang w:eastAsia="ko-KR"/>
        </w:rPr>
        <w:t xml:space="preserve"> </w:t>
      </w:r>
      <w:r w:rsidR="00CC5923" w:rsidRPr="00CC5923">
        <w:rPr>
          <w:rFonts w:hint="eastAsia"/>
          <w:color w:val="222222"/>
          <w:lang w:eastAsia="ko-KR"/>
        </w:rPr>
        <w:t>경기도</w:t>
      </w:r>
      <w:r w:rsidR="00CC5923" w:rsidRPr="00CC5923">
        <w:rPr>
          <w:color w:val="222222"/>
          <w:lang w:eastAsia="ko-KR"/>
        </w:rPr>
        <w:t xml:space="preserve"> </w:t>
      </w:r>
      <w:r w:rsidR="00CC5923" w:rsidRPr="00CC5923">
        <w:rPr>
          <w:rFonts w:hint="eastAsia"/>
          <w:color w:val="222222"/>
          <w:lang w:eastAsia="ko-KR"/>
        </w:rPr>
        <w:t>남양주시</w:t>
      </w:r>
      <w:r w:rsidR="00CC5923" w:rsidRPr="00CC5923">
        <w:rPr>
          <w:color w:val="222222"/>
          <w:lang w:eastAsia="ko-KR"/>
        </w:rPr>
        <w:t xml:space="preserve"> </w:t>
      </w:r>
      <w:proofErr w:type="spellStart"/>
      <w:r w:rsidR="00CC5923" w:rsidRPr="00CC5923">
        <w:rPr>
          <w:rFonts w:hint="eastAsia"/>
          <w:color w:val="222222"/>
          <w:lang w:eastAsia="ko-KR"/>
        </w:rPr>
        <w:t>진접읍</w:t>
      </w:r>
      <w:proofErr w:type="spellEnd"/>
      <w:r w:rsidR="00CC5923" w:rsidRPr="00CC5923">
        <w:rPr>
          <w:color w:val="222222"/>
          <w:lang w:eastAsia="ko-KR"/>
        </w:rPr>
        <w:t xml:space="preserve"> </w:t>
      </w:r>
      <w:r w:rsidR="00CC5923" w:rsidRPr="00CC5923">
        <w:rPr>
          <w:rFonts w:hint="eastAsia"/>
          <w:color w:val="222222"/>
          <w:lang w:eastAsia="ko-KR"/>
        </w:rPr>
        <w:t>경복대로</w:t>
      </w:r>
      <w:r w:rsidR="00CC5923" w:rsidRPr="00CC5923">
        <w:rPr>
          <w:color w:val="222222"/>
          <w:lang w:eastAsia="ko-KR"/>
        </w:rPr>
        <w:t xml:space="preserve"> 425-80, 4</w:t>
      </w:r>
      <w:r w:rsidR="00CC5923" w:rsidRPr="00CC5923">
        <w:rPr>
          <w:rFonts w:hint="eastAsia"/>
          <w:color w:val="222222"/>
          <w:lang w:eastAsia="ko-KR"/>
        </w:rPr>
        <w:t>층</w:t>
      </w:r>
      <w:r w:rsidR="00CC5923" w:rsidRPr="00CC5923">
        <w:rPr>
          <w:color w:val="222222"/>
          <w:lang w:eastAsia="ko-KR"/>
        </w:rPr>
        <w:t xml:space="preserve"> 6406</w:t>
      </w:r>
      <w:r w:rsidR="00CC5923" w:rsidRPr="00CC5923">
        <w:rPr>
          <w:rFonts w:hint="eastAsia"/>
          <w:color w:val="222222"/>
          <w:lang w:eastAsia="ko-KR"/>
        </w:rPr>
        <w:t>호</w:t>
      </w:r>
      <w:r w:rsidR="00CC5923" w:rsidRPr="00CC5923">
        <w:rPr>
          <w:color w:val="222222"/>
          <w:lang w:eastAsia="ko-KR"/>
        </w:rPr>
        <w:t>(</w:t>
      </w:r>
      <w:r w:rsidR="00CC5923" w:rsidRPr="00CC5923">
        <w:rPr>
          <w:rFonts w:hint="eastAsia"/>
          <w:color w:val="222222"/>
          <w:lang w:eastAsia="ko-KR"/>
        </w:rPr>
        <w:t>경복대학교</w:t>
      </w:r>
      <w:r w:rsidR="00CC5923" w:rsidRPr="00CC5923">
        <w:rPr>
          <w:color w:val="222222"/>
          <w:lang w:eastAsia="ko-KR"/>
        </w:rPr>
        <w:t xml:space="preserve"> </w:t>
      </w:r>
      <w:r w:rsidR="00CC5923" w:rsidRPr="00CC5923">
        <w:rPr>
          <w:rFonts w:hint="eastAsia"/>
          <w:color w:val="222222"/>
          <w:lang w:eastAsia="ko-KR"/>
        </w:rPr>
        <w:t>창업보육센터</w:t>
      </w:r>
      <w:r w:rsidR="00CC5923" w:rsidRPr="00CC5923">
        <w:rPr>
          <w:color w:val="222222"/>
          <w:lang w:eastAsia="ko-KR"/>
        </w:rPr>
        <w:t>)</w:t>
      </w:r>
    </w:p>
    <w:p w14:paraId="494872E3" w14:textId="77777777" w:rsidR="00FF6E6F" w:rsidRDefault="00000000">
      <w:pPr>
        <w:pBdr>
          <w:bottom w:val="single" w:sz="6" w:space="2" w:color="C9D6F5"/>
        </w:pBdr>
        <w:spacing w:before="200" w:after="60"/>
        <w:rPr>
          <w:lang w:eastAsia="ko-KR"/>
        </w:rPr>
      </w:pPr>
      <w:r>
        <w:rPr>
          <w:b/>
          <w:color w:val="1D62F0"/>
          <w:sz w:val="25"/>
          <w:lang w:eastAsia="ko-KR"/>
        </w:rPr>
        <w:t>■ 사업 개요</w:t>
      </w:r>
    </w:p>
    <w:p w14:paraId="7B6C3F16" w14:textId="77777777" w:rsidR="00FF6E6F" w:rsidRDefault="00000000">
      <w:pPr>
        <w:spacing w:after="40"/>
        <w:rPr>
          <w:lang w:eastAsia="ko-KR"/>
        </w:rPr>
      </w:pPr>
      <w:proofErr w:type="spellStart"/>
      <w:r>
        <w:rPr>
          <w:color w:val="222222"/>
          <w:lang w:eastAsia="ko-KR"/>
        </w:rPr>
        <w:t>아르메스는</w:t>
      </w:r>
      <w:proofErr w:type="spellEnd"/>
      <w:r>
        <w:rPr>
          <w:color w:val="222222"/>
          <w:lang w:eastAsia="ko-KR"/>
        </w:rPr>
        <w:t xml:space="preserve"> 유통 현장에서 발견한 소비자와 판매자의 불편을 IT 기술로 해결하는 생활밀착형 서비스 기업입니다.</w:t>
      </w:r>
    </w:p>
    <w:p w14:paraId="02BD19EB" w14:textId="77777777" w:rsidR="00FF6E6F" w:rsidRDefault="00000000">
      <w:pPr>
        <w:spacing w:after="40"/>
        <w:rPr>
          <w:lang w:eastAsia="ko-KR"/>
        </w:rPr>
      </w:pPr>
      <w:r>
        <w:rPr>
          <w:color w:val="222222"/>
          <w:lang w:eastAsia="ko-KR"/>
        </w:rPr>
        <w:t xml:space="preserve">소비자를 위한 </w:t>
      </w:r>
      <w:proofErr w:type="spellStart"/>
      <w:r>
        <w:rPr>
          <w:color w:val="222222"/>
          <w:lang w:eastAsia="ko-KR"/>
        </w:rPr>
        <w:t>리워드톡</w:t>
      </w:r>
      <w:proofErr w:type="spellEnd"/>
      <w:r>
        <w:rPr>
          <w:color w:val="222222"/>
          <w:lang w:eastAsia="ko-KR"/>
        </w:rPr>
        <w:t>·</w:t>
      </w:r>
      <w:proofErr w:type="spellStart"/>
      <w:r>
        <w:rPr>
          <w:color w:val="222222"/>
          <w:lang w:eastAsia="ko-KR"/>
        </w:rPr>
        <w:t>코코핑</w:t>
      </w:r>
      <w:proofErr w:type="spellEnd"/>
      <w:r>
        <w:rPr>
          <w:color w:val="222222"/>
          <w:lang w:eastAsia="ko-KR"/>
        </w:rPr>
        <w:t>·</w:t>
      </w:r>
      <w:proofErr w:type="spellStart"/>
      <w:r>
        <w:rPr>
          <w:color w:val="222222"/>
          <w:lang w:eastAsia="ko-KR"/>
        </w:rPr>
        <w:t>여행모아와</w:t>
      </w:r>
      <w:proofErr w:type="spellEnd"/>
      <w:r>
        <w:rPr>
          <w:color w:val="222222"/>
          <w:lang w:eastAsia="ko-KR"/>
        </w:rPr>
        <w:t xml:space="preserve"> 판매자를 위한 셀러AI·</w:t>
      </w:r>
      <w:proofErr w:type="spellStart"/>
      <w:r>
        <w:rPr>
          <w:color w:val="222222"/>
          <w:lang w:eastAsia="ko-KR"/>
        </w:rPr>
        <w:t>아르메스툴을</w:t>
      </w:r>
      <w:proofErr w:type="spellEnd"/>
      <w:r>
        <w:rPr>
          <w:color w:val="222222"/>
          <w:lang w:eastAsia="ko-KR"/>
        </w:rPr>
        <w:t xml:space="preserve"> 운영하며, 향후 소비·이동·여행·</w:t>
      </w:r>
    </w:p>
    <w:p w14:paraId="2B9807A4" w14:textId="77777777" w:rsidR="00FF6E6F" w:rsidRDefault="00000000">
      <w:pPr>
        <w:spacing w:after="40"/>
        <w:rPr>
          <w:lang w:eastAsia="ko-KR"/>
        </w:rPr>
      </w:pPr>
      <w:r>
        <w:rPr>
          <w:color w:val="222222"/>
          <w:lang w:eastAsia="ko-KR"/>
        </w:rPr>
        <w:t>판매·업무를 하나로 연결하는 생활밀착형 플랫폼 생태계를 구축하는 것을 목표로 합니다.</w:t>
      </w:r>
    </w:p>
    <w:p w14:paraId="0269EC0F" w14:textId="77777777" w:rsidR="00FF6E6F" w:rsidRDefault="00000000">
      <w:pPr>
        <w:pBdr>
          <w:bottom w:val="single" w:sz="6" w:space="2" w:color="C9D6F5"/>
        </w:pBdr>
        <w:spacing w:before="200" w:after="60"/>
        <w:rPr>
          <w:lang w:eastAsia="ko-KR"/>
        </w:rPr>
      </w:pPr>
      <w:r>
        <w:rPr>
          <w:b/>
          <w:color w:val="1D62F0"/>
          <w:sz w:val="25"/>
          <w:lang w:eastAsia="ko-KR"/>
        </w:rPr>
        <w:t>■ 서비스 (5종)</w:t>
      </w:r>
    </w:p>
    <w:p w14:paraId="3491BEE3" w14:textId="77777777" w:rsidR="00FF6E6F" w:rsidRDefault="00000000">
      <w:pPr>
        <w:spacing w:after="60"/>
        <w:rPr>
          <w:lang w:eastAsia="ko-KR"/>
        </w:rPr>
      </w:pPr>
      <w:r>
        <w:rPr>
          <w:color w:val="222222"/>
          <w:lang w:eastAsia="ko-KR"/>
        </w:rPr>
        <w:t xml:space="preserve">· </w:t>
      </w:r>
      <w:proofErr w:type="spellStart"/>
      <w:r>
        <w:rPr>
          <w:color w:val="222222"/>
          <w:lang w:eastAsia="ko-KR"/>
        </w:rPr>
        <w:t>리워드톡</w:t>
      </w:r>
      <w:proofErr w:type="spellEnd"/>
      <w:r>
        <w:rPr>
          <w:color w:val="222222"/>
          <w:lang w:eastAsia="ko-KR"/>
        </w:rPr>
        <w:t xml:space="preserve"> (앱)      생활 속 할인·적립 정보와 주유·충전·주차 등 이동 정보를 한곳에서 제공</w:t>
      </w:r>
    </w:p>
    <w:p w14:paraId="5654D039" w14:textId="77777777" w:rsidR="00FF6E6F" w:rsidRDefault="00000000">
      <w:pPr>
        <w:spacing w:after="60"/>
        <w:rPr>
          <w:lang w:eastAsia="ko-KR"/>
        </w:rPr>
      </w:pPr>
      <w:r>
        <w:rPr>
          <w:color w:val="222222"/>
          <w:lang w:eastAsia="ko-KR"/>
        </w:rPr>
        <w:t xml:space="preserve">· </w:t>
      </w:r>
      <w:proofErr w:type="spellStart"/>
      <w:r>
        <w:rPr>
          <w:color w:val="222222"/>
          <w:lang w:eastAsia="ko-KR"/>
        </w:rPr>
        <w:t>코코핑</w:t>
      </w:r>
      <w:proofErr w:type="spellEnd"/>
      <w:r>
        <w:rPr>
          <w:color w:val="222222"/>
          <w:lang w:eastAsia="ko-KR"/>
        </w:rPr>
        <w:t xml:space="preserve"> (앱)        코스트코 매장의 할인·행사 정보를 방문 전에 미리 확인</w:t>
      </w:r>
    </w:p>
    <w:p w14:paraId="0EC50FAC" w14:textId="77777777" w:rsidR="00FF6E6F" w:rsidRDefault="00000000">
      <w:pPr>
        <w:spacing w:after="60"/>
        <w:rPr>
          <w:lang w:eastAsia="ko-KR"/>
        </w:rPr>
      </w:pPr>
      <w:r>
        <w:rPr>
          <w:color w:val="222222"/>
          <w:lang w:eastAsia="ko-KR"/>
        </w:rPr>
        <w:t xml:space="preserve">· </w:t>
      </w:r>
      <w:proofErr w:type="spellStart"/>
      <w:r>
        <w:rPr>
          <w:color w:val="222222"/>
          <w:lang w:eastAsia="ko-KR"/>
        </w:rPr>
        <w:t>여행모아</w:t>
      </w:r>
      <w:proofErr w:type="spellEnd"/>
      <w:r>
        <w:rPr>
          <w:color w:val="222222"/>
          <w:lang w:eastAsia="ko-KR"/>
        </w:rPr>
        <w:t xml:space="preserve"> (앱)      여행사 </w:t>
      </w:r>
      <w:proofErr w:type="spellStart"/>
      <w:r>
        <w:rPr>
          <w:color w:val="222222"/>
          <w:lang w:eastAsia="ko-KR"/>
        </w:rPr>
        <w:t>직원특가</w:t>
      </w:r>
      <w:proofErr w:type="spellEnd"/>
      <w:r>
        <w:rPr>
          <w:color w:val="222222"/>
          <w:lang w:eastAsia="ko-KR"/>
        </w:rPr>
        <w:t>·</w:t>
      </w:r>
      <w:proofErr w:type="spellStart"/>
      <w:r>
        <w:rPr>
          <w:color w:val="222222"/>
          <w:lang w:eastAsia="ko-KR"/>
        </w:rPr>
        <w:t>땡처리</w:t>
      </w:r>
      <w:proofErr w:type="spellEnd"/>
      <w:r>
        <w:rPr>
          <w:color w:val="222222"/>
          <w:lang w:eastAsia="ko-KR"/>
        </w:rPr>
        <w:t xml:space="preserve"> 등 흩어진 특가 여행상품을 한곳에 모아 제공</w:t>
      </w:r>
    </w:p>
    <w:p w14:paraId="38F701B7" w14:textId="77777777" w:rsidR="00FF6E6F" w:rsidRDefault="00000000">
      <w:pPr>
        <w:spacing w:after="60"/>
        <w:rPr>
          <w:lang w:eastAsia="ko-KR"/>
        </w:rPr>
      </w:pPr>
      <w:r>
        <w:rPr>
          <w:color w:val="222222"/>
          <w:lang w:eastAsia="ko-KR"/>
        </w:rPr>
        <w:t xml:space="preserve">· 셀러AI (웹)        </w:t>
      </w:r>
      <w:proofErr w:type="spellStart"/>
      <w:r>
        <w:rPr>
          <w:color w:val="222222"/>
          <w:lang w:eastAsia="ko-KR"/>
        </w:rPr>
        <w:t>쿠팡</w:t>
      </w:r>
      <w:proofErr w:type="spellEnd"/>
      <w:r>
        <w:rPr>
          <w:color w:val="222222"/>
          <w:lang w:eastAsia="ko-KR"/>
        </w:rPr>
        <w:t xml:space="preserve">·스마트스토어 판매자의 </w:t>
      </w:r>
      <w:proofErr w:type="spellStart"/>
      <w:r>
        <w:rPr>
          <w:color w:val="222222"/>
          <w:lang w:eastAsia="ko-KR"/>
        </w:rPr>
        <w:t>대표이미지</w:t>
      </w:r>
      <w:proofErr w:type="spellEnd"/>
      <w:r>
        <w:rPr>
          <w:color w:val="222222"/>
          <w:lang w:eastAsia="ko-KR"/>
        </w:rPr>
        <w:t>·상세페이지 제작 지원</w:t>
      </w:r>
    </w:p>
    <w:p w14:paraId="7709A736" w14:textId="77777777" w:rsidR="00FF6E6F" w:rsidRDefault="00000000">
      <w:pPr>
        <w:spacing w:after="60"/>
        <w:rPr>
          <w:lang w:eastAsia="ko-KR"/>
        </w:rPr>
      </w:pPr>
      <w:r>
        <w:rPr>
          <w:color w:val="222222"/>
          <w:lang w:eastAsia="ko-KR"/>
        </w:rPr>
        <w:t xml:space="preserve">· </w:t>
      </w:r>
      <w:proofErr w:type="spellStart"/>
      <w:r>
        <w:rPr>
          <w:color w:val="222222"/>
          <w:lang w:eastAsia="ko-KR"/>
        </w:rPr>
        <w:t>아르메스툴</w:t>
      </w:r>
      <w:proofErr w:type="spellEnd"/>
      <w:r>
        <w:rPr>
          <w:color w:val="222222"/>
          <w:lang w:eastAsia="ko-KR"/>
        </w:rPr>
        <w:t xml:space="preserve"> (웹)    무료 상세페이지 제작·이미지 편집·PDF 합치기/변환 등 웹 업무도구</w:t>
      </w:r>
    </w:p>
    <w:p w14:paraId="4860CBBC" w14:textId="77777777" w:rsidR="00FF6E6F" w:rsidRDefault="00000000">
      <w:pPr>
        <w:spacing w:after="40"/>
        <w:rPr>
          <w:lang w:eastAsia="ko-KR"/>
        </w:rPr>
      </w:pPr>
      <w:r>
        <w:rPr>
          <w:color w:val="555555"/>
          <w:sz w:val="19"/>
          <w:lang w:eastAsia="ko-KR"/>
        </w:rPr>
        <w:lastRenderedPageBreak/>
        <w:t xml:space="preserve">  ※ </w:t>
      </w:r>
      <w:proofErr w:type="spellStart"/>
      <w:r>
        <w:rPr>
          <w:color w:val="555555"/>
          <w:sz w:val="19"/>
          <w:lang w:eastAsia="ko-KR"/>
        </w:rPr>
        <w:t>리워드톡</w:t>
      </w:r>
      <w:proofErr w:type="spellEnd"/>
      <w:r>
        <w:rPr>
          <w:color w:val="555555"/>
          <w:sz w:val="19"/>
          <w:lang w:eastAsia="ko-KR"/>
        </w:rPr>
        <w:t>·</w:t>
      </w:r>
      <w:proofErr w:type="spellStart"/>
      <w:r>
        <w:rPr>
          <w:color w:val="555555"/>
          <w:sz w:val="19"/>
          <w:lang w:eastAsia="ko-KR"/>
        </w:rPr>
        <w:t>코코핑</w:t>
      </w:r>
      <w:proofErr w:type="spellEnd"/>
      <w:r>
        <w:rPr>
          <w:color w:val="555555"/>
          <w:sz w:val="19"/>
          <w:lang w:eastAsia="ko-KR"/>
        </w:rPr>
        <w:t>·</w:t>
      </w:r>
      <w:proofErr w:type="spellStart"/>
      <w:r>
        <w:rPr>
          <w:color w:val="555555"/>
          <w:sz w:val="19"/>
          <w:lang w:eastAsia="ko-KR"/>
        </w:rPr>
        <w:t>여행모아는</w:t>
      </w:r>
      <w:proofErr w:type="spellEnd"/>
      <w:r>
        <w:rPr>
          <w:color w:val="555555"/>
          <w:sz w:val="19"/>
          <w:lang w:eastAsia="ko-KR"/>
        </w:rPr>
        <w:t xml:space="preserve"> 구글 플레이스토어·애플 앱스토어에서 이용 가능</w:t>
      </w:r>
    </w:p>
    <w:p w14:paraId="4474D4B9" w14:textId="77777777" w:rsidR="00FF6E6F" w:rsidRDefault="00000000">
      <w:pPr>
        <w:pBdr>
          <w:bottom w:val="single" w:sz="6" w:space="2" w:color="C9D6F5"/>
        </w:pBdr>
        <w:spacing w:before="200" w:after="60"/>
        <w:rPr>
          <w:lang w:eastAsia="ko-KR"/>
        </w:rPr>
      </w:pPr>
      <w:r>
        <w:rPr>
          <w:b/>
          <w:color w:val="1D62F0"/>
          <w:sz w:val="25"/>
          <w:lang w:eastAsia="ko-KR"/>
        </w:rPr>
        <w:t xml:space="preserve">■ 대표이사 </w:t>
      </w:r>
      <w:proofErr w:type="spellStart"/>
      <w:r>
        <w:rPr>
          <w:b/>
          <w:color w:val="1D62F0"/>
          <w:sz w:val="25"/>
          <w:lang w:eastAsia="ko-KR"/>
        </w:rPr>
        <w:t>신지한</w:t>
      </w:r>
      <w:proofErr w:type="spellEnd"/>
      <w:r>
        <w:rPr>
          <w:b/>
          <w:color w:val="1D62F0"/>
          <w:sz w:val="25"/>
          <w:lang w:eastAsia="ko-KR"/>
        </w:rPr>
        <w:t xml:space="preserve"> 약력</w:t>
      </w:r>
    </w:p>
    <w:p w14:paraId="5111867C" w14:textId="77777777" w:rsidR="00FF6E6F" w:rsidRDefault="00000000">
      <w:pPr>
        <w:spacing w:after="60"/>
        <w:rPr>
          <w:lang w:eastAsia="ko-KR"/>
        </w:rPr>
      </w:pPr>
      <w:r>
        <w:rPr>
          <w:color w:val="222222"/>
          <w:lang w:eastAsia="ko-KR"/>
        </w:rPr>
        <w:t>· 유통 16년 경력 (온·오프라인 유통 전반: 상품기획·브랜드운영·마케팅·</w:t>
      </w:r>
      <w:proofErr w:type="spellStart"/>
      <w:r>
        <w:rPr>
          <w:color w:val="222222"/>
          <w:lang w:eastAsia="ko-KR"/>
        </w:rPr>
        <w:t>이커머스</w:t>
      </w:r>
      <w:proofErr w:type="spellEnd"/>
      <w:r>
        <w:rPr>
          <w:color w:val="222222"/>
          <w:lang w:eastAsia="ko-KR"/>
        </w:rPr>
        <w:t>·IT 플랫폼 기획)</w:t>
      </w:r>
    </w:p>
    <w:p w14:paraId="2861359D" w14:textId="77777777" w:rsidR="00FF6E6F" w:rsidRDefault="00000000">
      <w:pPr>
        <w:spacing w:after="60"/>
        <w:rPr>
          <w:lang w:eastAsia="ko-KR"/>
        </w:rPr>
      </w:pPr>
      <w:r>
        <w:rPr>
          <w:color w:val="222222"/>
          <w:lang w:eastAsia="ko-KR"/>
        </w:rPr>
        <w:t xml:space="preserve">· 2018  롯데백화점 홍대 </w:t>
      </w:r>
      <w:proofErr w:type="spellStart"/>
      <w:r>
        <w:rPr>
          <w:color w:val="222222"/>
          <w:lang w:eastAsia="ko-KR"/>
        </w:rPr>
        <w:t>엘큐브</w:t>
      </w:r>
      <w:proofErr w:type="spellEnd"/>
      <w:r>
        <w:rPr>
          <w:color w:val="222222"/>
          <w:lang w:eastAsia="ko-KR"/>
        </w:rPr>
        <w:t xml:space="preserve"> 게임 전문관 기획·구축</w:t>
      </w:r>
    </w:p>
    <w:p w14:paraId="34529776" w14:textId="77777777" w:rsidR="00FF6E6F" w:rsidRDefault="00000000">
      <w:pPr>
        <w:spacing w:after="60"/>
        <w:rPr>
          <w:lang w:eastAsia="ko-KR"/>
        </w:rPr>
      </w:pPr>
      <w:r>
        <w:rPr>
          <w:color w:val="222222"/>
          <w:lang w:eastAsia="ko-KR"/>
        </w:rPr>
        <w:t xml:space="preserve">· 2021  롯데백화점 MZ마케팅팀 팀장 (가수 </w:t>
      </w:r>
      <w:proofErr w:type="spellStart"/>
      <w:r>
        <w:rPr>
          <w:color w:val="222222"/>
          <w:lang w:eastAsia="ko-KR"/>
        </w:rPr>
        <w:t>츄와</w:t>
      </w:r>
      <w:proofErr w:type="spellEnd"/>
      <w:r>
        <w:rPr>
          <w:color w:val="222222"/>
          <w:lang w:eastAsia="ko-KR"/>
        </w:rPr>
        <w:t xml:space="preserve"> 콘텐츠 마케팅 협업)</w:t>
      </w:r>
    </w:p>
    <w:p w14:paraId="5F895206" w14:textId="77777777" w:rsidR="00FF6E6F" w:rsidRDefault="00000000">
      <w:pPr>
        <w:spacing w:after="60"/>
        <w:rPr>
          <w:lang w:eastAsia="ko-KR"/>
        </w:rPr>
      </w:pPr>
      <w:r>
        <w:rPr>
          <w:color w:val="222222"/>
          <w:lang w:eastAsia="ko-KR"/>
        </w:rPr>
        <w:t xml:space="preserve">· </w:t>
      </w:r>
      <w:proofErr w:type="spellStart"/>
      <w:r>
        <w:rPr>
          <w:color w:val="222222"/>
          <w:lang w:eastAsia="ko-KR"/>
        </w:rPr>
        <w:t>쿠팡</w:t>
      </w:r>
      <w:proofErr w:type="spellEnd"/>
      <w:r>
        <w:rPr>
          <w:color w:val="222222"/>
          <w:lang w:eastAsia="ko-KR"/>
        </w:rPr>
        <w:t xml:space="preserve"> 패션부문 BM — 연 약 2,700억 원 규모 </w:t>
      </w:r>
      <w:proofErr w:type="spellStart"/>
      <w:r>
        <w:rPr>
          <w:color w:val="222222"/>
          <w:lang w:eastAsia="ko-KR"/>
        </w:rPr>
        <w:t>직매입</w:t>
      </w:r>
      <w:proofErr w:type="spellEnd"/>
      <w:r>
        <w:rPr>
          <w:color w:val="222222"/>
          <w:lang w:eastAsia="ko-KR"/>
        </w:rPr>
        <w:t xml:space="preserve"> 상품 운영</w:t>
      </w:r>
    </w:p>
    <w:p w14:paraId="321C86F3" w14:textId="673174FB" w:rsidR="00FF6E6F" w:rsidRDefault="00000000">
      <w:pPr>
        <w:spacing w:after="60"/>
        <w:rPr>
          <w:rFonts w:hint="eastAsia"/>
          <w:lang w:eastAsia="ko-KR"/>
        </w:rPr>
      </w:pPr>
      <w:r>
        <w:rPr>
          <w:color w:val="222222"/>
          <w:lang w:eastAsia="ko-KR"/>
        </w:rPr>
        <w:t xml:space="preserve">· 주식회사 </w:t>
      </w:r>
      <w:proofErr w:type="spellStart"/>
      <w:r>
        <w:rPr>
          <w:color w:val="222222"/>
          <w:lang w:eastAsia="ko-KR"/>
        </w:rPr>
        <w:t>아르메스</w:t>
      </w:r>
      <w:proofErr w:type="spellEnd"/>
      <w:r>
        <w:rPr>
          <w:color w:val="222222"/>
          <w:lang w:eastAsia="ko-KR"/>
        </w:rPr>
        <w:t xml:space="preserve"> </w:t>
      </w:r>
      <w:r w:rsidR="00CC5923">
        <w:rPr>
          <w:rFonts w:hint="eastAsia"/>
          <w:color w:val="222222"/>
          <w:lang w:eastAsia="ko-KR"/>
        </w:rPr>
        <w:t>운영 중</w:t>
      </w:r>
    </w:p>
    <w:p w14:paraId="0B71D8CB" w14:textId="77777777" w:rsidR="00FF6E6F" w:rsidRDefault="00000000">
      <w:pPr>
        <w:pBdr>
          <w:bottom w:val="single" w:sz="6" w:space="2" w:color="C9D6F5"/>
        </w:pBdr>
        <w:spacing w:before="200" w:after="60"/>
        <w:rPr>
          <w:lang w:eastAsia="ko-KR"/>
        </w:rPr>
      </w:pPr>
      <w:r>
        <w:rPr>
          <w:b/>
          <w:color w:val="1D62F0"/>
          <w:sz w:val="25"/>
          <w:lang w:eastAsia="ko-KR"/>
        </w:rPr>
        <w:t>■ 문의 / 연락처</w:t>
      </w:r>
    </w:p>
    <w:p w14:paraId="2996A649" w14:textId="77777777" w:rsidR="00FF6E6F" w:rsidRDefault="00000000">
      <w:pPr>
        <w:spacing w:after="40"/>
        <w:rPr>
          <w:lang w:eastAsia="ko-KR"/>
        </w:rPr>
      </w:pPr>
      <w:r>
        <w:rPr>
          <w:color w:val="222222"/>
          <w:lang w:eastAsia="ko-KR"/>
        </w:rPr>
        <w:t>· 전화       010-6428-0602</w:t>
      </w:r>
    </w:p>
    <w:p w14:paraId="1375FD63" w14:textId="77777777" w:rsidR="00FF6E6F" w:rsidRDefault="00000000">
      <w:pPr>
        <w:spacing w:after="40"/>
        <w:rPr>
          <w:lang w:eastAsia="ko-KR"/>
        </w:rPr>
      </w:pPr>
      <w:r>
        <w:rPr>
          <w:color w:val="222222"/>
          <w:lang w:eastAsia="ko-KR"/>
        </w:rPr>
        <w:t>· 이메일     ceo@armes.co.kr</w:t>
      </w:r>
    </w:p>
    <w:p w14:paraId="308681A7" w14:textId="77777777" w:rsidR="00FF6E6F" w:rsidRDefault="00000000">
      <w:pPr>
        <w:spacing w:after="40"/>
        <w:rPr>
          <w:lang w:eastAsia="ko-KR"/>
        </w:rPr>
      </w:pPr>
      <w:r>
        <w:rPr>
          <w:color w:val="222222"/>
          <w:lang w:eastAsia="ko-KR"/>
        </w:rPr>
        <w:t>· 홈페이지   https://www.armes.co.kr/</w:t>
      </w:r>
    </w:p>
    <w:p w14:paraId="3328B078" w14:textId="77777777" w:rsidR="00FF6E6F" w:rsidRDefault="00000000">
      <w:pPr>
        <w:pBdr>
          <w:bottom w:val="single" w:sz="6" w:space="2" w:color="C9D6F5"/>
        </w:pBdr>
        <w:spacing w:before="200" w:after="60"/>
        <w:rPr>
          <w:lang w:eastAsia="ko-KR"/>
        </w:rPr>
      </w:pPr>
      <w:r>
        <w:rPr>
          <w:b/>
          <w:color w:val="1D62F0"/>
          <w:sz w:val="25"/>
          <w:lang w:eastAsia="ko-KR"/>
        </w:rPr>
        <w:t>■ 제공 자료 (</w:t>
      </w:r>
      <w:proofErr w:type="spellStart"/>
      <w:r>
        <w:rPr>
          <w:b/>
          <w:color w:val="1D62F0"/>
          <w:sz w:val="25"/>
          <w:lang w:eastAsia="ko-KR"/>
        </w:rPr>
        <w:t>프레스킷</w:t>
      </w:r>
      <w:proofErr w:type="spellEnd"/>
      <w:r>
        <w:rPr>
          <w:b/>
          <w:color w:val="1D62F0"/>
          <w:sz w:val="25"/>
          <w:lang w:eastAsia="ko-KR"/>
        </w:rPr>
        <w:t>)</w:t>
      </w:r>
    </w:p>
    <w:p w14:paraId="3B06CC67" w14:textId="77777777" w:rsidR="00FF6E6F" w:rsidRDefault="00000000">
      <w:pPr>
        <w:spacing w:after="40"/>
        <w:rPr>
          <w:lang w:eastAsia="ko-KR"/>
        </w:rPr>
      </w:pPr>
      <w:r>
        <w:rPr>
          <w:color w:val="555555"/>
          <w:sz w:val="19"/>
          <w:lang w:eastAsia="ko-KR"/>
        </w:rPr>
        <w:t>보도자료 전문 · 대표이사 사진 · 회사 로고 · 앱/서비스 화면 이미지(</w:t>
      </w:r>
      <w:proofErr w:type="spellStart"/>
      <w:r>
        <w:rPr>
          <w:color w:val="555555"/>
          <w:sz w:val="19"/>
          <w:lang w:eastAsia="ko-KR"/>
        </w:rPr>
        <w:t>리워드톡</w:t>
      </w:r>
      <w:proofErr w:type="spellEnd"/>
      <w:r>
        <w:rPr>
          <w:color w:val="555555"/>
          <w:sz w:val="19"/>
          <w:lang w:eastAsia="ko-KR"/>
        </w:rPr>
        <w:t>·</w:t>
      </w:r>
      <w:proofErr w:type="spellStart"/>
      <w:r>
        <w:rPr>
          <w:color w:val="555555"/>
          <w:sz w:val="19"/>
          <w:lang w:eastAsia="ko-KR"/>
        </w:rPr>
        <w:t>코코핑</w:t>
      </w:r>
      <w:proofErr w:type="spellEnd"/>
      <w:r>
        <w:rPr>
          <w:color w:val="555555"/>
          <w:sz w:val="19"/>
          <w:lang w:eastAsia="ko-KR"/>
        </w:rPr>
        <w:t>·</w:t>
      </w:r>
      <w:proofErr w:type="spellStart"/>
      <w:r>
        <w:rPr>
          <w:color w:val="555555"/>
          <w:sz w:val="19"/>
          <w:lang w:eastAsia="ko-KR"/>
        </w:rPr>
        <w:t>여행모아</w:t>
      </w:r>
      <w:proofErr w:type="spellEnd"/>
      <w:r>
        <w:rPr>
          <w:color w:val="555555"/>
          <w:sz w:val="19"/>
          <w:lang w:eastAsia="ko-KR"/>
        </w:rPr>
        <w:t>·셀러AI·</w:t>
      </w:r>
      <w:proofErr w:type="spellStart"/>
      <w:r>
        <w:rPr>
          <w:color w:val="555555"/>
          <w:sz w:val="19"/>
          <w:lang w:eastAsia="ko-KR"/>
        </w:rPr>
        <w:t>아르메스툴</w:t>
      </w:r>
      <w:proofErr w:type="spellEnd"/>
      <w:r>
        <w:rPr>
          <w:color w:val="555555"/>
          <w:sz w:val="19"/>
          <w:lang w:eastAsia="ko-KR"/>
        </w:rPr>
        <w:t>)</w:t>
      </w:r>
    </w:p>
    <w:sectPr w:rsidR="00FF6E6F" w:rsidSect="00034616">
      <w:pgSz w:w="12240" w:h="15840"/>
      <w:pgMar w:top="1008" w:right="1296" w:bottom="1008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F86AA3" w14:textId="77777777" w:rsidR="00C22F09" w:rsidRDefault="00C22F09" w:rsidP="00CC5923">
      <w:pPr>
        <w:spacing w:after="0" w:line="240" w:lineRule="auto"/>
      </w:pPr>
      <w:r>
        <w:separator/>
      </w:r>
    </w:p>
  </w:endnote>
  <w:endnote w:type="continuationSeparator" w:id="0">
    <w:p w14:paraId="6E9CE75E" w14:textId="77777777" w:rsidR="00C22F09" w:rsidRDefault="00C22F09" w:rsidP="00CC5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1D2225" w14:textId="77777777" w:rsidR="00C22F09" w:rsidRDefault="00C22F09" w:rsidP="00CC5923">
      <w:pPr>
        <w:spacing w:after="0" w:line="240" w:lineRule="auto"/>
      </w:pPr>
      <w:r>
        <w:separator/>
      </w:r>
    </w:p>
  </w:footnote>
  <w:footnote w:type="continuationSeparator" w:id="0">
    <w:p w14:paraId="3EABA6B0" w14:textId="77777777" w:rsidR="00C22F09" w:rsidRDefault="00C22F09" w:rsidP="00CC59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44911683">
    <w:abstractNumId w:val="8"/>
  </w:num>
  <w:num w:numId="2" w16cid:durableId="661667997">
    <w:abstractNumId w:val="6"/>
  </w:num>
  <w:num w:numId="3" w16cid:durableId="173963266">
    <w:abstractNumId w:val="5"/>
  </w:num>
  <w:num w:numId="4" w16cid:durableId="87191959">
    <w:abstractNumId w:val="4"/>
  </w:num>
  <w:num w:numId="5" w16cid:durableId="1705712001">
    <w:abstractNumId w:val="7"/>
  </w:num>
  <w:num w:numId="6" w16cid:durableId="1565723999">
    <w:abstractNumId w:val="3"/>
  </w:num>
  <w:num w:numId="7" w16cid:durableId="1490946852">
    <w:abstractNumId w:val="2"/>
  </w:num>
  <w:num w:numId="8" w16cid:durableId="1198857248">
    <w:abstractNumId w:val="1"/>
  </w:num>
  <w:num w:numId="9" w16cid:durableId="2063432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00FD"/>
    <w:rsid w:val="0015074B"/>
    <w:rsid w:val="0029639D"/>
    <w:rsid w:val="00326F90"/>
    <w:rsid w:val="00AA1D8D"/>
    <w:rsid w:val="00B47730"/>
    <w:rsid w:val="00C22F09"/>
    <w:rsid w:val="00CB0664"/>
    <w:rsid w:val="00CC5923"/>
    <w:rsid w:val="00E96A28"/>
    <w:rsid w:val="00FC693F"/>
    <w:rsid w:val="00FF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2928E85"/>
  <w14:defaultImageDpi w14:val="300"/>
  <w15:docId w15:val="{4C61EBC6-1163-4210-A964-F7969CC41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맑은 고딕" w:eastAsia="맑은 고딕" w:hAnsi="맑은 고딕"/>
      <w:sz w:val="21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대표 디토</cp:lastModifiedBy>
  <cp:revision>3</cp:revision>
  <dcterms:created xsi:type="dcterms:W3CDTF">2013-12-23T23:15:00Z</dcterms:created>
  <dcterms:modified xsi:type="dcterms:W3CDTF">2026-07-23T11:13:00Z</dcterms:modified>
  <cp:category/>
</cp:coreProperties>
</file>