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50339" w14:textId="77777777" w:rsidR="00EC70A0" w:rsidRDefault="00000000">
      <w:pPr>
        <w:spacing w:after="240"/>
      </w:pPr>
      <w:r>
        <w:rPr>
          <w:noProof/>
        </w:rPr>
        <w:drawing>
          <wp:inline distT="0" distB="0" distL="0" distR="0" wp14:anchorId="682A70D6" wp14:editId="3F37BE46">
            <wp:extent cx="1417320" cy="2629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NN_공식로고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26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983C9" w14:textId="77777777" w:rsidR="00EC70A0" w:rsidRDefault="00000000">
      <w:pPr>
        <w:spacing w:after="80"/>
      </w:pPr>
      <w:r>
        <w:rPr>
          <w:b/>
          <w:color w:val="2E74B5"/>
          <w:sz w:val="20"/>
        </w:rPr>
        <w:t>보도자료</w:t>
      </w:r>
    </w:p>
    <w:p w14:paraId="1031AD4F" w14:textId="44C905E0" w:rsidR="00EC70A0" w:rsidRDefault="00ED142A">
      <w:pPr>
        <w:spacing w:after="140"/>
      </w:pPr>
      <w:r w:rsidRPr="00ED142A">
        <w:rPr>
          <w:b/>
          <w:color w:val="0B2545"/>
          <w:sz w:val="50"/>
        </w:rPr>
        <w:t>디지털</w:t>
      </w:r>
      <w:r w:rsidRPr="00ED142A">
        <w:rPr>
          <w:b/>
          <w:color w:val="0B2545"/>
          <w:sz w:val="50"/>
        </w:rPr>
        <w:t xml:space="preserve"> </w:t>
      </w:r>
      <w:r w:rsidRPr="00ED142A">
        <w:rPr>
          <w:b/>
          <w:color w:val="0B2545"/>
          <w:sz w:val="50"/>
        </w:rPr>
        <w:t>교재</w:t>
      </w:r>
      <w:r w:rsidRPr="00ED142A">
        <w:rPr>
          <w:b/>
          <w:color w:val="0B2545"/>
          <w:sz w:val="50"/>
        </w:rPr>
        <w:t xml:space="preserve"> </w:t>
      </w:r>
      <w:r w:rsidRPr="00ED142A">
        <w:rPr>
          <w:b/>
          <w:color w:val="0B2545"/>
          <w:sz w:val="50"/>
        </w:rPr>
        <w:t>플랫폼</w:t>
      </w:r>
      <w:r w:rsidRPr="00ED142A">
        <w:rPr>
          <w:b/>
          <w:color w:val="0B2545"/>
          <w:sz w:val="50"/>
        </w:rPr>
        <w:t xml:space="preserve"> </w:t>
      </w:r>
      <w:r w:rsidRPr="00ED142A">
        <w:rPr>
          <w:b/>
          <w:color w:val="0B2545"/>
          <w:sz w:val="50"/>
        </w:rPr>
        <w:t>스콘</w:t>
      </w:r>
      <w:r w:rsidR="00000000">
        <w:rPr>
          <w:b/>
          <w:color w:val="0B2545"/>
          <w:sz w:val="50"/>
        </w:rPr>
        <w:t xml:space="preserve">, </w:t>
      </w:r>
      <w:r w:rsidR="00000000">
        <w:rPr>
          <w:b/>
          <w:color w:val="0B2545"/>
          <w:sz w:val="50"/>
        </w:rPr>
        <w:t>서비스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전면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개편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완료</w:t>
      </w:r>
      <w:r w:rsidR="00000000">
        <w:rPr>
          <w:b/>
          <w:color w:val="0B2545"/>
          <w:sz w:val="50"/>
        </w:rPr>
        <w:t xml:space="preserve">… </w:t>
      </w:r>
      <w:r w:rsidR="00000000">
        <w:rPr>
          <w:b/>
          <w:color w:val="0B2545"/>
          <w:sz w:val="50"/>
        </w:rPr>
        <w:t>주요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콘텐츠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표시</w:t>
      </w:r>
      <w:r w:rsidR="00000000">
        <w:rPr>
          <w:b/>
          <w:color w:val="0B2545"/>
          <w:sz w:val="50"/>
        </w:rPr>
        <w:t xml:space="preserve"> </w:t>
      </w:r>
      <w:r w:rsidR="00000000">
        <w:rPr>
          <w:b/>
          <w:color w:val="0B2545"/>
          <w:sz w:val="50"/>
        </w:rPr>
        <w:t>평균</w:t>
      </w:r>
      <w:r w:rsidR="00000000">
        <w:rPr>
          <w:b/>
          <w:color w:val="0B2545"/>
          <w:sz w:val="50"/>
        </w:rPr>
        <w:t xml:space="preserve"> 0.84</w:t>
      </w:r>
      <w:r w:rsidR="00000000">
        <w:rPr>
          <w:b/>
          <w:color w:val="0B2545"/>
          <w:sz w:val="50"/>
        </w:rPr>
        <w:t>초</w:t>
      </w:r>
    </w:p>
    <w:p w14:paraId="5CD269C4" w14:textId="77777777" w:rsidR="00EC70A0" w:rsidRDefault="00000000">
      <w:pPr>
        <w:spacing w:after="60"/>
      </w:pPr>
      <w:r>
        <w:rPr>
          <w:b/>
          <w:color w:val="666666"/>
          <w:sz w:val="25"/>
        </w:rPr>
        <w:t>자체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개발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플랫폼으로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전환</w:t>
      </w:r>
      <w:r>
        <w:rPr>
          <w:b/>
          <w:color w:val="666666"/>
          <w:sz w:val="25"/>
        </w:rPr>
        <w:t xml:space="preserve">, </w:t>
      </w:r>
      <w:r>
        <w:rPr>
          <w:b/>
          <w:color w:val="666666"/>
          <w:sz w:val="25"/>
        </w:rPr>
        <w:t>응시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시험</w:t>
      </w:r>
      <w:r>
        <w:rPr>
          <w:b/>
          <w:color w:val="666666"/>
          <w:sz w:val="25"/>
        </w:rPr>
        <w:t>·</w:t>
      </w:r>
      <w:r>
        <w:rPr>
          <w:b/>
          <w:color w:val="666666"/>
          <w:sz w:val="25"/>
        </w:rPr>
        <w:t>학교급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맞춘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교재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추천</w:t>
      </w:r>
      <w:r>
        <w:rPr>
          <w:b/>
          <w:color w:val="666666"/>
          <w:sz w:val="25"/>
        </w:rPr>
        <w:t xml:space="preserve"> </w:t>
      </w:r>
      <w:r>
        <w:rPr>
          <w:b/>
          <w:color w:val="666666"/>
          <w:sz w:val="25"/>
        </w:rPr>
        <w:t>도입</w:t>
      </w:r>
    </w:p>
    <w:p w14:paraId="0F307BA4" w14:textId="77777777" w:rsidR="00EC70A0" w:rsidRDefault="00EC70A0"/>
    <w:tbl>
      <w:tblPr>
        <w:tblStyle w:val="af9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701"/>
        <w:gridCol w:w="7659"/>
      </w:tblGrid>
      <w:tr w:rsidR="00EC70A0" w14:paraId="096869E9" w14:textId="77777777"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040A95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배포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예정</w:t>
            </w:r>
          </w:p>
        </w:tc>
        <w:tc>
          <w:tcPr>
            <w:tcW w:w="7659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16E554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2026</w:t>
            </w:r>
            <w:r>
              <w:rPr>
                <w:color w:val="000000"/>
                <w:sz w:val="21"/>
              </w:rPr>
              <w:t>년</w:t>
            </w:r>
            <w:r>
              <w:rPr>
                <w:color w:val="000000"/>
                <w:sz w:val="21"/>
              </w:rPr>
              <w:t xml:space="preserve"> 8</w:t>
            </w:r>
            <w:r>
              <w:rPr>
                <w:color w:val="000000"/>
                <w:sz w:val="21"/>
              </w:rPr>
              <w:t>월</w:t>
            </w:r>
            <w:r>
              <w:rPr>
                <w:color w:val="000000"/>
                <w:sz w:val="21"/>
              </w:rPr>
              <w:t xml:space="preserve"> 13</w:t>
            </w:r>
            <w:r>
              <w:rPr>
                <w:color w:val="000000"/>
                <w:sz w:val="21"/>
              </w:rPr>
              <w:t>일</w:t>
            </w:r>
          </w:p>
        </w:tc>
      </w:tr>
      <w:tr w:rsidR="00EC70A0" w14:paraId="7EBC84C2" w14:textId="77777777"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B3D170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발표</w:t>
            </w:r>
          </w:p>
        </w:tc>
        <w:tc>
          <w:tcPr>
            <w:tcW w:w="7659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7662E3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플렉슬</w:t>
            </w:r>
          </w:p>
        </w:tc>
      </w:tr>
      <w:tr w:rsidR="00EC70A0" w14:paraId="06E2E03C" w14:textId="77777777"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3DFC7E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언론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문의</w:t>
            </w:r>
          </w:p>
        </w:tc>
        <w:tc>
          <w:tcPr>
            <w:tcW w:w="7659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0C248B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유주심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사업전략실장</w:t>
            </w:r>
            <w:r>
              <w:rPr>
                <w:color w:val="000000"/>
                <w:sz w:val="21"/>
              </w:rPr>
              <w:t xml:space="preserve"> · </w:t>
            </w:r>
            <w:r>
              <w:rPr>
                <w:color w:val="000000"/>
                <w:sz w:val="21"/>
              </w:rPr>
              <w:t>뉴스와이어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기업정보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등록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연락처</w:t>
            </w:r>
          </w:p>
        </w:tc>
      </w:tr>
    </w:tbl>
    <w:p w14:paraId="48C11B50" w14:textId="77777777" w:rsidR="00EC70A0" w:rsidRDefault="00EC70A0"/>
    <w:p w14:paraId="3341AAC6" w14:textId="77777777" w:rsidR="00EC70A0" w:rsidRDefault="00000000">
      <w:r>
        <w:rPr>
          <w:color w:val="000000"/>
        </w:rPr>
        <w:t>디지털</w:t>
      </w:r>
      <w:r>
        <w:rPr>
          <w:color w:val="000000"/>
        </w:rPr>
        <w:t xml:space="preserve"> </w:t>
      </w:r>
      <w:r>
        <w:rPr>
          <w:color w:val="000000"/>
        </w:rPr>
        <w:t>교재</w:t>
      </w:r>
      <w:r>
        <w:rPr>
          <w:color w:val="000000"/>
        </w:rPr>
        <w:t xml:space="preserve"> </w:t>
      </w:r>
      <w:r>
        <w:rPr>
          <w:color w:val="000000"/>
        </w:rPr>
        <w:t>플랫폼</w:t>
      </w:r>
      <w:r>
        <w:rPr>
          <w:color w:val="000000"/>
        </w:rPr>
        <w:t xml:space="preserve"> '</w:t>
      </w:r>
      <w:r>
        <w:rPr>
          <w:color w:val="000000"/>
        </w:rPr>
        <w:t>스콘</w:t>
      </w:r>
      <w:r>
        <w:rPr>
          <w:color w:val="000000"/>
        </w:rPr>
        <w:t>'</w:t>
      </w:r>
      <w:r>
        <w:rPr>
          <w:color w:val="000000"/>
        </w:rPr>
        <w:t>의</w:t>
      </w:r>
      <w:r>
        <w:rPr>
          <w:color w:val="000000"/>
        </w:rPr>
        <w:t xml:space="preserve"> </w:t>
      </w:r>
      <w:r>
        <w:rPr>
          <w:color w:val="000000"/>
        </w:rPr>
        <w:t>운영사</w:t>
      </w:r>
      <w:r>
        <w:rPr>
          <w:color w:val="000000"/>
        </w:rPr>
        <w:t xml:space="preserve"> </w:t>
      </w:r>
      <w:r>
        <w:rPr>
          <w:color w:val="000000"/>
        </w:rPr>
        <w:t>㈜플렉슬</w:t>
      </w:r>
      <w:r>
        <w:rPr>
          <w:color w:val="000000"/>
        </w:rPr>
        <w:t>(</w:t>
      </w:r>
      <w:r>
        <w:rPr>
          <w:color w:val="000000"/>
        </w:rPr>
        <w:t>대표</w:t>
      </w:r>
      <w:r>
        <w:rPr>
          <w:color w:val="000000"/>
        </w:rPr>
        <w:t xml:space="preserve"> </w:t>
      </w:r>
      <w:r>
        <w:rPr>
          <w:color w:val="000000"/>
        </w:rPr>
        <w:t>권정구</w:t>
      </w:r>
      <w:r>
        <w:rPr>
          <w:color w:val="000000"/>
        </w:rPr>
        <w:t>)</w:t>
      </w:r>
      <w:r>
        <w:rPr>
          <w:color w:val="000000"/>
        </w:rPr>
        <w:t>은</w:t>
      </w:r>
      <w:r>
        <w:rPr>
          <w:color w:val="000000"/>
        </w:rPr>
        <w:t xml:space="preserve"> </w:t>
      </w:r>
      <w:r>
        <w:rPr>
          <w:color w:val="000000"/>
        </w:rPr>
        <w:t>스콘의</w:t>
      </w:r>
      <w:r>
        <w:rPr>
          <w:color w:val="000000"/>
        </w:rPr>
        <w:t xml:space="preserve"> </w:t>
      </w:r>
      <w:r>
        <w:rPr>
          <w:color w:val="000000"/>
        </w:rPr>
        <w:t>서비스</w:t>
      </w:r>
      <w:r>
        <w:rPr>
          <w:color w:val="000000"/>
        </w:rPr>
        <w:t xml:space="preserve"> </w:t>
      </w:r>
      <w:r>
        <w:rPr>
          <w:color w:val="000000"/>
        </w:rPr>
        <w:t>전면</w:t>
      </w:r>
      <w:r>
        <w:rPr>
          <w:color w:val="000000"/>
        </w:rPr>
        <w:t xml:space="preserve"> </w:t>
      </w:r>
      <w:r>
        <w:rPr>
          <w:color w:val="000000"/>
        </w:rPr>
        <w:t>개편을</w:t>
      </w:r>
      <w:r>
        <w:rPr>
          <w:color w:val="000000"/>
        </w:rPr>
        <w:t xml:space="preserve"> </w:t>
      </w:r>
      <w:r>
        <w:rPr>
          <w:color w:val="000000"/>
        </w:rPr>
        <w:t>마쳤다고</w:t>
      </w:r>
      <w:r>
        <w:rPr>
          <w:color w:val="000000"/>
        </w:rPr>
        <w:t xml:space="preserve"> 13</w:t>
      </w:r>
      <w:r>
        <w:rPr>
          <w:color w:val="000000"/>
        </w:rPr>
        <w:t>일</w:t>
      </w:r>
      <w:r>
        <w:rPr>
          <w:color w:val="000000"/>
        </w:rPr>
        <w:t xml:space="preserve"> </w:t>
      </w:r>
      <w:r>
        <w:rPr>
          <w:color w:val="000000"/>
        </w:rPr>
        <w:t>밝혔다</w:t>
      </w:r>
      <w:r>
        <w:rPr>
          <w:color w:val="000000"/>
        </w:rPr>
        <w:t xml:space="preserve">. </w:t>
      </w:r>
      <w:r>
        <w:rPr>
          <w:color w:val="000000"/>
        </w:rPr>
        <w:t>개편</w:t>
      </w:r>
      <w:r>
        <w:rPr>
          <w:color w:val="000000"/>
        </w:rPr>
        <w:t xml:space="preserve"> </w:t>
      </w:r>
      <w:r>
        <w:rPr>
          <w:color w:val="000000"/>
        </w:rPr>
        <w:t>서비스는</w:t>
      </w:r>
      <w:r>
        <w:rPr>
          <w:color w:val="000000"/>
        </w:rPr>
        <w:t xml:space="preserve"> </w:t>
      </w:r>
      <w:r>
        <w:rPr>
          <w:color w:val="000000"/>
        </w:rPr>
        <w:t>지난</w:t>
      </w:r>
      <w:r>
        <w:rPr>
          <w:color w:val="000000"/>
        </w:rPr>
        <w:t xml:space="preserve"> 7</w:t>
      </w:r>
      <w:r>
        <w:rPr>
          <w:color w:val="000000"/>
        </w:rPr>
        <w:t>월</w:t>
      </w:r>
      <w:r>
        <w:rPr>
          <w:color w:val="000000"/>
        </w:rPr>
        <w:t xml:space="preserve"> 20</w:t>
      </w:r>
      <w:r>
        <w:rPr>
          <w:color w:val="000000"/>
        </w:rPr>
        <w:t>일</w:t>
      </w:r>
      <w:r>
        <w:rPr>
          <w:color w:val="000000"/>
        </w:rPr>
        <w:t xml:space="preserve"> </w:t>
      </w:r>
      <w:r>
        <w:rPr>
          <w:color w:val="000000"/>
        </w:rPr>
        <w:t>선보였다</w:t>
      </w:r>
      <w:r>
        <w:rPr>
          <w:color w:val="000000"/>
        </w:rPr>
        <w:t xml:space="preserve">. </w:t>
      </w:r>
      <w:r>
        <w:rPr>
          <w:color w:val="000000"/>
        </w:rPr>
        <w:t>이후</w:t>
      </w:r>
      <w:r>
        <w:rPr>
          <w:color w:val="000000"/>
        </w:rPr>
        <w:t xml:space="preserve"> </w:t>
      </w:r>
      <w:r>
        <w:rPr>
          <w:color w:val="000000"/>
        </w:rPr>
        <w:t>실제</w:t>
      </w:r>
      <w:r>
        <w:rPr>
          <w:color w:val="000000"/>
        </w:rPr>
        <w:t xml:space="preserve"> </w:t>
      </w:r>
      <w:r>
        <w:rPr>
          <w:color w:val="000000"/>
        </w:rPr>
        <w:t>이용</w:t>
      </w:r>
      <w:r>
        <w:rPr>
          <w:color w:val="000000"/>
        </w:rPr>
        <w:t xml:space="preserve"> </w:t>
      </w:r>
      <w:r>
        <w:rPr>
          <w:color w:val="000000"/>
        </w:rPr>
        <w:t>환경에서</w:t>
      </w:r>
      <w:r>
        <w:rPr>
          <w:color w:val="000000"/>
        </w:rPr>
        <w:t xml:space="preserve"> </w:t>
      </w:r>
      <w:r>
        <w:rPr>
          <w:color w:val="000000"/>
        </w:rPr>
        <w:t>성능을</w:t>
      </w:r>
      <w:r>
        <w:rPr>
          <w:color w:val="000000"/>
        </w:rPr>
        <w:t xml:space="preserve"> </w:t>
      </w:r>
      <w:r>
        <w:rPr>
          <w:color w:val="000000"/>
        </w:rPr>
        <w:t>측정해</w:t>
      </w:r>
      <w:r>
        <w:rPr>
          <w:color w:val="000000"/>
        </w:rPr>
        <w:t>, 2</w:t>
      </w:r>
      <w:r>
        <w:rPr>
          <w:color w:val="000000"/>
        </w:rPr>
        <w:t>학기</w:t>
      </w:r>
      <w:r>
        <w:rPr>
          <w:color w:val="000000"/>
        </w:rPr>
        <w:t xml:space="preserve">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시즌에</w:t>
      </w:r>
      <w:r>
        <w:rPr>
          <w:color w:val="000000"/>
        </w:rPr>
        <w:t xml:space="preserve"> </w:t>
      </w:r>
      <w:r>
        <w:rPr>
          <w:color w:val="000000"/>
        </w:rPr>
        <w:t>맞춰</w:t>
      </w:r>
      <w:r>
        <w:rPr>
          <w:color w:val="000000"/>
        </w:rPr>
        <w:t xml:space="preserve"> </w:t>
      </w:r>
      <w:r>
        <w:rPr>
          <w:color w:val="000000"/>
        </w:rPr>
        <w:t>개편</w:t>
      </w:r>
      <w:r>
        <w:rPr>
          <w:color w:val="000000"/>
        </w:rPr>
        <w:t xml:space="preserve"> </w:t>
      </w:r>
      <w:r>
        <w:rPr>
          <w:color w:val="000000"/>
        </w:rPr>
        <w:t>내용과</w:t>
      </w:r>
      <w:r>
        <w:rPr>
          <w:color w:val="000000"/>
        </w:rPr>
        <w:t xml:space="preserve"> </w:t>
      </w:r>
      <w:r>
        <w:rPr>
          <w:color w:val="000000"/>
        </w:rPr>
        <w:t>결과를</w:t>
      </w:r>
      <w:r>
        <w:rPr>
          <w:color w:val="000000"/>
        </w:rPr>
        <w:t xml:space="preserve"> </w:t>
      </w:r>
      <w:r>
        <w:rPr>
          <w:color w:val="000000"/>
        </w:rPr>
        <w:t>공개했다</w:t>
      </w:r>
      <w:r>
        <w:rPr>
          <w:color w:val="000000"/>
        </w:rPr>
        <w:t>.</w:t>
      </w:r>
    </w:p>
    <w:p w14:paraId="7941382E" w14:textId="77777777" w:rsidR="00EC70A0" w:rsidRDefault="00000000">
      <w:r>
        <w:rPr>
          <w:color w:val="000000"/>
        </w:rPr>
        <w:t>이번</w:t>
      </w:r>
      <w:r>
        <w:rPr>
          <w:color w:val="000000"/>
        </w:rPr>
        <w:t xml:space="preserve"> </w:t>
      </w:r>
      <w:r>
        <w:rPr>
          <w:color w:val="000000"/>
        </w:rPr>
        <w:t>개편의</w:t>
      </w:r>
      <w:r>
        <w:rPr>
          <w:color w:val="000000"/>
        </w:rPr>
        <w:t xml:space="preserve"> </w:t>
      </w:r>
      <w:r>
        <w:rPr>
          <w:color w:val="000000"/>
        </w:rPr>
        <w:t>핵심은</w:t>
      </w:r>
      <w:r>
        <w:rPr>
          <w:color w:val="000000"/>
        </w:rPr>
        <w:t xml:space="preserve"> </w:t>
      </w:r>
      <w:r>
        <w:rPr>
          <w:color w:val="000000"/>
        </w:rPr>
        <w:t>플랫폼을</w:t>
      </w:r>
      <w:r>
        <w:rPr>
          <w:color w:val="000000"/>
        </w:rPr>
        <w:t xml:space="preserve"> </w:t>
      </w:r>
      <w:r>
        <w:rPr>
          <w:color w:val="000000"/>
        </w:rPr>
        <w:t>직접</w:t>
      </w:r>
      <w:r>
        <w:rPr>
          <w:color w:val="000000"/>
        </w:rPr>
        <w:t xml:space="preserve"> </w:t>
      </w:r>
      <w:r>
        <w:rPr>
          <w:color w:val="000000"/>
        </w:rPr>
        <w:t>개발했다는</w:t>
      </w:r>
      <w:r>
        <w:rPr>
          <w:color w:val="000000"/>
        </w:rPr>
        <w:t xml:space="preserve"> </w:t>
      </w:r>
      <w:r>
        <w:rPr>
          <w:color w:val="000000"/>
        </w:rPr>
        <w:t>데</w:t>
      </w:r>
      <w:r>
        <w:rPr>
          <w:color w:val="000000"/>
        </w:rPr>
        <w:t xml:space="preserve"> </w:t>
      </w:r>
      <w:r>
        <w:rPr>
          <w:color w:val="000000"/>
        </w:rPr>
        <w:t>있다</w:t>
      </w:r>
      <w:r>
        <w:rPr>
          <w:color w:val="000000"/>
        </w:rPr>
        <w:t xml:space="preserve">. </w:t>
      </w:r>
      <w:r>
        <w:rPr>
          <w:color w:val="000000"/>
        </w:rPr>
        <w:t>스콘은</w:t>
      </w:r>
      <w:r>
        <w:rPr>
          <w:color w:val="000000"/>
        </w:rPr>
        <w:t xml:space="preserve"> </w:t>
      </w:r>
      <w:r>
        <w:rPr>
          <w:color w:val="000000"/>
        </w:rPr>
        <w:t>기존</w:t>
      </w:r>
      <w:r>
        <w:rPr>
          <w:color w:val="000000"/>
        </w:rPr>
        <w:t xml:space="preserve"> </w:t>
      </w:r>
      <w:r>
        <w:rPr>
          <w:color w:val="000000"/>
        </w:rPr>
        <w:t>시스템을</w:t>
      </w:r>
      <w:r>
        <w:rPr>
          <w:color w:val="000000"/>
        </w:rPr>
        <w:t xml:space="preserve"> </w:t>
      </w:r>
      <w:r>
        <w:rPr>
          <w:color w:val="000000"/>
        </w:rPr>
        <w:t>단계적으로</w:t>
      </w:r>
      <w:r>
        <w:rPr>
          <w:color w:val="000000"/>
        </w:rPr>
        <w:t xml:space="preserve"> </w:t>
      </w:r>
      <w:r>
        <w:rPr>
          <w:color w:val="000000"/>
        </w:rPr>
        <w:t>걷어내고</w:t>
      </w:r>
      <w:r>
        <w:rPr>
          <w:color w:val="000000"/>
        </w:rPr>
        <w:t xml:space="preserve"> </w:t>
      </w:r>
      <w:r>
        <w:rPr>
          <w:color w:val="000000"/>
        </w:rPr>
        <w:t>서비스</w:t>
      </w:r>
      <w:r>
        <w:rPr>
          <w:color w:val="000000"/>
        </w:rPr>
        <w:t xml:space="preserve"> </w:t>
      </w:r>
      <w:r>
        <w:rPr>
          <w:color w:val="000000"/>
        </w:rPr>
        <w:t>전체를</w:t>
      </w:r>
      <w:r>
        <w:rPr>
          <w:color w:val="000000"/>
        </w:rPr>
        <w:t xml:space="preserve"> </w:t>
      </w:r>
      <w:r>
        <w:rPr>
          <w:color w:val="000000"/>
        </w:rPr>
        <w:t>다시</w:t>
      </w:r>
      <w:r>
        <w:rPr>
          <w:color w:val="000000"/>
        </w:rPr>
        <w:t xml:space="preserve"> </w:t>
      </w:r>
      <w:r>
        <w:rPr>
          <w:color w:val="000000"/>
        </w:rPr>
        <w:t>설계했다</w:t>
      </w:r>
      <w:r>
        <w:rPr>
          <w:color w:val="000000"/>
        </w:rPr>
        <w:t xml:space="preserve">. </w:t>
      </w:r>
      <w:r>
        <w:rPr>
          <w:color w:val="000000"/>
        </w:rPr>
        <w:t>겉으로는</w:t>
      </w:r>
      <w:r>
        <w:rPr>
          <w:color w:val="000000"/>
        </w:rPr>
        <w:t xml:space="preserve"> </w:t>
      </w:r>
      <w:r>
        <w:rPr>
          <w:color w:val="000000"/>
        </w:rPr>
        <w:t>화면이</w:t>
      </w:r>
      <w:r>
        <w:rPr>
          <w:color w:val="000000"/>
        </w:rPr>
        <w:t xml:space="preserve"> </w:t>
      </w:r>
      <w:r>
        <w:rPr>
          <w:color w:val="000000"/>
        </w:rPr>
        <w:t>바뀐</w:t>
      </w:r>
      <w:r>
        <w:rPr>
          <w:color w:val="000000"/>
        </w:rPr>
        <w:t xml:space="preserve"> </w:t>
      </w:r>
      <w:r>
        <w:rPr>
          <w:color w:val="000000"/>
        </w:rPr>
        <w:t>정도로</w:t>
      </w:r>
      <w:r>
        <w:rPr>
          <w:color w:val="000000"/>
        </w:rPr>
        <w:t xml:space="preserve"> </w:t>
      </w:r>
      <w:r>
        <w:rPr>
          <w:color w:val="000000"/>
        </w:rPr>
        <w:t>보이지만</w:t>
      </w:r>
      <w:r>
        <w:rPr>
          <w:color w:val="000000"/>
        </w:rPr>
        <w:t xml:space="preserve">, </w:t>
      </w:r>
      <w:r>
        <w:rPr>
          <w:color w:val="000000"/>
        </w:rPr>
        <w:t>서비스를</w:t>
      </w:r>
      <w:r>
        <w:rPr>
          <w:color w:val="000000"/>
        </w:rPr>
        <w:t xml:space="preserve"> </w:t>
      </w:r>
      <w:r>
        <w:rPr>
          <w:color w:val="000000"/>
        </w:rPr>
        <w:t>떠받치는</w:t>
      </w:r>
      <w:r>
        <w:rPr>
          <w:color w:val="000000"/>
        </w:rPr>
        <w:t xml:space="preserve"> </w:t>
      </w:r>
      <w:r>
        <w:rPr>
          <w:color w:val="000000"/>
        </w:rPr>
        <w:t>뼈대를</w:t>
      </w:r>
      <w:r>
        <w:rPr>
          <w:color w:val="000000"/>
        </w:rPr>
        <w:t xml:space="preserve"> </w:t>
      </w:r>
      <w:r>
        <w:rPr>
          <w:color w:val="000000"/>
        </w:rPr>
        <w:t>통째로</w:t>
      </w:r>
      <w:r>
        <w:rPr>
          <w:color w:val="000000"/>
        </w:rPr>
        <w:t xml:space="preserve"> </w:t>
      </w:r>
      <w:r>
        <w:rPr>
          <w:color w:val="000000"/>
        </w:rPr>
        <w:t>교체한</w:t>
      </w:r>
      <w:r>
        <w:rPr>
          <w:color w:val="000000"/>
        </w:rPr>
        <w:t xml:space="preserve"> </w:t>
      </w:r>
      <w:r>
        <w:rPr>
          <w:color w:val="000000"/>
        </w:rPr>
        <w:t>작업이다</w:t>
      </w:r>
      <w:r>
        <w:rPr>
          <w:color w:val="000000"/>
        </w:rPr>
        <w:t>.</w:t>
      </w:r>
    </w:p>
    <w:p w14:paraId="56153D23" w14:textId="77777777" w:rsidR="00EC70A0" w:rsidRDefault="00000000">
      <w:r>
        <w:rPr>
          <w:color w:val="000000"/>
        </w:rPr>
        <w:t>성과는</w:t>
      </w:r>
      <w:r>
        <w:rPr>
          <w:color w:val="000000"/>
        </w:rPr>
        <w:t xml:space="preserve"> </w:t>
      </w:r>
      <w:r>
        <w:rPr>
          <w:color w:val="000000"/>
        </w:rPr>
        <w:t>속도에서</w:t>
      </w:r>
      <w:r>
        <w:rPr>
          <w:color w:val="000000"/>
        </w:rPr>
        <w:t xml:space="preserve"> </w:t>
      </w:r>
      <w:r>
        <w:rPr>
          <w:color w:val="000000"/>
        </w:rPr>
        <w:t>먼저</w:t>
      </w:r>
      <w:r>
        <w:rPr>
          <w:color w:val="000000"/>
        </w:rPr>
        <w:t xml:space="preserve"> </w:t>
      </w:r>
      <w:r>
        <w:rPr>
          <w:color w:val="000000"/>
        </w:rPr>
        <w:t>확인됐다</w:t>
      </w:r>
      <w:r>
        <w:rPr>
          <w:color w:val="000000"/>
        </w:rPr>
        <w:t xml:space="preserve">. </w:t>
      </w:r>
      <w:r>
        <w:rPr>
          <w:color w:val="000000"/>
        </w:rPr>
        <w:t>지난</w:t>
      </w:r>
      <w:r>
        <w:rPr>
          <w:color w:val="000000"/>
        </w:rPr>
        <w:t xml:space="preserve"> 7</w:t>
      </w:r>
      <w:r>
        <w:rPr>
          <w:color w:val="000000"/>
        </w:rPr>
        <w:t>월</w:t>
      </w:r>
      <w:r>
        <w:rPr>
          <w:color w:val="000000"/>
        </w:rPr>
        <w:t xml:space="preserve"> 22</w:t>
      </w:r>
      <w:r>
        <w:rPr>
          <w:color w:val="000000"/>
        </w:rPr>
        <w:t>일</w:t>
      </w:r>
      <w:r>
        <w:rPr>
          <w:color w:val="000000"/>
        </w:rPr>
        <w:t xml:space="preserve"> </w:t>
      </w:r>
      <w:r>
        <w:rPr>
          <w:color w:val="000000"/>
        </w:rPr>
        <w:t>첫</w:t>
      </w:r>
      <w:r>
        <w:rPr>
          <w:color w:val="000000"/>
        </w:rPr>
        <w:t xml:space="preserve"> </w:t>
      </w:r>
      <w:r>
        <w:rPr>
          <w:color w:val="000000"/>
        </w:rPr>
        <w:t>화면</w:t>
      </w:r>
      <w:r>
        <w:rPr>
          <w:color w:val="000000"/>
        </w:rPr>
        <w:t xml:space="preserve">, </w:t>
      </w:r>
      <w:r>
        <w:rPr>
          <w:color w:val="000000"/>
        </w:rPr>
        <w:t>교재</w:t>
      </w:r>
      <w:r>
        <w:rPr>
          <w:color w:val="000000"/>
        </w:rPr>
        <w:t xml:space="preserve"> </w:t>
      </w:r>
      <w:r>
        <w:rPr>
          <w:color w:val="000000"/>
        </w:rPr>
        <w:t>검색</w:t>
      </w:r>
      <w:r>
        <w:rPr>
          <w:color w:val="000000"/>
        </w:rPr>
        <w:t xml:space="preserve">, </w:t>
      </w:r>
      <w:r>
        <w:rPr>
          <w:color w:val="000000"/>
        </w:rPr>
        <w:t>교재</w:t>
      </w:r>
      <w:r>
        <w:rPr>
          <w:color w:val="000000"/>
        </w:rPr>
        <w:t xml:space="preserve"> </w:t>
      </w:r>
      <w:r>
        <w:rPr>
          <w:color w:val="000000"/>
        </w:rPr>
        <w:t>상세</w:t>
      </w:r>
      <w:r>
        <w:rPr>
          <w:color w:val="000000"/>
        </w:rPr>
        <w:t xml:space="preserve"> 3</w:t>
      </w:r>
      <w:r>
        <w:rPr>
          <w:color w:val="000000"/>
        </w:rPr>
        <w:t>개</w:t>
      </w:r>
      <w:r>
        <w:rPr>
          <w:color w:val="000000"/>
        </w:rPr>
        <w:t xml:space="preserve"> </w:t>
      </w:r>
      <w:r>
        <w:rPr>
          <w:color w:val="000000"/>
        </w:rPr>
        <w:t>화면을</w:t>
      </w:r>
      <w:r>
        <w:rPr>
          <w:color w:val="000000"/>
        </w:rPr>
        <w:t xml:space="preserve"> </w:t>
      </w:r>
      <w:r>
        <w:rPr>
          <w:color w:val="000000"/>
        </w:rPr>
        <w:t>같은</w:t>
      </w:r>
      <w:r>
        <w:rPr>
          <w:color w:val="000000"/>
        </w:rPr>
        <w:t xml:space="preserve"> </w:t>
      </w:r>
      <w:r>
        <w:rPr>
          <w:color w:val="000000"/>
        </w:rPr>
        <w:t>조건에서</w:t>
      </w:r>
      <w:r>
        <w:rPr>
          <w:color w:val="000000"/>
        </w:rPr>
        <w:t xml:space="preserve"> </w:t>
      </w:r>
      <w:r>
        <w:rPr>
          <w:color w:val="000000"/>
        </w:rPr>
        <w:t>측정한</w:t>
      </w:r>
      <w:r>
        <w:rPr>
          <w:color w:val="000000"/>
        </w:rPr>
        <w:t xml:space="preserve"> </w:t>
      </w:r>
      <w:r>
        <w:rPr>
          <w:color w:val="000000"/>
        </w:rPr>
        <w:t>결과</w:t>
      </w:r>
      <w:r>
        <w:rPr>
          <w:color w:val="000000"/>
        </w:rPr>
        <w:t xml:space="preserve">, </w:t>
      </w:r>
      <w:r>
        <w:rPr>
          <w:color w:val="000000"/>
        </w:rPr>
        <w:t>화면</w:t>
      </w:r>
      <w:r>
        <w:rPr>
          <w:color w:val="000000"/>
        </w:rPr>
        <w:t xml:space="preserve"> </w:t>
      </w:r>
      <w:r>
        <w:rPr>
          <w:color w:val="000000"/>
        </w:rPr>
        <w:t>내용이</w:t>
      </w:r>
      <w:r>
        <w:rPr>
          <w:color w:val="000000"/>
        </w:rPr>
        <w:t xml:space="preserve"> </w:t>
      </w:r>
      <w:r>
        <w:rPr>
          <w:color w:val="000000"/>
        </w:rPr>
        <w:t>눈에</w:t>
      </w:r>
      <w:r>
        <w:rPr>
          <w:color w:val="000000"/>
        </w:rPr>
        <w:t xml:space="preserve"> </w:t>
      </w:r>
      <w:r>
        <w:rPr>
          <w:color w:val="000000"/>
        </w:rPr>
        <w:t>보이기까지</w:t>
      </w:r>
      <w:r>
        <w:rPr>
          <w:color w:val="000000"/>
        </w:rPr>
        <w:t xml:space="preserve"> </w:t>
      </w:r>
      <w:r>
        <w:rPr>
          <w:color w:val="000000"/>
        </w:rPr>
        <w:t>걸린</w:t>
      </w:r>
      <w:r>
        <w:rPr>
          <w:color w:val="000000"/>
        </w:rPr>
        <w:t xml:space="preserve"> </w:t>
      </w:r>
      <w:r>
        <w:rPr>
          <w:color w:val="000000"/>
        </w:rPr>
        <w:t>시간은</w:t>
      </w:r>
      <w:r>
        <w:rPr>
          <w:color w:val="000000"/>
        </w:rPr>
        <w:t xml:space="preserve"> </w:t>
      </w:r>
      <w:r>
        <w:rPr>
          <w:color w:val="000000"/>
        </w:rPr>
        <w:t>평균</w:t>
      </w:r>
      <w:r>
        <w:rPr>
          <w:color w:val="000000"/>
        </w:rPr>
        <w:t xml:space="preserve"> 0.84</w:t>
      </w:r>
      <w:r>
        <w:rPr>
          <w:color w:val="000000"/>
        </w:rPr>
        <w:t>초였다</w:t>
      </w:r>
      <w:r>
        <w:rPr>
          <w:color w:val="000000"/>
        </w:rPr>
        <w:t xml:space="preserve">. </w:t>
      </w:r>
      <w:r>
        <w:rPr>
          <w:color w:val="000000"/>
        </w:rPr>
        <w:t>국내</w:t>
      </w:r>
      <w:r>
        <w:rPr>
          <w:color w:val="000000"/>
        </w:rPr>
        <w:t xml:space="preserve"> </w:t>
      </w:r>
      <w:r>
        <w:rPr>
          <w:color w:val="000000"/>
        </w:rPr>
        <w:t>주요</w:t>
      </w:r>
      <w:r>
        <w:rPr>
          <w:color w:val="000000"/>
        </w:rPr>
        <w:t xml:space="preserve"> </w:t>
      </w:r>
      <w:r>
        <w:rPr>
          <w:color w:val="000000"/>
        </w:rPr>
        <w:t>도서</w:t>
      </w:r>
      <w:r>
        <w:rPr>
          <w:color w:val="000000"/>
        </w:rPr>
        <w:t xml:space="preserve"> </w:t>
      </w:r>
      <w:r>
        <w:rPr>
          <w:color w:val="000000"/>
        </w:rPr>
        <w:t>플랫폼</w:t>
      </w:r>
      <w:r>
        <w:rPr>
          <w:color w:val="000000"/>
        </w:rPr>
        <w:t xml:space="preserve"> 3</w:t>
      </w:r>
      <w:r>
        <w:rPr>
          <w:color w:val="000000"/>
        </w:rPr>
        <w:t>곳을</w:t>
      </w:r>
      <w:r>
        <w:rPr>
          <w:color w:val="000000"/>
        </w:rPr>
        <w:t xml:space="preserve"> </w:t>
      </w:r>
      <w:r>
        <w:rPr>
          <w:color w:val="000000"/>
        </w:rPr>
        <w:t>같은</w:t>
      </w:r>
      <w:r>
        <w:rPr>
          <w:color w:val="000000"/>
        </w:rPr>
        <w:t xml:space="preserve"> </w:t>
      </w:r>
      <w:r>
        <w:rPr>
          <w:color w:val="000000"/>
        </w:rPr>
        <w:t>방식으로</w:t>
      </w:r>
      <w:r>
        <w:rPr>
          <w:color w:val="000000"/>
        </w:rPr>
        <w:t xml:space="preserve"> </w:t>
      </w:r>
      <w:r>
        <w:rPr>
          <w:color w:val="000000"/>
        </w:rPr>
        <w:t>측정한</w:t>
      </w:r>
      <w:r>
        <w:rPr>
          <w:color w:val="000000"/>
        </w:rPr>
        <w:t xml:space="preserve"> </w:t>
      </w:r>
      <w:r>
        <w:rPr>
          <w:color w:val="000000"/>
        </w:rPr>
        <w:t>평균</w:t>
      </w:r>
      <w:r>
        <w:rPr>
          <w:color w:val="000000"/>
        </w:rPr>
        <w:t xml:space="preserve"> 1.26</w:t>
      </w:r>
      <w:r>
        <w:rPr>
          <w:color w:val="000000"/>
        </w:rPr>
        <w:t>초보다</w:t>
      </w:r>
      <w:r>
        <w:rPr>
          <w:color w:val="000000"/>
        </w:rPr>
        <w:t xml:space="preserve"> 33% </w:t>
      </w:r>
      <w:r>
        <w:rPr>
          <w:color w:val="000000"/>
        </w:rPr>
        <w:t>짧다</w:t>
      </w:r>
      <w:r>
        <w:rPr>
          <w:color w:val="000000"/>
        </w:rPr>
        <w:t xml:space="preserve">. </w:t>
      </w:r>
      <w:r>
        <w:rPr>
          <w:color w:val="000000"/>
        </w:rPr>
        <w:t>화면이</w:t>
      </w:r>
      <w:r>
        <w:rPr>
          <w:color w:val="000000"/>
        </w:rPr>
        <w:t xml:space="preserve"> </w:t>
      </w:r>
      <w:r>
        <w:rPr>
          <w:color w:val="000000"/>
        </w:rPr>
        <w:t>완전히</w:t>
      </w:r>
      <w:r>
        <w:rPr>
          <w:color w:val="000000"/>
        </w:rPr>
        <w:t xml:space="preserve"> </w:t>
      </w:r>
      <w:r>
        <w:rPr>
          <w:color w:val="000000"/>
        </w:rPr>
        <w:t>열리는</w:t>
      </w:r>
      <w:r>
        <w:rPr>
          <w:color w:val="000000"/>
        </w:rPr>
        <w:t xml:space="preserve"> </w:t>
      </w:r>
      <w:r>
        <w:rPr>
          <w:color w:val="000000"/>
        </w:rPr>
        <w:t>시간도</w:t>
      </w:r>
      <w:r>
        <w:rPr>
          <w:color w:val="000000"/>
        </w:rPr>
        <w:t xml:space="preserve"> </w:t>
      </w:r>
      <w:r>
        <w:rPr>
          <w:color w:val="000000"/>
        </w:rPr>
        <w:t>세</w:t>
      </w:r>
      <w:r>
        <w:rPr>
          <w:color w:val="000000"/>
        </w:rPr>
        <w:t xml:space="preserve"> </w:t>
      </w:r>
      <w:r>
        <w:rPr>
          <w:color w:val="000000"/>
        </w:rPr>
        <w:t>화면</w:t>
      </w:r>
      <w:r>
        <w:rPr>
          <w:color w:val="000000"/>
        </w:rPr>
        <w:t xml:space="preserve"> </w:t>
      </w:r>
      <w:r>
        <w:rPr>
          <w:color w:val="000000"/>
        </w:rPr>
        <w:t>모두</w:t>
      </w:r>
      <w:r>
        <w:rPr>
          <w:color w:val="000000"/>
        </w:rPr>
        <w:t xml:space="preserve"> 1.1</w:t>
      </w:r>
      <w:r>
        <w:rPr>
          <w:color w:val="000000"/>
        </w:rPr>
        <w:t>초</w:t>
      </w:r>
      <w:r>
        <w:rPr>
          <w:color w:val="000000"/>
        </w:rPr>
        <w:t xml:space="preserve"> </w:t>
      </w:r>
      <w:r>
        <w:rPr>
          <w:color w:val="000000"/>
        </w:rPr>
        <w:t>안에</w:t>
      </w:r>
      <w:r>
        <w:rPr>
          <w:color w:val="000000"/>
        </w:rPr>
        <w:t xml:space="preserve"> </w:t>
      </w:r>
      <w:r>
        <w:rPr>
          <w:color w:val="000000"/>
        </w:rPr>
        <w:t>끝나</w:t>
      </w:r>
      <w:r>
        <w:rPr>
          <w:color w:val="000000"/>
        </w:rPr>
        <w:t xml:space="preserve">, </w:t>
      </w:r>
      <w:r>
        <w:rPr>
          <w:color w:val="000000"/>
        </w:rPr>
        <w:t>비교한</w:t>
      </w:r>
      <w:r>
        <w:rPr>
          <w:color w:val="000000"/>
        </w:rPr>
        <w:t xml:space="preserve"> </w:t>
      </w:r>
      <w:r>
        <w:rPr>
          <w:color w:val="000000"/>
        </w:rPr>
        <w:t>네</w:t>
      </w:r>
      <w:r>
        <w:rPr>
          <w:color w:val="000000"/>
        </w:rPr>
        <w:t xml:space="preserve"> </w:t>
      </w:r>
      <w:r>
        <w:rPr>
          <w:color w:val="000000"/>
        </w:rPr>
        <w:t>곳</w:t>
      </w:r>
      <w:r>
        <w:rPr>
          <w:color w:val="000000"/>
        </w:rPr>
        <w:t xml:space="preserve"> </w:t>
      </w:r>
      <w:r>
        <w:rPr>
          <w:color w:val="000000"/>
        </w:rPr>
        <w:t>가운데</w:t>
      </w:r>
      <w:r>
        <w:rPr>
          <w:color w:val="000000"/>
        </w:rPr>
        <w:t xml:space="preserve"> </w:t>
      </w:r>
      <w:r>
        <w:rPr>
          <w:color w:val="000000"/>
        </w:rPr>
        <w:t>모든</w:t>
      </w:r>
      <w:r>
        <w:rPr>
          <w:color w:val="000000"/>
        </w:rPr>
        <w:t xml:space="preserve"> </w:t>
      </w:r>
      <w:r>
        <w:rPr>
          <w:color w:val="000000"/>
        </w:rPr>
        <w:t>화면에서</w:t>
      </w:r>
      <w:r>
        <w:rPr>
          <w:color w:val="000000"/>
        </w:rPr>
        <w:t xml:space="preserve"> 1</w:t>
      </w:r>
      <w:r>
        <w:rPr>
          <w:color w:val="000000"/>
        </w:rPr>
        <w:t>초대를</w:t>
      </w:r>
      <w:r>
        <w:rPr>
          <w:color w:val="000000"/>
        </w:rPr>
        <w:t xml:space="preserve"> </w:t>
      </w:r>
      <w:r>
        <w:rPr>
          <w:color w:val="000000"/>
        </w:rPr>
        <w:t>지킨</w:t>
      </w:r>
      <w:r>
        <w:rPr>
          <w:color w:val="000000"/>
        </w:rPr>
        <w:t xml:space="preserve"> </w:t>
      </w:r>
      <w:r>
        <w:rPr>
          <w:color w:val="000000"/>
        </w:rPr>
        <w:t>곳은</w:t>
      </w:r>
      <w:r>
        <w:rPr>
          <w:color w:val="000000"/>
        </w:rPr>
        <w:t xml:space="preserve"> </w:t>
      </w:r>
      <w:r>
        <w:rPr>
          <w:color w:val="000000"/>
        </w:rPr>
        <w:t>스콘뿐이었다</w:t>
      </w:r>
      <w:r>
        <w:rPr>
          <w:color w:val="000000"/>
        </w:rPr>
        <w:t xml:space="preserve">. </w:t>
      </w:r>
      <w:r>
        <w:rPr>
          <w:color w:val="000000"/>
        </w:rPr>
        <w:t>컴퓨터</w:t>
      </w:r>
      <w:r>
        <w:rPr>
          <w:color w:val="000000"/>
        </w:rPr>
        <w:t xml:space="preserve"> </w:t>
      </w:r>
      <w:r>
        <w:rPr>
          <w:color w:val="000000"/>
        </w:rPr>
        <w:t>웹</w:t>
      </w:r>
      <w:r>
        <w:rPr>
          <w:color w:val="000000"/>
        </w:rPr>
        <w:t xml:space="preserve"> </w:t>
      </w:r>
      <w:r>
        <w:rPr>
          <w:color w:val="000000"/>
        </w:rPr>
        <w:t>브라우저와</w:t>
      </w:r>
      <w:r>
        <w:rPr>
          <w:color w:val="000000"/>
        </w:rPr>
        <w:t xml:space="preserve"> </w:t>
      </w:r>
      <w:r>
        <w:rPr>
          <w:color w:val="000000"/>
        </w:rPr>
        <w:t>국내</w:t>
      </w:r>
      <w:r>
        <w:rPr>
          <w:color w:val="000000"/>
        </w:rPr>
        <w:t xml:space="preserve"> </w:t>
      </w:r>
      <w:r>
        <w:rPr>
          <w:color w:val="000000"/>
        </w:rPr>
        <w:t>인터넷</w:t>
      </w:r>
      <w:r>
        <w:rPr>
          <w:color w:val="000000"/>
        </w:rPr>
        <w:t xml:space="preserve"> </w:t>
      </w:r>
      <w:r>
        <w:rPr>
          <w:color w:val="000000"/>
        </w:rPr>
        <w:t>환경에서</w:t>
      </w:r>
      <w:r>
        <w:rPr>
          <w:color w:val="000000"/>
        </w:rPr>
        <w:t xml:space="preserve"> </w:t>
      </w:r>
      <w:r>
        <w:rPr>
          <w:color w:val="000000"/>
        </w:rPr>
        <w:t>세</w:t>
      </w:r>
      <w:r>
        <w:rPr>
          <w:color w:val="000000"/>
        </w:rPr>
        <w:t xml:space="preserve"> </w:t>
      </w:r>
      <w:r>
        <w:rPr>
          <w:color w:val="000000"/>
        </w:rPr>
        <w:t>화면을</w:t>
      </w:r>
      <w:r>
        <w:rPr>
          <w:color w:val="000000"/>
        </w:rPr>
        <w:t xml:space="preserve"> </w:t>
      </w:r>
      <w:r>
        <w:rPr>
          <w:color w:val="000000"/>
        </w:rPr>
        <w:t>같은</w:t>
      </w:r>
      <w:r>
        <w:rPr>
          <w:color w:val="000000"/>
        </w:rPr>
        <w:t xml:space="preserve"> </w:t>
      </w:r>
      <w:r>
        <w:rPr>
          <w:color w:val="000000"/>
        </w:rPr>
        <w:t>시간대에</w:t>
      </w:r>
      <w:r>
        <w:rPr>
          <w:color w:val="000000"/>
        </w:rPr>
        <w:t xml:space="preserve"> </w:t>
      </w:r>
      <w:r>
        <w:rPr>
          <w:color w:val="000000"/>
        </w:rPr>
        <w:t>한</w:t>
      </w:r>
      <w:r>
        <w:rPr>
          <w:color w:val="000000"/>
        </w:rPr>
        <w:t xml:space="preserve"> </w:t>
      </w:r>
      <w:r>
        <w:rPr>
          <w:color w:val="000000"/>
        </w:rPr>
        <w:t>차례씩</w:t>
      </w:r>
      <w:r>
        <w:rPr>
          <w:color w:val="000000"/>
        </w:rPr>
        <w:t xml:space="preserve"> </w:t>
      </w:r>
      <w:r>
        <w:rPr>
          <w:color w:val="000000"/>
        </w:rPr>
        <w:t>측정한</w:t>
      </w:r>
      <w:r>
        <w:rPr>
          <w:color w:val="000000"/>
        </w:rPr>
        <w:t xml:space="preserve"> </w:t>
      </w:r>
      <w:r>
        <w:rPr>
          <w:color w:val="000000"/>
        </w:rPr>
        <w:t>자체</w:t>
      </w:r>
      <w:r>
        <w:rPr>
          <w:color w:val="000000"/>
        </w:rPr>
        <w:t xml:space="preserve"> </w:t>
      </w:r>
      <w:r>
        <w:rPr>
          <w:color w:val="000000"/>
        </w:rPr>
        <w:t>측정</w:t>
      </w:r>
      <w:r>
        <w:rPr>
          <w:color w:val="000000"/>
        </w:rPr>
        <w:t xml:space="preserve"> </w:t>
      </w:r>
      <w:r>
        <w:rPr>
          <w:color w:val="000000"/>
        </w:rPr>
        <w:t>기준이다</w:t>
      </w:r>
      <w:r>
        <w:rPr>
          <w:color w:val="000000"/>
        </w:rPr>
        <w:t>.</w:t>
      </w:r>
    </w:p>
    <w:p w14:paraId="07D74E4C" w14:textId="77777777" w:rsidR="00EC70A0" w:rsidRDefault="00000000">
      <w:r>
        <w:rPr>
          <w:color w:val="000000"/>
        </w:rPr>
        <w:t>응시</w:t>
      </w:r>
      <w:r>
        <w:rPr>
          <w:color w:val="000000"/>
        </w:rPr>
        <w:t xml:space="preserve"> </w:t>
      </w:r>
      <w:r>
        <w:rPr>
          <w:color w:val="000000"/>
        </w:rPr>
        <w:t>예정</w:t>
      </w:r>
      <w:r>
        <w:rPr>
          <w:color w:val="000000"/>
        </w:rPr>
        <w:t xml:space="preserve"> </w:t>
      </w:r>
      <w:r>
        <w:rPr>
          <w:color w:val="000000"/>
        </w:rPr>
        <w:t>시험이나</w:t>
      </w:r>
      <w:r>
        <w:rPr>
          <w:color w:val="000000"/>
        </w:rPr>
        <w:t xml:space="preserve"> </w:t>
      </w:r>
      <w:r>
        <w:rPr>
          <w:color w:val="000000"/>
        </w:rPr>
        <w:t>재학</w:t>
      </w:r>
      <w:r>
        <w:rPr>
          <w:color w:val="000000"/>
        </w:rPr>
        <w:t xml:space="preserve"> </w:t>
      </w:r>
      <w:r>
        <w:rPr>
          <w:color w:val="000000"/>
        </w:rPr>
        <w:t>중인</w:t>
      </w:r>
      <w:r>
        <w:rPr>
          <w:color w:val="000000"/>
        </w:rPr>
        <w:t xml:space="preserve"> </w:t>
      </w:r>
      <w:r>
        <w:rPr>
          <w:color w:val="000000"/>
        </w:rPr>
        <w:t>학교급에</w:t>
      </w:r>
      <w:r>
        <w:rPr>
          <w:color w:val="000000"/>
        </w:rPr>
        <w:t xml:space="preserve"> </w:t>
      </w:r>
      <w:r>
        <w:rPr>
          <w:color w:val="000000"/>
        </w:rPr>
        <w:t>따른</w:t>
      </w:r>
      <w:r>
        <w:rPr>
          <w:color w:val="000000"/>
        </w:rPr>
        <w:t xml:space="preserve"> </w:t>
      </w:r>
      <w:r>
        <w:rPr>
          <w:color w:val="000000"/>
        </w:rPr>
        <w:t>맞춤</w:t>
      </w:r>
      <w:r>
        <w:rPr>
          <w:color w:val="000000"/>
        </w:rPr>
        <w:t xml:space="preserve"> </w:t>
      </w:r>
      <w:r>
        <w:rPr>
          <w:color w:val="000000"/>
        </w:rPr>
        <w:t>화면</w:t>
      </w:r>
      <w:r>
        <w:rPr>
          <w:color w:val="000000"/>
        </w:rPr>
        <w:t xml:space="preserve"> </w:t>
      </w:r>
      <w:r>
        <w:rPr>
          <w:color w:val="000000"/>
        </w:rPr>
        <w:t>구성도</w:t>
      </w:r>
      <w:r>
        <w:rPr>
          <w:color w:val="000000"/>
        </w:rPr>
        <w:t xml:space="preserve"> </w:t>
      </w:r>
      <w:r>
        <w:rPr>
          <w:color w:val="000000"/>
        </w:rPr>
        <w:t>함께</w:t>
      </w:r>
      <w:r>
        <w:rPr>
          <w:color w:val="000000"/>
        </w:rPr>
        <w:t xml:space="preserve"> </w:t>
      </w:r>
      <w:r>
        <w:rPr>
          <w:color w:val="000000"/>
        </w:rPr>
        <w:t>들어갔다</w:t>
      </w:r>
      <w:r>
        <w:rPr>
          <w:color w:val="000000"/>
        </w:rPr>
        <w:t xml:space="preserve">. </w:t>
      </w:r>
      <w:r>
        <w:rPr>
          <w:color w:val="000000"/>
        </w:rPr>
        <w:t>개편된</w:t>
      </w:r>
      <w:r>
        <w:rPr>
          <w:color w:val="000000"/>
        </w:rPr>
        <w:t xml:space="preserve"> </w:t>
      </w:r>
      <w:r>
        <w:rPr>
          <w:color w:val="000000"/>
        </w:rPr>
        <w:t>스콘은</w:t>
      </w:r>
      <w:r>
        <w:rPr>
          <w:color w:val="000000"/>
        </w:rPr>
        <w:t xml:space="preserve"> </w:t>
      </w:r>
      <w:r>
        <w:rPr>
          <w:color w:val="000000"/>
        </w:rPr>
        <w:t>이용자가</w:t>
      </w:r>
      <w:r>
        <w:rPr>
          <w:color w:val="000000"/>
        </w:rPr>
        <w:t xml:space="preserve"> </w:t>
      </w:r>
      <w:r>
        <w:rPr>
          <w:color w:val="000000"/>
        </w:rPr>
        <w:t>응시</w:t>
      </w:r>
      <w:r>
        <w:rPr>
          <w:color w:val="000000"/>
        </w:rPr>
        <w:t xml:space="preserve"> </w:t>
      </w:r>
      <w:r>
        <w:rPr>
          <w:color w:val="000000"/>
        </w:rPr>
        <w:t>예정인</w:t>
      </w:r>
      <w:r>
        <w:rPr>
          <w:color w:val="000000"/>
        </w:rPr>
        <w:t xml:space="preserve"> </w:t>
      </w:r>
      <w:r>
        <w:rPr>
          <w:color w:val="000000"/>
        </w:rPr>
        <w:t>시험이나</w:t>
      </w:r>
      <w:r>
        <w:rPr>
          <w:color w:val="000000"/>
        </w:rPr>
        <w:t xml:space="preserve"> </w:t>
      </w:r>
      <w:r>
        <w:rPr>
          <w:color w:val="000000"/>
        </w:rPr>
        <w:t>재학</w:t>
      </w:r>
      <w:r>
        <w:rPr>
          <w:color w:val="000000"/>
        </w:rPr>
        <w:t xml:space="preserve"> </w:t>
      </w:r>
      <w:r>
        <w:rPr>
          <w:color w:val="000000"/>
        </w:rPr>
        <w:t>중인</w:t>
      </w:r>
      <w:r>
        <w:rPr>
          <w:color w:val="000000"/>
        </w:rPr>
        <w:t xml:space="preserve"> </w:t>
      </w:r>
      <w:r>
        <w:rPr>
          <w:color w:val="000000"/>
        </w:rPr>
        <w:t>학교급을</w:t>
      </w:r>
      <w:r>
        <w:rPr>
          <w:color w:val="000000"/>
        </w:rPr>
        <w:t xml:space="preserve"> </w:t>
      </w:r>
      <w:r>
        <w:rPr>
          <w:color w:val="000000"/>
        </w:rPr>
        <w:t>입력하면</w:t>
      </w:r>
      <w:r>
        <w:rPr>
          <w:color w:val="000000"/>
        </w:rPr>
        <w:t xml:space="preserve">, </w:t>
      </w:r>
      <w:r>
        <w:rPr>
          <w:color w:val="000000"/>
        </w:rPr>
        <w:t>그에</w:t>
      </w:r>
      <w:r>
        <w:rPr>
          <w:color w:val="000000"/>
        </w:rPr>
        <w:t xml:space="preserve"> </w:t>
      </w:r>
      <w:r>
        <w:rPr>
          <w:color w:val="000000"/>
        </w:rPr>
        <w:t>맞는</w:t>
      </w:r>
      <w:r>
        <w:rPr>
          <w:color w:val="000000"/>
        </w:rPr>
        <w:t xml:space="preserve"> </w:t>
      </w:r>
      <w:r>
        <w:rPr>
          <w:color w:val="000000"/>
        </w:rPr>
        <w:t>교재를</w:t>
      </w:r>
      <w:r>
        <w:rPr>
          <w:color w:val="000000"/>
        </w:rPr>
        <w:t xml:space="preserve"> </w:t>
      </w:r>
      <w:r>
        <w:rPr>
          <w:color w:val="000000"/>
        </w:rPr>
        <w:t>메인</w:t>
      </w:r>
      <w:r>
        <w:rPr>
          <w:color w:val="000000"/>
        </w:rPr>
        <w:t xml:space="preserve"> </w:t>
      </w:r>
      <w:r>
        <w:rPr>
          <w:color w:val="000000"/>
        </w:rPr>
        <w:t>화면에서</w:t>
      </w:r>
      <w:r>
        <w:rPr>
          <w:color w:val="000000"/>
        </w:rPr>
        <w:t xml:space="preserve"> </w:t>
      </w:r>
      <w:r>
        <w:rPr>
          <w:color w:val="000000"/>
        </w:rPr>
        <w:t>먼저</w:t>
      </w:r>
      <w:r>
        <w:rPr>
          <w:color w:val="000000"/>
        </w:rPr>
        <w:t xml:space="preserve"> </w:t>
      </w:r>
      <w:r>
        <w:rPr>
          <w:color w:val="000000"/>
        </w:rPr>
        <w:t>보여준다</w:t>
      </w:r>
      <w:r>
        <w:rPr>
          <w:color w:val="000000"/>
        </w:rPr>
        <w:t xml:space="preserve">. </w:t>
      </w:r>
      <w:r>
        <w:rPr>
          <w:color w:val="000000"/>
        </w:rPr>
        <w:t>외부</w:t>
      </w:r>
      <w:r>
        <w:rPr>
          <w:color w:val="000000"/>
        </w:rPr>
        <w:t xml:space="preserve"> </w:t>
      </w:r>
      <w:r>
        <w:rPr>
          <w:color w:val="000000"/>
        </w:rPr>
        <w:t>솔루션에</w:t>
      </w:r>
      <w:r>
        <w:rPr>
          <w:color w:val="000000"/>
        </w:rPr>
        <w:t xml:space="preserve"> </w:t>
      </w:r>
      <w:r>
        <w:rPr>
          <w:color w:val="000000"/>
        </w:rPr>
        <w:lastRenderedPageBreak/>
        <w:t>기대던</w:t>
      </w:r>
      <w:r>
        <w:rPr>
          <w:color w:val="000000"/>
        </w:rPr>
        <w:t xml:space="preserve"> </w:t>
      </w:r>
      <w:r>
        <w:rPr>
          <w:color w:val="000000"/>
        </w:rPr>
        <w:t>시절에는</w:t>
      </w:r>
      <w:r>
        <w:rPr>
          <w:color w:val="000000"/>
        </w:rPr>
        <w:t xml:space="preserve"> </w:t>
      </w:r>
      <w:r>
        <w:rPr>
          <w:color w:val="000000"/>
        </w:rPr>
        <w:t>이용자별로</w:t>
      </w:r>
      <w:r>
        <w:rPr>
          <w:color w:val="000000"/>
        </w:rPr>
        <w:t xml:space="preserve"> </w:t>
      </w:r>
      <w:r>
        <w:rPr>
          <w:color w:val="000000"/>
        </w:rPr>
        <w:t>화면</w:t>
      </w:r>
      <w:r>
        <w:rPr>
          <w:color w:val="000000"/>
        </w:rPr>
        <w:t xml:space="preserve"> </w:t>
      </w:r>
      <w:r>
        <w:rPr>
          <w:color w:val="000000"/>
        </w:rPr>
        <w:t>구성을</w:t>
      </w:r>
      <w:r>
        <w:rPr>
          <w:color w:val="000000"/>
        </w:rPr>
        <w:t xml:space="preserve"> </w:t>
      </w:r>
      <w:r>
        <w:rPr>
          <w:color w:val="000000"/>
        </w:rPr>
        <w:t>바꾸는</w:t>
      </w:r>
      <w:r>
        <w:rPr>
          <w:color w:val="000000"/>
        </w:rPr>
        <w:t xml:space="preserve"> </w:t>
      </w:r>
      <w:r>
        <w:rPr>
          <w:color w:val="000000"/>
        </w:rPr>
        <w:t>일이</w:t>
      </w:r>
      <w:r>
        <w:rPr>
          <w:color w:val="000000"/>
        </w:rPr>
        <w:t xml:space="preserve"> </w:t>
      </w:r>
      <w:r>
        <w:rPr>
          <w:color w:val="000000"/>
        </w:rPr>
        <w:t>구조상</w:t>
      </w:r>
      <w:r>
        <w:rPr>
          <w:color w:val="000000"/>
        </w:rPr>
        <w:t xml:space="preserve"> </w:t>
      </w:r>
      <w:r>
        <w:rPr>
          <w:color w:val="000000"/>
        </w:rPr>
        <w:t>어려웠으나</w:t>
      </w:r>
      <w:r>
        <w:rPr>
          <w:color w:val="000000"/>
        </w:rPr>
        <w:t xml:space="preserve">, </w:t>
      </w:r>
      <w:r>
        <w:rPr>
          <w:color w:val="000000"/>
        </w:rPr>
        <w:t>자체</w:t>
      </w:r>
      <w:r>
        <w:rPr>
          <w:color w:val="000000"/>
        </w:rPr>
        <w:t xml:space="preserve"> </w:t>
      </w:r>
      <w:r>
        <w:rPr>
          <w:color w:val="000000"/>
        </w:rPr>
        <w:t>기술로</w:t>
      </w:r>
      <w:r>
        <w:rPr>
          <w:color w:val="000000"/>
        </w:rPr>
        <w:t xml:space="preserve"> </w:t>
      </w:r>
      <w:r>
        <w:rPr>
          <w:color w:val="000000"/>
        </w:rPr>
        <w:t>구축하면서</w:t>
      </w:r>
      <w:r>
        <w:rPr>
          <w:color w:val="000000"/>
        </w:rPr>
        <w:t xml:space="preserve"> </w:t>
      </w:r>
      <w:r>
        <w:rPr>
          <w:color w:val="000000"/>
        </w:rPr>
        <w:t>가능해진</w:t>
      </w:r>
      <w:r>
        <w:rPr>
          <w:color w:val="000000"/>
        </w:rPr>
        <w:t xml:space="preserve"> </w:t>
      </w:r>
      <w:r>
        <w:rPr>
          <w:color w:val="000000"/>
        </w:rPr>
        <w:t>영역이다</w:t>
      </w:r>
      <w:r>
        <w:rPr>
          <w:color w:val="000000"/>
        </w:rPr>
        <w:t>.</w:t>
      </w:r>
    </w:p>
    <w:p w14:paraId="69E36045" w14:textId="77777777" w:rsidR="00EC70A0" w:rsidRDefault="00000000">
      <w:r>
        <w:rPr>
          <w:color w:val="000000"/>
        </w:rPr>
        <w:t>파트너</w:t>
      </w:r>
      <w:r>
        <w:rPr>
          <w:color w:val="000000"/>
        </w:rPr>
        <w:t xml:space="preserve"> </w:t>
      </w:r>
      <w:r>
        <w:rPr>
          <w:color w:val="000000"/>
        </w:rPr>
        <w:t>출판사가</w:t>
      </w:r>
      <w:r>
        <w:rPr>
          <w:color w:val="000000"/>
        </w:rPr>
        <w:t xml:space="preserve"> </w:t>
      </w:r>
      <w:r>
        <w:rPr>
          <w:color w:val="000000"/>
        </w:rPr>
        <w:t>쓰는</w:t>
      </w:r>
      <w:r>
        <w:rPr>
          <w:color w:val="000000"/>
        </w:rPr>
        <w:t xml:space="preserve"> </w:t>
      </w:r>
      <w:r>
        <w:rPr>
          <w:color w:val="000000"/>
        </w:rPr>
        <w:t>관리자</w:t>
      </w:r>
      <w:r>
        <w:rPr>
          <w:color w:val="000000"/>
        </w:rPr>
        <w:t xml:space="preserve"> </w:t>
      </w:r>
      <w:r>
        <w:rPr>
          <w:color w:val="000000"/>
        </w:rPr>
        <w:t>시스템도</w:t>
      </w:r>
      <w:r>
        <w:rPr>
          <w:color w:val="000000"/>
        </w:rPr>
        <w:t xml:space="preserve"> </w:t>
      </w:r>
      <w:r>
        <w:rPr>
          <w:color w:val="000000"/>
        </w:rPr>
        <w:t>이번</w:t>
      </w:r>
      <w:r>
        <w:rPr>
          <w:color w:val="000000"/>
        </w:rPr>
        <w:t xml:space="preserve"> </w:t>
      </w:r>
      <w:r>
        <w:rPr>
          <w:color w:val="000000"/>
        </w:rPr>
        <w:t>개편에</w:t>
      </w:r>
      <w:r>
        <w:rPr>
          <w:color w:val="000000"/>
        </w:rPr>
        <w:t xml:space="preserve"> </w:t>
      </w:r>
      <w:r>
        <w:rPr>
          <w:color w:val="000000"/>
        </w:rPr>
        <w:t>포함됐다</w:t>
      </w:r>
      <w:r>
        <w:rPr>
          <w:color w:val="000000"/>
        </w:rPr>
        <w:t xml:space="preserve">. </w:t>
      </w:r>
      <w:r>
        <w:rPr>
          <w:color w:val="000000"/>
        </w:rPr>
        <w:t>판매</w:t>
      </w:r>
      <w:r>
        <w:rPr>
          <w:color w:val="000000"/>
        </w:rPr>
        <w:t xml:space="preserve"> </w:t>
      </w:r>
      <w:r>
        <w:rPr>
          <w:color w:val="000000"/>
        </w:rPr>
        <w:t>현황과</w:t>
      </w:r>
      <w:r>
        <w:rPr>
          <w:color w:val="000000"/>
        </w:rPr>
        <w:t xml:space="preserve"> </w:t>
      </w:r>
      <w:r>
        <w:rPr>
          <w:color w:val="000000"/>
        </w:rPr>
        <w:t>정산</w:t>
      </w:r>
      <w:r>
        <w:rPr>
          <w:color w:val="000000"/>
        </w:rPr>
        <w:t xml:space="preserve"> </w:t>
      </w:r>
      <w:r>
        <w:rPr>
          <w:color w:val="000000"/>
        </w:rPr>
        <w:t>내역을</w:t>
      </w:r>
      <w:r>
        <w:rPr>
          <w:color w:val="000000"/>
        </w:rPr>
        <w:t xml:space="preserve"> </w:t>
      </w:r>
      <w:r>
        <w:rPr>
          <w:color w:val="000000"/>
        </w:rPr>
        <w:t>확인하는</w:t>
      </w:r>
      <w:r>
        <w:rPr>
          <w:color w:val="000000"/>
        </w:rPr>
        <w:t xml:space="preserve"> </w:t>
      </w:r>
      <w:r>
        <w:rPr>
          <w:color w:val="000000"/>
        </w:rPr>
        <w:t>화면을</w:t>
      </w:r>
      <w:r>
        <w:rPr>
          <w:color w:val="000000"/>
        </w:rPr>
        <w:t xml:space="preserve"> </w:t>
      </w:r>
      <w:r>
        <w:rPr>
          <w:color w:val="000000"/>
        </w:rPr>
        <w:t>다시</w:t>
      </w:r>
      <w:r>
        <w:rPr>
          <w:color w:val="000000"/>
        </w:rPr>
        <w:t xml:space="preserve"> </w:t>
      </w:r>
      <w:r>
        <w:rPr>
          <w:color w:val="000000"/>
        </w:rPr>
        <w:t>짜</w:t>
      </w:r>
      <w:r>
        <w:rPr>
          <w:color w:val="000000"/>
        </w:rPr>
        <w:t xml:space="preserve">, </w:t>
      </w:r>
      <w:r>
        <w:rPr>
          <w:color w:val="000000"/>
        </w:rPr>
        <w:t>그동안</w:t>
      </w:r>
      <w:r>
        <w:rPr>
          <w:color w:val="000000"/>
        </w:rPr>
        <w:t xml:space="preserve"> </w:t>
      </w:r>
      <w:r>
        <w:rPr>
          <w:color w:val="000000"/>
        </w:rPr>
        <w:t>문의를</w:t>
      </w:r>
      <w:r>
        <w:rPr>
          <w:color w:val="000000"/>
        </w:rPr>
        <w:t xml:space="preserve"> </w:t>
      </w:r>
      <w:r>
        <w:rPr>
          <w:color w:val="000000"/>
        </w:rPr>
        <w:t>통해</w:t>
      </w:r>
      <w:r>
        <w:rPr>
          <w:color w:val="000000"/>
        </w:rPr>
        <w:t xml:space="preserve"> </w:t>
      </w:r>
      <w:r>
        <w:rPr>
          <w:color w:val="000000"/>
        </w:rPr>
        <w:t>확인하던</w:t>
      </w:r>
      <w:r>
        <w:rPr>
          <w:color w:val="000000"/>
        </w:rPr>
        <w:t xml:space="preserve"> </w:t>
      </w:r>
      <w:r>
        <w:rPr>
          <w:color w:val="000000"/>
        </w:rPr>
        <w:t>내용</w:t>
      </w:r>
      <w:r>
        <w:rPr>
          <w:color w:val="000000"/>
        </w:rPr>
        <w:t xml:space="preserve"> </w:t>
      </w:r>
      <w:r>
        <w:rPr>
          <w:color w:val="000000"/>
        </w:rPr>
        <w:t>상당수를</w:t>
      </w:r>
      <w:r>
        <w:rPr>
          <w:color w:val="000000"/>
        </w:rPr>
        <w:t xml:space="preserve"> </w:t>
      </w:r>
      <w:r>
        <w:rPr>
          <w:color w:val="000000"/>
        </w:rPr>
        <w:t>담당자가</w:t>
      </w:r>
      <w:r>
        <w:rPr>
          <w:color w:val="000000"/>
        </w:rPr>
        <w:t xml:space="preserve"> </w:t>
      </w:r>
      <w:r>
        <w:rPr>
          <w:color w:val="000000"/>
        </w:rPr>
        <w:t>직접</w:t>
      </w:r>
      <w:r>
        <w:rPr>
          <w:color w:val="000000"/>
        </w:rPr>
        <w:t xml:space="preserve"> </w:t>
      </w:r>
      <w:r>
        <w:rPr>
          <w:color w:val="000000"/>
        </w:rPr>
        <w:t>열어볼</w:t>
      </w:r>
      <w:r>
        <w:rPr>
          <w:color w:val="000000"/>
        </w:rPr>
        <w:t xml:space="preserve"> </w:t>
      </w:r>
      <w:r>
        <w:rPr>
          <w:color w:val="000000"/>
        </w:rPr>
        <w:t>수</w:t>
      </w:r>
      <w:r>
        <w:rPr>
          <w:color w:val="000000"/>
        </w:rPr>
        <w:t xml:space="preserve"> </w:t>
      </w:r>
      <w:r>
        <w:rPr>
          <w:color w:val="000000"/>
        </w:rPr>
        <w:t>있다</w:t>
      </w:r>
      <w:r>
        <w:rPr>
          <w:color w:val="000000"/>
        </w:rPr>
        <w:t>.</w:t>
      </w:r>
    </w:p>
    <w:p w14:paraId="52F12CC7" w14:textId="77777777" w:rsidR="00EC70A0" w:rsidRDefault="00000000">
      <w:r>
        <w:rPr>
          <w:color w:val="000000"/>
        </w:rPr>
        <w:t>스콘은</w:t>
      </w:r>
      <w:r>
        <w:rPr>
          <w:color w:val="000000"/>
        </w:rPr>
        <w:t xml:space="preserve"> </w:t>
      </w:r>
      <w:r>
        <w:rPr>
          <w:color w:val="000000"/>
        </w:rPr>
        <w:t>이번</w:t>
      </w:r>
      <w:r>
        <w:rPr>
          <w:color w:val="000000"/>
        </w:rPr>
        <w:t xml:space="preserve"> </w:t>
      </w:r>
      <w:r>
        <w:rPr>
          <w:color w:val="000000"/>
        </w:rPr>
        <w:t>개편을</w:t>
      </w:r>
      <w:r>
        <w:rPr>
          <w:color w:val="000000"/>
        </w:rPr>
        <w:t xml:space="preserve"> </w:t>
      </w:r>
      <w:r>
        <w:rPr>
          <w:color w:val="000000"/>
        </w:rPr>
        <w:t>완성이</w:t>
      </w:r>
      <w:r>
        <w:rPr>
          <w:color w:val="000000"/>
        </w:rPr>
        <w:t xml:space="preserve"> </w:t>
      </w:r>
      <w:r>
        <w:rPr>
          <w:color w:val="000000"/>
        </w:rPr>
        <w:t>아닌</w:t>
      </w:r>
      <w:r>
        <w:rPr>
          <w:color w:val="000000"/>
        </w:rPr>
        <w:t xml:space="preserve"> </w:t>
      </w:r>
      <w:r>
        <w:rPr>
          <w:color w:val="000000"/>
        </w:rPr>
        <w:t>출발점으로</w:t>
      </w:r>
      <w:r>
        <w:rPr>
          <w:color w:val="000000"/>
        </w:rPr>
        <w:t xml:space="preserve"> </w:t>
      </w:r>
      <w:r>
        <w:rPr>
          <w:color w:val="000000"/>
        </w:rPr>
        <w:t>보고</w:t>
      </w:r>
      <w:r>
        <w:rPr>
          <w:color w:val="000000"/>
        </w:rPr>
        <w:t xml:space="preserve"> </w:t>
      </w:r>
      <w:r>
        <w:rPr>
          <w:color w:val="000000"/>
        </w:rPr>
        <w:t>있다</w:t>
      </w:r>
      <w:r>
        <w:rPr>
          <w:color w:val="000000"/>
        </w:rPr>
        <w:t xml:space="preserve">. </w:t>
      </w:r>
      <w:r>
        <w:rPr>
          <w:color w:val="000000"/>
        </w:rPr>
        <w:t>학습자가</w:t>
      </w:r>
      <w:r>
        <w:rPr>
          <w:color w:val="000000"/>
        </w:rPr>
        <w:t xml:space="preserve"> </w:t>
      </w:r>
      <w:r>
        <w:rPr>
          <w:color w:val="000000"/>
        </w:rPr>
        <w:t>처한</w:t>
      </w:r>
      <w:r>
        <w:rPr>
          <w:color w:val="000000"/>
        </w:rPr>
        <w:t xml:space="preserve"> </w:t>
      </w:r>
      <w:r>
        <w:rPr>
          <w:color w:val="000000"/>
        </w:rPr>
        <w:t>상황을</w:t>
      </w:r>
      <w:r>
        <w:rPr>
          <w:color w:val="000000"/>
        </w:rPr>
        <w:t xml:space="preserve"> </w:t>
      </w:r>
      <w:r>
        <w:rPr>
          <w:color w:val="000000"/>
        </w:rPr>
        <w:t>더</w:t>
      </w:r>
      <w:r>
        <w:rPr>
          <w:color w:val="000000"/>
        </w:rPr>
        <w:t xml:space="preserve"> </w:t>
      </w:r>
      <w:r>
        <w:rPr>
          <w:color w:val="000000"/>
        </w:rPr>
        <w:t>세밀하게</w:t>
      </w:r>
      <w:r>
        <w:rPr>
          <w:color w:val="000000"/>
        </w:rPr>
        <w:t xml:space="preserve"> </w:t>
      </w:r>
      <w:r>
        <w:rPr>
          <w:color w:val="000000"/>
        </w:rPr>
        <w:t>읽어내는</w:t>
      </w:r>
      <w:r>
        <w:rPr>
          <w:color w:val="000000"/>
        </w:rPr>
        <w:t xml:space="preserve"> </w:t>
      </w:r>
      <w:r>
        <w:rPr>
          <w:color w:val="000000"/>
        </w:rPr>
        <w:t>방향으로</w:t>
      </w:r>
      <w:r>
        <w:rPr>
          <w:color w:val="000000"/>
        </w:rPr>
        <w:t xml:space="preserve"> </w:t>
      </w:r>
      <w:r>
        <w:rPr>
          <w:color w:val="000000"/>
        </w:rPr>
        <w:t>추천을</w:t>
      </w:r>
      <w:r>
        <w:rPr>
          <w:color w:val="000000"/>
        </w:rPr>
        <w:t xml:space="preserve"> </w:t>
      </w:r>
      <w:r>
        <w:rPr>
          <w:color w:val="000000"/>
        </w:rPr>
        <w:t>고도화하고</w:t>
      </w:r>
      <w:r>
        <w:rPr>
          <w:color w:val="000000"/>
        </w:rPr>
        <w:t xml:space="preserve">, </w:t>
      </w:r>
      <w:r>
        <w:rPr>
          <w:color w:val="000000"/>
        </w:rPr>
        <w:t>하반기</w:t>
      </w:r>
      <w:r>
        <w:rPr>
          <w:color w:val="000000"/>
        </w:rPr>
        <w:t xml:space="preserve"> </w:t>
      </w:r>
      <w:r>
        <w:rPr>
          <w:color w:val="000000"/>
        </w:rPr>
        <w:t>중</w:t>
      </w:r>
      <w:r>
        <w:rPr>
          <w:color w:val="000000"/>
        </w:rPr>
        <w:t xml:space="preserve">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리포트</w:t>
      </w:r>
      <w:r>
        <w:rPr>
          <w:color w:val="000000"/>
        </w:rPr>
        <w:t xml:space="preserve"> </w:t>
      </w:r>
      <w:r>
        <w:rPr>
          <w:color w:val="000000"/>
        </w:rPr>
        <w:t>제공</w:t>
      </w:r>
      <w:r>
        <w:rPr>
          <w:color w:val="000000"/>
        </w:rPr>
        <w:t xml:space="preserve"> </w:t>
      </w:r>
      <w:r>
        <w:rPr>
          <w:color w:val="000000"/>
        </w:rPr>
        <w:t>등의</w:t>
      </w:r>
      <w:r>
        <w:rPr>
          <w:color w:val="000000"/>
        </w:rPr>
        <w:t xml:space="preserve"> </w:t>
      </w:r>
      <w:r>
        <w:rPr>
          <w:color w:val="000000"/>
        </w:rPr>
        <w:t>서비스도</w:t>
      </w:r>
      <w:r>
        <w:rPr>
          <w:color w:val="000000"/>
        </w:rPr>
        <w:t xml:space="preserve"> </w:t>
      </w:r>
      <w:r>
        <w:rPr>
          <w:color w:val="000000"/>
        </w:rPr>
        <w:t>순차적으로</w:t>
      </w:r>
      <w:r>
        <w:rPr>
          <w:color w:val="000000"/>
        </w:rPr>
        <w:t xml:space="preserve"> </w:t>
      </w:r>
      <w:r>
        <w:rPr>
          <w:color w:val="000000"/>
        </w:rPr>
        <w:t>선보인다는</w:t>
      </w:r>
      <w:r>
        <w:rPr>
          <w:color w:val="000000"/>
        </w:rPr>
        <w:t xml:space="preserve"> </w:t>
      </w:r>
      <w:r>
        <w:rPr>
          <w:color w:val="000000"/>
        </w:rPr>
        <w:t>계획이다</w:t>
      </w:r>
      <w:r>
        <w:rPr>
          <w:color w:val="000000"/>
        </w:rPr>
        <w:t>.</w:t>
      </w:r>
    </w:p>
    <w:p w14:paraId="094FB5D9" w14:textId="77777777" w:rsidR="00EC70A0" w:rsidRDefault="00000000">
      <w:r>
        <w:rPr>
          <w:color w:val="000000"/>
        </w:rPr>
        <w:t>권정구</w:t>
      </w:r>
      <w:r>
        <w:rPr>
          <w:color w:val="000000"/>
        </w:rPr>
        <w:t xml:space="preserve"> </w:t>
      </w:r>
      <w:r>
        <w:rPr>
          <w:color w:val="000000"/>
        </w:rPr>
        <w:t>플렉슬</w:t>
      </w:r>
      <w:r>
        <w:rPr>
          <w:color w:val="000000"/>
        </w:rPr>
        <w:t xml:space="preserve"> </w:t>
      </w:r>
      <w:r>
        <w:rPr>
          <w:color w:val="000000"/>
        </w:rPr>
        <w:t>대표는</w:t>
      </w:r>
      <w:r>
        <w:rPr>
          <w:color w:val="000000"/>
        </w:rPr>
        <w:t xml:space="preserve"> "</w:t>
      </w:r>
      <w:r>
        <w:rPr>
          <w:color w:val="000000"/>
        </w:rPr>
        <w:t>이번</w:t>
      </w:r>
      <w:r>
        <w:rPr>
          <w:color w:val="000000"/>
        </w:rPr>
        <w:t xml:space="preserve"> </w:t>
      </w:r>
      <w:r>
        <w:rPr>
          <w:color w:val="000000"/>
        </w:rPr>
        <w:t>개편은</w:t>
      </w:r>
      <w:r>
        <w:rPr>
          <w:color w:val="000000"/>
        </w:rPr>
        <w:t xml:space="preserve"> </w:t>
      </w:r>
      <w:r>
        <w:rPr>
          <w:color w:val="000000"/>
        </w:rPr>
        <w:t>기능을</w:t>
      </w:r>
      <w:r>
        <w:rPr>
          <w:color w:val="000000"/>
        </w:rPr>
        <w:t xml:space="preserve"> </w:t>
      </w:r>
      <w:r>
        <w:rPr>
          <w:color w:val="000000"/>
        </w:rPr>
        <w:t>하나</w:t>
      </w:r>
      <w:r>
        <w:rPr>
          <w:color w:val="000000"/>
        </w:rPr>
        <w:t xml:space="preserve"> </w:t>
      </w:r>
      <w:r>
        <w:rPr>
          <w:color w:val="000000"/>
        </w:rPr>
        <w:t>더한</w:t>
      </w:r>
      <w:r>
        <w:rPr>
          <w:color w:val="000000"/>
        </w:rPr>
        <w:t xml:space="preserve"> </w:t>
      </w:r>
      <w:r>
        <w:rPr>
          <w:color w:val="000000"/>
        </w:rPr>
        <w:t>것이</w:t>
      </w:r>
      <w:r>
        <w:rPr>
          <w:color w:val="000000"/>
        </w:rPr>
        <w:t xml:space="preserve"> </w:t>
      </w:r>
      <w:r>
        <w:rPr>
          <w:color w:val="000000"/>
        </w:rPr>
        <w:t>아니라</w:t>
      </w:r>
      <w:r>
        <w:rPr>
          <w:color w:val="000000"/>
        </w:rPr>
        <w:t xml:space="preserve"> </w:t>
      </w:r>
      <w:r>
        <w:rPr>
          <w:color w:val="000000"/>
        </w:rPr>
        <w:t>서비스가</w:t>
      </w:r>
      <w:r>
        <w:rPr>
          <w:color w:val="000000"/>
        </w:rPr>
        <w:t xml:space="preserve"> </w:t>
      </w:r>
      <w:r>
        <w:rPr>
          <w:color w:val="000000"/>
        </w:rPr>
        <w:t>성장할</w:t>
      </w:r>
      <w:r>
        <w:rPr>
          <w:color w:val="000000"/>
        </w:rPr>
        <w:t xml:space="preserve"> </w:t>
      </w:r>
      <w:r>
        <w:rPr>
          <w:color w:val="000000"/>
        </w:rPr>
        <w:t>기반을</w:t>
      </w:r>
      <w:r>
        <w:rPr>
          <w:color w:val="000000"/>
        </w:rPr>
        <w:t xml:space="preserve"> </w:t>
      </w:r>
      <w:r>
        <w:rPr>
          <w:color w:val="000000"/>
        </w:rPr>
        <w:t>다시</w:t>
      </w:r>
      <w:r>
        <w:rPr>
          <w:color w:val="000000"/>
        </w:rPr>
        <w:t xml:space="preserve"> </w:t>
      </w:r>
      <w:r>
        <w:rPr>
          <w:color w:val="000000"/>
        </w:rPr>
        <w:t>놓은</w:t>
      </w:r>
      <w:r>
        <w:rPr>
          <w:color w:val="000000"/>
        </w:rPr>
        <w:t xml:space="preserve"> </w:t>
      </w:r>
      <w:r>
        <w:rPr>
          <w:color w:val="000000"/>
        </w:rPr>
        <w:t>일</w:t>
      </w:r>
      <w:r>
        <w:rPr>
          <w:color w:val="000000"/>
        </w:rPr>
        <w:t>"</w:t>
      </w:r>
      <w:r>
        <w:rPr>
          <w:color w:val="000000"/>
        </w:rPr>
        <w:t>이라며</w:t>
      </w:r>
      <w:r>
        <w:rPr>
          <w:color w:val="000000"/>
        </w:rPr>
        <w:t xml:space="preserve"> "</w:t>
      </w:r>
      <w:r>
        <w:rPr>
          <w:color w:val="000000"/>
        </w:rPr>
        <w:t>속도와</w:t>
      </w:r>
      <w:r>
        <w:rPr>
          <w:color w:val="000000"/>
        </w:rPr>
        <w:t xml:space="preserve"> </w:t>
      </w:r>
      <w:r>
        <w:rPr>
          <w:color w:val="000000"/>
        </w:rPr>
        <w:t>맞춤</w:t>
      </w:r>
      <w:r>
        <w:rPr>
          <w:color w:val="000000"/>
        </w:rPr>
        <w:t xml:space="preserve"> </w:t>
      </w:r>
      <w:r>
        <w:rPr>
          <w:color w:val="000000"/>
        </w:rPr>
        <w:t>화면은</w:t>
      </w:r>
      <w:r>
        <w:rPr>
          <w:color w:val="000000"/>
        </w:rPr>
        <w:t xml:space="preserve"> </w:t>
      </w:r>
      <w:r>
        <w:rPr>
          <w:color w:val="000000"/>
        </w:rPr>
        <w:t>그</w:t>
      </w:r>
      <w:r>
        <w:rPr>
          <w:color w:val="000000"/>
        </w:rPr>
        <w:t xml:space="preserve"> </w:t>
      </w:r>
      <w:r>
        <w:rPr>
          <w:color w:val="000000"/>
        </w:rPr>
        <w:t>기반</w:t>
      </w:r>
      <w:r>
        <w:rPr>
          <w:color w:val="000000"/>
        </w:rPr>
        <w:t xml:space="preserve"> </w:t>
      </w:r>
      <w:r>
        <w:rPr>
          <w:color w:val="000000"/>
        </w:rPr>
        <w:t>위에서</w:t>
      </w:r>
      <w:r>
        <w:rPr>
          <w:color w:val="000000"/>
        </w:rPr>
        <w:t xml:space="preserve"> </w:t>
      </w:r>
      <w:r>
        <w:rPr>
          <w:color w:val="000000"/>
        </w:rPr>
        <w:t>나온</w:t>
      </w:r>
      <w:r>
        <w:rPr>
          <w:color w:val="000000"/>
        </w:rPr>
        <w:t xml:space="preserve"> </w:t>
      </w:r>
      <w:r>
        <w:rPr>
          <w:color w:val="000000"/>
        </w:rPr>
        <w:t>첫</w:t>
      </w:r>
      <w:r>
        <w:rPr>
          <w:color w:val="000000"/>
        </w:rPr>
        <w:t xml:space="preserve"> </w:t>
      </w:r>
      <w:r>
        <w:rPr>
          <w:color w:val="000000"/>
        </w:rPr>
        <w:t>결과</w:t>
      </w:r>
      <w:r>
        <w:rPr>
          <w:color w:val="000000"/>
        </w:rPr>
        <w:t>"</w:t>
      </w:r>
      <w:r>
        <w:rPr>
          <w:color w:val="000000"/>
        </w:rPr>
        <w:t>라고</w:t>
      </w:r>
      <w:r>
        <w:rPr>
          <w:color w:val="000000"/>
        </w:rPr>
        <w:t xml:space="preserve"> </w:t>
      </w:r>
      <w:r>
        <w:rPr>
          <w:color w:val="000000"/>
        </w:rPr>
        <w:t>말했다</w:t>
      </w:r>
      <w:r>
        <w:rPr>
          <w:color w:val="000000"/>
        </w:rPr>
        <w:t>.</w:t>
      </w:r>
    </w:p>
    <w:p w14:paraId="51FFFA5B" w14:textId="77777777" w:rsidR="00EC70A0" w:rsidRDefault="00000000">
      <w:pPr>
        <w:pStyle w:val="21"/>
      </w:pPr>
      <w:r>
        <w:t>플렉슬</w:t>
      </w:r>
      <w:r>
        <w:t xml:space="preserve"> </w:t>
      </w:r>
      <w:r>
        <w:t>소개</w:t>
      </w:r>
    </w:p>
    <w:p w14:paraId="64345B8F" w14:textId="77777777" w:rsidR="00EC70A0" w:rsidRDefault="00000000">
      <w:r>
        <w:rPr>
          <w:color w:val="000000"/>
        </w:rPr>
        <w:t>플렉슬은</w:t>
      </w:r>
      <w:r>
        <w:rPr>
          <w:color w:val="000000"/>
        </w:rPr>
        <w:t xml:space="preserve"> </w:t>
      </w:r>
      <w:r>
        <w:rPr>
          <w:color w:val="000000"/>
        </w:rPr>
        <w:t>디지털</w:t>
      </w:r>
      <w:r>
        <w:rPr>
          <w:color w:val="000000"/>
        </w:rPr>
        <w:t xml:space="preserve">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환경을</w:t>
      </w:r>
      <w:r>
        <w:rPr>
          <w:color w:val="000000"/>
        </w:rPr>
        <w:t xml:space="preserve"> </w:t>
      </w:r>
      <w:r>
        <w:rPr>
          <w:color w:val="000000"/>
        </w:rPr>
        <w:t>만드는</w:t>
      </w:r>
      <w:r>
        <w:rPr>
          <w:color w:val="000000"/>
        </w:rPr>
        <w:t xml:space="preserve"> </w:t>
      </w:r>
      <w:r>
        <w:rPr>
          <w:color w:val="000000"/>
        </w:rPr>
        <w:t>에듀테크</w:t>
      </w:r>
      <w:r>
        <w:rPr>
          <w:color w:val="000000"/>
        </w:rPr>
        <w:t xml:space="preserve"> </w:t>
      </w:r>
      <w:r>
        <w:rPr>
          <w:color w:val="000000"/>
        </w:rPr>
        <w:t>기업이다</w:t>
      </w:r>
      <w:r>
        <w:rPr>
          <w:color w:val="000000"/>
        </w:rPr>
        <w:t xml:space="preserve">. PDF </w:t>
      </w:r>
      <w:r>
        <w:rPr>
          <w:color w:val="000000"/>
        </w:rPr>
        <w:t>필기</w:t>
      </w:r>
      <w:r>
        <w:rPr>
          <w:color w:val="000000"/>
        </w:rPr>
        <w:t xml:space="preserve"> </w:t>
      </w:r>
      <w:r>
        <w:rPr>
          <w:color w:val="000000"/>
        </w:rPr>
        <w:t>앱</w:t>
      </w:r>
      <w:r>
        <w:rPr>
          <w:color w:val="000000"/>
        </w:rPr>
        <w:t xml:space="preserve"> '</w:t>
      </w:r>
      <w:r>
        <w:rPr>
          <w:color w:val="000000"/>
        </w:rPr>
        <w:t>플렉슬</w:t>
      </w:r>
      <w:r>
        <w:rPr>
          <w:color w:val="000000"/>
        </w:rPr>
        <w:t>'</w:t>
      </w:r>
      <w:r>
        <w:rPr>
          <w:color w:val="000000"/>
        </w:rPr>
        <w:t>과</w:t>
      </w:r>
      <w:r>
        <w:rPr>
          <w:color w:val="000000"/>
        </w:rPr>
        <w:t xml:space="preserve"> </w:t>
      </w:r>
      <w:r>
        <w:rPr>
          <w:color w:val="000000"/>
        </w:rPr>
        <w:t>디지털</w:t>
      </w:r>
      <w:r>
        <w:rPr>
          <w:color w:val="000000"/>
        </w:rPr>
        <w:t xml:space="preserve"> </w:t>
      </w:r>
      <w:r>
        <w:rPr>
          <w:color w:val="000000"/>
        </w:rPr>
        <w:t>교재</w:t>
      </w:r>
      <w:r>
        <w:rPr>
          <w:color w:val="000000"/>
        </w:rPr>
        <w:t xml:space="preserve"> </w:t>
      </w:r>
      <w:r>
        <w:rPr>
          <w:color w:val="000000"/>
        </w:rPr>
        <w:t>구독</w:t>
      </w:r>
      <w:r>
        <w:rPr>
          <w:color w:val="000000"/>
        </w:rPr>
        <w:t xml:space="preserve"> </w:t>
      </w:r>
      <w:r>
        <w:rPr>
          <w:color w:val="000000"/>
        </w:rPr>
        <w:t>플랫폼</w:t>
      </w:r>
      <w:r>
        <w:rPr>
          <w:color w:val="000000"/>
        </w:rPr>
        <w:t xml:space="preserve"> '</w:t>
      </w:r>
      <w:r>
        <w:rPr>
          <w:color w:val="000000"/>
        </w:rPr>
        <w:t>스콘</w:t>
      </w:r>
      <w:r>
        <w:rPr>
          <w:color w:val="000000"/>
        </w:rPr>
        <w:t>'</w:t>
      </w:r>
      <w:r>
        <w:rPr>
          <w:color w:val="000000"/>
        </w:rPr>
        <w:t>을</w:t>
      </w:r>
      <w:r>
        <w:rPr>
          <w:color w:val="000000"/>
        </w:rPr>
        <w:t xml:space="preserve"> </w:t>
      </w:r>
      <w:r>
        <w:rPr>
          <w:color w:val="000000"/>
        </w:rPr>
        <w:t>운영한다</w:t>
      </w:r>
      <w:r>
        <w:rPr>
          <w:color w:val="000000"/>
        </w:rPr>
        <w:t xml:space="preserve">. </w:t>
      </w:r>
      <w:r>
        <w:rPr>
          <w:color w:val="000000"/>
        </w:rPr>
        <w:t>플렉슬은</w:t>
      </w:r>
      <w:r>
        <w:rPr>
          <w:color w:val="000000"/>
        </w:rPr>
        <w:t xml:space="preserve"> </w:t>
      </w:r>
      <w:r>
        <w:rPr>
          <w:color w:val="000000"/>
        </w:rPr>
        <w:t>문서를</w:t>
      </w:r>
      <w:r>
        <w:rPr>
          <w:color w:val="000000"/>
        </w:rPr>
        <w:t xml:space="preserve"> </w:t>
      </w:r>
      <w:r>
        <w:rPr>
          <w:color w:val="000000"/>
        </w:rPr>
        <w:t>읽고</w:t>
      </w:r>
      <w:r>
        <w:rPr>
          <w:color w:val="000000"/>
        </w:rPr>
        <w:t xml:space="preserve"> </w:t>
      </w:r>
      <w:r>
        <w:rPr>
          <w:color w:val="000000"/>
        </w:rPr>
        <w:t>필기하고</w:t>
      </w:r>
      <w:r>
        <w:rPr>
          <w:color w:val="000000"/>
        </w:rPr>
        <w:t xml:space="preserve"> </w:t>
      </w:r>
      <w:r>
        <w:rPr>
          <w:color w:val="000000"/>
        </w:rPr>
        <w:t>정리하는</w:t>
      </w:r>
      <w:r>
        <w:rPr>
          <w:color w:val="000000"/>
        </w:rPr>
        <w:t xml:space="preserve"> </w:t>
      </w:r>
      <w:r>
        <w:rPr>
          <w:color w:val="000000"/>
        </w:rPr>
        <w:t>과정을</w:t>
      </w:r>
      <w:r>
        <w:rPr>
          <w:color w:val="000000"/>
        </w:rPr>
        <w:t xml:space="preserve"> </w:t>
      </w:r>
      <w:r>
        <w:rPr>
          <w:color w:val="000000"/>
        </w:rPr>
        <w:t>한</w:t>
      </w:r>
      <w:r>
        <w:rPr>
          <w:color w:val="000000"/>
        </w:rPr>
        <w:t xml:space="preserve"> </w:t>
      </w:r>
      <w:r>
        <w:rPr>
          <w:color w:val="000000"/>
        </w:rPr>
        <w:t>화면에서</w:t>
      </w:r>
      <w:r>
        <w:rPr>
          <w:color w:val="000000"/>
        </w:rPr>
        <w:t xml:space="preserve"> </w:t>
      </w:r>
      <w:r>
        <w:rPr>
          <w:color w:val="000000"/>
        </w:rPr>
        <w:t>처리하도록</w:t>
      </w:r>
      <w:r>
        <w:rPr>
          <w:color w:val="000000"/>
        </w:rPr>
        <w:t xml:space="preserve"> </w:t>
      </w:r>
      <w:r>
        <w:rPr>
          <w:color w:val="000000"/>
        </w:rPr>
        <w:t>설계한</w:t>
      </w:r>
      <w:r>
        <w:rPr>
          <w:color w:val="000000"/>
        </w:rPr>
        <w:t xml:space="preserve"> </w:t>
      </w:r>
      <w:r>
        <w:rPr>
          <w:color w:val="000000"/>
        </w:rPr>
        <w:t>앱으로</w:t>
      </w:r>
      <w:r>
        <w:rPr>
          <w:color w:val="000000"/>
        </w:rPr>
        <w:t xml:space="preserve">, </w:t>
      </w:r>
      <w:r>
        <w:rPr>
          <w:color w:val="000000"/>
        </w:rPr>
        <w:t>태블릿으로</w:t>
      </w:r>
      <w:r>
        <w:rPr>
          <w:color w:val="000000"/>
        </w:rPr>
        <w:t xml:space="preserve"> </w:t>
      </w:r>
      <w:r>
        <w:rPr>
          <w:color w:val="000000"/>
        </w:rPr>
        <w:t>공부하는</w:t>
      </w:r>
      <w:r>
        <w:rPr>
          <w:color w:val="000000"/>
        </w:rPr>
        <w:t xml:space="preserve"> </w:t>
      </w:r>
      <w:r>
        <w:rPr>
          <w:color w:val="000000"/>
        </w:rPr>
        <w:t>학습자를</w:t>
      </w:r>
      <w:r>
        <w:rPr>
          <w:color w:val="000000"/>
        </w:rPr>
        <w:t xml:space="preserve"> </w:t>
      </w:r>
      <w:r>
        <w:rPr>
          <w:color w:val="000000"/>
        </w:rPr>
        <w:t>중심으로</w:t>
      </w:r>
      <w:r>
        <w:rPr>
          <w:color w:val="000000"/>
        </w:rPr>
        <w:t xml:space="preserve"> </w:t>
      </w:r>
      <w:r>
        <w:rPr>
          <w:color w:val="000000"/>
        </w:rPr>
        <w:t>국내외에서</w:t>
      </w:r>
      <w:r>
        <w:rPr>
          <w:color w:val="000000"/>
        </w:rPr>
        <w:t xml:space="preserve"> </w:t>
      </w:r>
      <w:r>
        <w:rPr>
          <w:color w:val="000000"/>
        </w:rPr>
        <w:t>쓰이고</w:t>
      </w:r>
      <w:r>
        <w:rPr>
          <w:color w:val="000000"/>
        </w:rPr>
        <w:t xml:space="preserve"> </w:t>
      </w:r>
      <w:r>
        <w:rPr>
          <w:color w:val="000000"/>
        </w:rPr>
        <w:t>있다</w:t>
      </w:r>
      <w:r>
        <w:rPr>
          <w:color w:val="000000"/>
        </w:rPr>
        <w:t xml:space="preserve">. </w:t>
      </w:r>
      <w:r>
        <w:rPr>
          <w:color w:val="000000"/>
        </w:rPr>
        <w:t>스콘은</w:t>
      </w:r>
      <w:r>
        <w:rPr>
          <w:color w:val="000000"/>
        </w:rPr>
        <w:t xml:space="preserve"> </w:t>
      </w:r>
      <w:r>
        <w:rPr>
          <w:color w:val="000000"/>
        </w:rPr>
        <w:t>국내</w:t>
      </w:r>
      <w:r>
        <w:rPr>
          <w:color w:val="000000"/>
        </w:rPr>
        <w:t xml:space="preserve"> </w:t>
      </w:r>
      <w:r>
        <w:rPr>
          <w:color w:val="000000"/>
        </w:rPr>
        <w:t>출판사들과</w:t>
      </w:r>
      <w:r>
        <w:rPr>
          <w:color w:val="000000"/>
        </w:rPr>
        <w:t xml:space="preserve"> </w:t>
      </w:r>
      <w:r>
        <w:rPr>
          <w:color w:val="000000"/>
        </w:rPr>
        <w:t>협력해</w:t>
      </w:r>
      <w:r>
        <w:rPr>
          <w:color w:val="000000"/>
        </w:rPr>
        <w:t xml:space="preserve"> </w:t>
      </w:r>
      <w:r>
        <w:rPr>
          <w:color w:val="000000"/>
        </w:rPr>
        <w:t>수험서와</w:t>
      </w:r>
      <w:r>
        <w:rPr>
          <w:color w:val="000000"/>
        </w:rPr>
        <w:t xml:space="preserve">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교재를</w:t>
      </w:r>
      <w:r>
        <w:rPr>
          <w:color w:val="000000"/>
        </w:rPr>
        <w:t xml:space="preserve"> </w:t>
      </w:r>
      <w:r>
        <w:rPr>
          <w:color w:val="000000"/>
        </w:rPr>
        <w:t>구독</w:t>
      </w:r>
      <w:r>
        <w:rPr>
          <w:color w:val="000000"/>
        </w:rPr>
        <w:t xml:space="preserve"> </w:t>
      </w:r>
      <w:r>
        <w:rPr>
          <w:color w:val="000000"/>
        </w:rPr>
        <w:t>형태로</w:t>
      </w:r>
      <w:r>
        <w:rPr>
          <w:color w:val="000000"/>
        </w:rPr>
        <w:t xml:space="preserve"> </w:t>
      </w:r>
      <w:r>
        <w:rPr>
          <w:color w:val="000000"/>
        </w:rPr>
        <w:t>제공하는</w:t>
      </w:r>
      <w:r>
        <w:rPr>
          <w:color w:val="000000"/>
        </w:rPr>
        <w:t xml:space="preserve"> </w:t>
      </w:r>
      <w:r>
        <w:rPr>
          <w:color w:val="000000"/>
        </w:rPr>
        <w:t>플랫폼으로</w:t>
      </w:r>
      <w:r>
        <w:rPr>
          <w:color w:val="000000"/>
        </w:rPr>
        <w:t xml:space="preserve">, </w:t>
      </w:r>
      <w:r>
        <w:rPr>
          <w:color w:val="000000"/>
        </w:rPr>
        <w:t>이용자가</w:t>
      </w:r>
      <w:r>
        <w:rPr>
          <w:color w:val="000000"/>
        </w:rPr>
        <w:t xml:space="preserve"> </w:t>
      </w:r>
      <w:r>
        <w:rPr>
          <w:color w:val="000000"/>
        </w:rPr>
        <w:t>응시하는</w:t>
      </w:r>
      <w:r>
        <w:rPr>
          <w:color w:val="000000"/>
        </w:rPr>
        <w:t xml:space="preserve"> </w:t>
      </w:r>
      <w:r>
        <w:rPr>
          <w:color w:val="000000"/>
        </w:rPr>
        <w:t>시험이나</w:t>
      </w:r>
      <w:r>
        <w:rPr>
          <w:color w:val="000000"/>
        </w:rPr>
        <w:t xml:space="preserve"> </w:t>
      </w:r>
      <w:r>
        <w:rPr>
          <w:color w:val="000000"/>
        </w:rPr>
        <w:t>재학</w:t>
      </w:r>
      <w:r>
        <w:rPr>
          <w:color w:val="000000"/>
        </w:rPr>
        <w:t xml:space="preserve"> </w:t>
      </w:r>
      <w:r>
        <w:rPr>
          <w:color w:val="000000"/>
        </w:rPr>
        <w:t>중인</w:t>
      </w:r>
      <w:r>
        <w:rPr>
          <w:color w:val="000000"/>
        </w:rPr>
        <w:t xml:space="preserve"> </w:t>
      </w:r>
      <w:r>
        <w:rPr>
          <w:color w:val="000000"/>
        </w:rPr>
        <w:t>학교급에</w:t>
      </w:r>
      <w:r>
        <w:rPr>
          <w:color w:val="000000"/>
        </w:rPr>
        <w:t xml:space="preserve"> </w:t>
      </w:r>
      <w:r>
        <w:rPr>
          <w:color w:val="000000"/>
        </w:rPr>
        <w:t>맞춰</w:t>
      </w:r>
      <w:r>
        <w:rPr>
          <w:color w:val="000000"/>
        </w:rPr>
        <w:t xml:space="preserve"> </w:t>
      </w:r>
      <w:r>
        <w:rPr>
          <w:color w:val="000000"/>
        </w:rPr>
        <w:t>교재를</w:t>
      </w:r>
      <w:r>
        <w:rPr>
          <w:color w:val="000000"/>
        </w:rPr>
        <w:t xml:space="preserve"> </w:t>
      </w:r>
      <w:r>
        <w:rPr>
          <w:color w:val="000000"/>
        </w:rPr>
        <w:t>추천한다</w:t>
      </w:r>
      <w:r>
        <w:rPr>
          <w:color w:val="000000"/>
        </w:rPr>
        <w:t xml:space="preserve">. </w:t>
      </w:r>
      <w:r>
        <w:rPr>
          <w:color w:val="000000"/>
        </w:rPr>
        <w:t>경기도</w:t>
      </w:r>
      <w:r>
        <w:rPr>
          <w:color w:val="000000"/>
        </w:rPr>
        <w:t xml:space="preserve"> </w:t>
      </w:r>
      <w:r>
        <w:rPr>
          <w:color w:val="000000"/>
        </w:rPr>
        <w:t>성남시</w:t>
      </w:r>
      <w:r>
        <w:rPr>
          <w:color w:val="000000"/>
        </w:rPr>
        <w:t xml:space="preserve"> </w:t>
      </w:r>
      <w:r>
        <w:rPr>
          <w:color w:val="000000"/>
        </w:rPr>
        <w:t>분당구에</w:t>
      </w:r>
      <w:r>
        <w:rPr>
          <w:color w:val="000000"/>
        </w:rPr>
        <w:t xml:space="preserve"> </w:t>
      </w:r>
      <w:r>
        <w:rPr>
          <w:color w:val="000000"/>
        </w:rPr>
        <w:t>본사를</w:t>
      </w:r>
      <w:r>
        <w:rPr>
          <w:color w:val="000000"/>
        </w:rPr>
        <w:t xml:space="preserve"> </w:t>
      </w:r>
      <w:r>
        <w:rPr>
          <w:color w:val="000000"/>
        </w:rPr>
        <w:t>두고</w:t>
      </w:r>
      <w:r>
        <w:rPr>
          <w:color w:val="000000"/>
        </w:rPr>
        <w:t xml:space="preserve"> </w:t>
      </w:r>
      <w:r>
        <w:rPr>
          <w:color w:val="000000"/>
        </w:rPr>
        <w:t>있으며</w:t>
      </w:r>
      <w:r>
        <w:rPr>
          <w:color w:val="000000"/>
        </w:rPr>
        <w:t xml:space="preserve">, </w:t>
      </w:r>
      <w:r>
        <w:rPr>
          <w:color w:val="000000"/>
        </w:rPr>
        <w:t>교재를</w:t>
      </w:r>
      <w:r>
        <w:rPr>
          <w:color w:val="000000"/>
        </w:rPr>
        <w:t xml:space="preserve"> </w:t>
      </w:r>
      <w:r>
        <w:rPr>
          <w:color w:val="000000"/>
        </w:rPr>
        <w:t>읽는</w:t>
      </w:r>
      <w:r>
        <w:rPr>
          <w:color w:val="000000"/>
        </w:rPr>
        <w:t xml:space="preserve"> </w:t>
      </w:r>
      <w:r>
        <w:rPr>
          <w:color w:val="000000"/>
        </w:rPr>
        <w:t>곳에서</w:t>
      </w:r>
      <w:r>
        <w:rPr>
          <w:color w:val="000000"/>
        </w:rPr>
        <w:t xml:space="preserve"> </w:t>
      </w:r>
      <w:r>
        <w:rPr>
          <w:color w:val="000000"/>
        </w:rPr>
        <w:t>그치지</w:t>
      </w:r>
      <w:r>
        <w:rPr>
          <w:color w:val="000000"/>
        </w:rPr>
        <w:t xml:space="preserve"> </w:t>
      </w:r>
      <w:r>
        <w:rPr>
          <w:color w:val="000000"/>
        </w:rPr>
        <w:t>않고</w:t>
      </w:r>
      <w:r>
        <w:rPr>
          <w:color w:val="000000"/>
        </w:rPr>
        <w:t xml:space="preserve"> </w:t>
      </w:r>
      <w:r>
        <w:rPr>
          <w:color w:val="000000"/>
        </w:rPr>
        <w:t>학습자의</w:t>
      </w:r>
      <w:r>
        <w:rPr>
          <w:color w:val="000000"/>
        </w:rPr>
        <w:t xml:space="preserve"> </w:t>
      </w:r>
      <w:r>
        <w:rPr>
          <w:color w:val="000000"/>
        </w:rPr>
        <w:t>성장을</w:t>
      </w:r>
      <w:r>
        <w:rPr>
          <w:color w:val="000000"/>
        </w:rPr>
        <w:t xml:space="preserve"> </w:t>
      </w:r>
      <w:r>
        <w:rPr>
          <w:color w:val="000000"/>
        </w:rPr>
        <w:t>돕는</w:t>
      </w:r>
      <w:r>
        <w:rPr>
          <w:color w:val="000000"/>
        </w:rPr>
        <w:t xml:space="preserve"> </w:t>
      </w:r>
      <w:r>
        <w:rPr>
          <w:color w:val="000000"/>
        </w:rPr>
        <w:t>플랫폼을</w:t>
      </w:r>
      <w:r>
        <w:rPr>
          <w:color w:val="000000"/>
        </w:rPr>
        <w:t xml:space="preserve"> </w:t>
      </w:r>
      <w:r>
        <w:rPr>
          <w:color w:val="000000"/>
        </w:rPr>
        <w:t>지향한다</w:t>
      </w:r>
      <w:r>
        <w:rPr>
          <w:color w:val="000000"/>
        </w:rPr>
        <w:t>.</w:t>
      </w:r>
    </w:p>
    <w:p w14:paraId="47A9695F" w14:textId="77777777" w:rsidR="00EC70A0" w:rsidRDefault="00000000">
      <w:r>
        <w:br w:type="page"/>
      </w:r>
    </w:p>
    <w:p w14:paraId="493C34FB" w14:textId="77777777" w:rsidR="00EC70A0" w:rsidRDefault="00000000">
      <w:pPr>
        <w:pStyle w:val="1"/>
      </w:pPr>
      <w:r>
        <w:lastRenderedPageBreak/>
        <w:t>팩트시트</w:t>
      </w:r>
    </w:p>
    <w:p w14:paraId="25C9685D" w14:textId="77777777" w:rsidR="00EC70A0" w:rsidRDefault="00000000">
      <w:r>
        <w:rPr>
          <w:color w:val="666666"/>
        </w:rPr>
        <w:t>이번</w:t>
      </w:r>
      <w:r>
        <w:rPr>
          <w:color w:val="666666"/>
        </w:rPr>
        <w:t xml:space="preserve"> </w:t>
      </w:r>
      <w:r>
        <w:rPr>
          <w:color w:val="666666"/>
        </w:rPr>
        <w:t>개편에서</w:t>
      </w:r>
      <w:r>
        <w:rPr>
          <w:color w:val="666666"/>
        </w:rPr>
        <w:t xml:space="preserve"> </w:t>
      </w:r>
      <w:r>
        <w:rPr>
          <w:color w:val="666666"/>
        </w:rPr>
        <w:t>실제</w:t>
      </w:r>
      <w:r>
        <w:rPr>
          <w:color w:val="666666"/>
        </w:rPr>
        <w:t xml:space="preserve"> </w:t>
      </w:r>
      <w:r>
        <w:rPr>
          <w:color w:val="666666"/>
        </w:rPr>
        <w:t>제공</w:t>
      </w:r>
      <w:r>
        <w:rPr>
          <w:color w:val="666666"/>
        </w:rPr>
        <w:t xml:space="preserve"> </w:t>
      </w:r>
      <w:r>
        <w:rPr>
          <w:color w:val="666666"/>
        </w:rPr>
        <w:t>중인</w:t>
      </w:r>
      <w:r>
        <w:rPr>
          <w:color w:val="666666"/>
        </w:rPr>
        <w:t xml:space="preserve"> </w:t>
      </w:r>
      <w:r>
        <w:rPr>
          <w:color w:val="666666"/>
        </w:rPr>
        <w:t>기능과</w:t>
      </w:r>
      <w:r>
        <w:rPr>
          <w:color w:val="666666"/>
        </w:rPr>
        <w:t xml:space="preserve"> </w:t>
      </w:r>
      <w:r>
        <w:rPr>
          <w:color w:val="666666"/>
        </w:rPr>
        <w:t>이후</w:t>
      </w:r>
      <w:r>
        <w:rPr>
          <w:color w:val="666666"/>
        </w:rPr>
        <w:t xml:space="preserve"> </w:t>
      </w:r>
      <w:r>
        <w:rPr>
          <w:color w:val="666666"/>
        </w:rPr>
        <w:t>계획</w:t>
      </w:r>
      <w:r>
        <w:rPr>
          <w:color w:val="666666"/>
        </w:rPr>
        <w:t xml:space="preserve">, </w:t>
      </w:r>
      <w:r>
        <w:rPr>
          <w:color w:val="666666"/>
        </w:rPr>
        <w:t>성능</w:t>
      </w:r>
      <w:r>
        <w:rPr>
          <w:color w:val="666666"/>
        </w:rPr>
        <w:t xml:space="preserve"> </w:t>
      </w:r>
      <w:r>
        <w:rPr>
          <w:color w:val="666666"/>
        </w:rPr>
        <w:t>측정</w:t>
      </w:r>
      <w:r>
        <w:rPr>
          <w:color w:val="666666"/>
        </w:rPr>
        <w:t xml:space="preserve"> </w:t>
      </w:r>
      <w:r>
        <w:rPr>
          <w:color w:val="666666"/>
        </w:rPr>
        <w:t>조건을</w:t>
      </w:r>
      <w:r>
        <w:rPr>
          <w:color w:val="666666"/>
        </w:rPr>
        <w:t xml:space="preserve"> </w:t>
      </w:r>
      <w:r>
        <w:rPr>
          <w:color w:val="666666"/>
        </w:rPr>
        <w:t>구분해</w:t>
      </w:r>
      <w:r>
        <w:rPr>
          <w:color w:val="666666"/>
        </w:rPr>
        <w:t xml:space="preserve"> </w:t>
      </w:r>
      <w:r>
        <w:rPr>
          <w:color w:val="666666"/>
        </w:rPr>
        <w:t>정리했다</w:t>
      </w:r>
      <w:r>
        <w:rPr>
          <w:color w:val="666666"/>
        </w:rPr>
        <w:t>.</w:t>
      </w:r>
    </w:p>
    <w:p w14:paraId="3AB56FD5" w14:textId="77777777" w:rsidR="00EC70A0" w:rsidRDefault="00000000">
      <w:pPr>
        <w:pStyle w:val="21"/>
      </w:pPr>
      <w:r>
        <w:t>현재</w:t>
      </w:r>
      <w:r>
        <w:t xml:space="preserve"> </w:t>
      </w:r>
      <w:r>
        <w:t>기능과</w:t>
      </w:r>
      <w:r>
        <w:t xml:space="preserve"> </w:t>
      </w:r>
      <w:r>
        <w:t>이후</w:t>
      </w:r>
      <w:r>
        <w:t xml:space="preserve"> </w:t>
      </w:r>
      <w:r>
        <w:t>계획</w:t>
      </w:r>
    </w:p>
    <w:tbl>
      <w:tblPr>
        <w:tblStyle w:val="af9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500"/>
        <w:gridCol w:w="3930"/>
        <w:gridCol w:w="3930"/>
      </w:tblGrid>
      <w:tr w:rsidR="00EC70A0" w14:paraId="72CC26FA" w14:textId="77777777">
        <w:tc>
          <w:tcPr>
            <w:tcW w:w="15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90131F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구분</w:t>
            </w:r>
          </w:p>
        </w:tc>
        <w:tc>
          <w:tcPr>
            <w:tcW w:w="393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3A76CE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현재</w:t>
            </w:r>
            <w:r>
              <w:rPr>
                <w:b/>
                <w:color w:val="0B2545"/>
                <w:sz w:val="21"/>
              </w:rPr>
              <w:t xml:space="preserve"> </w:t>
            </w:r>
            <w:r>
              <w:rPr>
                <w:b/>
                <w:color w:val="0B2545"/>
                <w:sz w:val="21"/>
              </w:rPr>
              <w:t>제공</w:t>
            </w:r>
          </w:p>
        </w:tc>
        <w:tc>
          <w:tcPr>
            <w:tcW w:w="393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ECC848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이후</w:t>
            </w:r>
            <w:r>
              <w:rPr>
                <w:b/>
                <w:color w:val="0B2545"/>
                <w:sz w:val="21"/>
              </w:rPr>
              <w:t xml:space="preserve"> </w:t>
            </w:r>
            <w:r>
              <w:rPr>
                <w:b/>
                <w:color w:val="0B2545"/>
                <w:sz w:val="21"/>
              </w:rPr>
              <w:t>계획</w:t>
            </w:r>
          </w:p>
        </w:tc>
      </w:tr>
      <w:tr w:rsidR="00EC70A0" w14:paraId="28B25A99" w14:textId="77777777"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004733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개인화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B8251A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응시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예정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시험</w:t>
            </w:r>
            <w:r>
              <w:rPr>
                <w:color w:val="000000"/>
                <w:sz w:val="21"/>
              </w:rPr>
              <w:t>·</w:t>
            </w:r>
            <w:r>
              <w:rPr>
                <w:color w:val="000000"/>
                <w:sz w:val="21"/>
              </w:rPr>
              <w:t>학교급에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따른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메인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큐레이션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742B69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기록을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바탕으로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추천과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구간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안내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검토</w:t>
            </w:r>
          </w:p>
        </w:tc>
      </w:tr>
      <w:tr w:rsidR="00EC70A0" w14:paraId="4A0947AB" w14:textId="77777777"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4A784C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정보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F5D7D9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이력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분석</w:t>
            </w:r>
            <w:r>
              <w:rPr>
                <w:color w:val="000000"/>
                <w:sz w:val="21"/>
              </w:rPr>
              <w:t>·</w:t>
            </w:r>
            <w:r>
              <w:rPr>
                <w:color w:val="000000"/>
                <w:sz w:val="21"/>
              </w:rPr>
              <w:t>취약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단원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안내</w:t>
            </w:r>
            <w:r>
              <w:rPr>
                <w:color w:val="000000"/>
                <w:sz w:val="21"/>
              </w:rPr>
              <w:t>·</w:t>
            </w:r>
            <w:r>
              <w:rPr>
                <w:color w:val="000000"/>
                <w:sz w:val="21"/>
              </w:rPr>
              <w:t>공부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순서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제안은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제공하지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않음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66A4F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리포트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하반기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제공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예정</w:t>
            </w:r>
          </w:p>
        </w:tc>
      </w:tr>
      <w:tr w:rsidR="00EC70A0" w14:paraId="1899556C" w14:textId="77777777"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0F4555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파트너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E3C265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판매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현황과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정산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내역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확인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  <w:tc>
          <w:tcPr>
            <w:tcW w:w="393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A5617A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파트너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요청을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검토해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정보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구조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보완</w:t>
            </w:r>
          </w:p>
        </w:tc>
      </w:tr>
    </w:tbl>
    <w:p w14:paraId="4D6ECA61" w14:textId="77777777" w:rsidR="00EC70A0" w:rsidRDefault="00000000">
      <w:pPr>
        <w:pStyle w:val="21"/>
      </w:pPr>
      <w:r>
        <w:t>주요</w:t>
      </w:r>
      <w:r>
        <w:t xml:space="preserve"> </w:t>
      </w:r>
      <w:r>
        <w:t>화면</w:t>
      </w:r>
      <w:r>
        <w:t xml:space="preserve"> </w:t>
      </w:r>
      <w:r>
        <w:t>성능</w:t>
      </w:r>
      <w:r>
        <w:t xml:space="preserve"> </w:t>
      </w:r>
      <w:r>
        <w:t>측정</w:t>
      </w:r>
    </w:p>
    <w:tbl>
      <w:tblPr>
        <w:tblStyle w:val="af9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980"/>
        <w:gridCol w:w="2520"/>
        <w:gridCol w:w="2340"/>
        <w:gridCol w:w="2520"/>
      </w:tblGrid>
      <w:tr w:rsidR="00EC70A0" w14:paraId="4BE20F2B" w14:textId="77777777">
        <w:tc>
          <w:tcPr>
            <w:tcW w:w="19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56C348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항목</w:t>
            </w:r>
          </w:p>
        </w:tc>
        <w:tc>
          <w:tcPr>
            <w:tcW w:w="252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8E650A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스콘</w:t>
            </w:r>
          </w:p>
        </w:tc>
        <w:tc>
          <w:tcPr>
            <w:tcW w:w="234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C72033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비교</w:t>
            </w:r>
            <w:r>
              <w:rPr>
                <w:b/>
                <w:color w:val="0B2545"/>
                <w:sz w:val="21"/>
              </w:rPr>
              <w:t xml:space="preserve"> </w:t>
            </w:r>
            <w:r>
              <w:rPr>
                <w:b/>
                <w:color w:val="0B2545"/>
                <w:sz w:val="21"/>
              </w:rPr>
              <w:t>대상</w:t>
            </w:r>
          </w:p>
        </w:tc>
        <w:tc>
          <w:tcPr>
            <w:tcW w:w="252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2B3021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비고</w:t>
            </w:r>
          </w:p>
        </w:tc>
      </w:tr>
      <w:tr w:rsidR="00EC70A0" w14:paraId="31C14408" w14:textId="77777777">
        <w:tc>
          <w:tcPr>
            <w:tcW w:w="19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CD2C4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주요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콘텐츠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표시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DE837D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평균</w:t>
            </w:r>
            <w:r>
              <w:rPr>
                <w:color w:val="000000"/>
                <w:sz w:val="21"/>
              </w:rPr>
              <w:t xml:space="preserve"> 0.84</w:t>
            </w:r>
            <w:r>
              <w:rPr>
                <w:color w:val="000000"/>
                <w:sz w:val="21"/>
              </w:rPr>
              <w:t>초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674DE5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3</w:t>
            </w:r>
            <w:r>
              <w:rPr>
                <w:color w:val="000000"/>
                <w:sz w:val="21"/>
              </w:rPr>
              <w:t>곳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평균</w:t>
            </w:r>
            <w:r>
              <w:rPr>
                <w:color w:val="000000"/>
                <w:sz w:val="21"/>
              </w:rPr>
              <w:t xml:space="preserve"> 1.26</w:t>
            </w:r>
            <w:r>
              <w:rPr>
                <w:color w:val="000000"/>
                <w:sz w:val="21"/>
              </w:rPr>
              <w:t>초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240ADA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측정값</w:t>
            </w:r>
            <w:r>
              <w:rPr>
                <w:color w:val="000000"/>
                <w:sz w:val="21"/>
              </w:rPr>
              <w:t xml:space="preserve"> 33% </w:t>
            </w:r>
            <w:r>
              <w:rPr>
                <w:color w:val="000000"/>
                <w:sz w:val="21"/>
              </w:rPr>
              <w:t>짧음</w:t>
            </w:r>
          </w:p>
        </w:tc>
      </w:tr>
      <w:tr w:rsidR="00EC70A0" w14:paraId="098CE499" w14:textId="77777777">
        <w:tc>
          <w:tcPr>
            <w:tcW w:w="19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5BC3E4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전체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로드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76EBA2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모두</w:t>
            </w:r>
            <w:r>
              <w:rPr>
                <w:color w:val="000000"/>
                <w:sz w:val="21"/>
              </w:rPr>
              <w:t xml:space="preserve"> 1.1</w:t>
            </w:r>
            <w:r>
              <w:rPr>
                <w:color w:val="000000"/>
                <w:sz w:val="21"/>
              </w:rPr>
              <w:t>초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이내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3A453F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-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7F5FD9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비교한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네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곳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중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유일</w:t>
            </w:r>
          </w:p>
        </w:tc>
      </w:tr>
      <w:tr w:rsidR="00EC70A0" w14:paraId="40FF6297" w14:textId="77777777">
        <w:tc>
          <w:tcPr>
            <w:tcW w:w="19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2A701C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평균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요청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수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1BDAA8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68</w:t>
            </w:r>
            <w:r>
              <w:rPr>
                <w:color w:val="000000"/>
                <w:sz w:val="21"/>
              </w:rPr>
              <w:t>개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A03BDF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129~251</w:t>
            </w:r>
            <w:r>
              <w:rPr>
                <w:color w:val="000000"/>
                <w:sz w:val="21"/>
              </w:rPr>
              <w:t>개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258F83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평균</w:t>
            </w:r>
          </w:p>
        </w:tc>
      </w:tr>
      <w:tr w:rsidR="00EC70A0" w14:paraId="6C94AD9F" w14:textId="77777777">
        <w:tc>
          <w:tcPr>
            <w:tcW w:w="19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761812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측정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861C84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첫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  <w:r>
              <w:rPr>
                <w:color w:val="000000"/>
                <w:sz w:val="21"/>
              </w:rPr>
              <w:t>·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검색</w:t>
            </w:r>
            <w:r>
              <w:rPr>
                <w:color w:val="000000"/>
                <w:sz w:val="21"/>
              </w:rPr>
              <w:t>·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상세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00D3B6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같은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유형의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6CC34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화면별</w:t>
            </w:r>
            <w:r>
              <w:rPr>
                <w:color w:val="000000"/>
                <w:sz w:val="21"/>
              </w:rPr>
              <w:t xml:space="preserve"> 1</w:t>
            </w:r>
            <w:r>
              <w:rPr>
                <w:color w:val="000000"/>
                <w:sz w:val="21"/>
              </w:rPr>
              <w:t>회</w:t>
            </w:r>
          </w:p>
        </w:tc>
      </w:tr>
    </w:tbl>
    <w:p w14:paraId="1ED59896" w14:textId="77777777" w:rsidR="00EC70A0" w:rsidRDefault="00000000">
      <w:pPr>
        <w:spacing w:before="80" w:after="80"/>
      </w:pPr>
      <w:r>
        <w:rPr>
          <w:color w:val="666666"/>
          <w:sz w:val="19"/>
        </w:rPr>
        <w:t>자료</w:t>
      </w:r>
      <w:r>
        <w:rPr>
          <w:color w:val="666666"/>
          <w:sz w:val="19"/>
        </w:rPr>
        <w:t xml:space="preserve">: </w:t>
      </w:r>
      <w:r>
        <w:rPr>
          <w:color w:val="666666"/>
          <w:sz w:val="19"/>
        </w:rPr>
        <w:t>플렉슬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자체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측정</w:t>
      </w:r>
      <w:r>
        <w:rPr>
          <w:color w:val="666666"/>
          <w:sz w:val="19"/>
        </w:rPr>
        <w:t>(2026</w:t>
      </w:r>
      <w:r>
        <w:rPr>
          <w:color w:val="666666"/>
          <w:sz w:val="19"/>
        </w:rPr>
        <w:t>년</w:t>
      </w:r>
      <w:r>
        <w:rPr>
          <w:color w:val="666666"/>
          <w:sz w:val="19"/>
        </w:rPr>
        <w:t xml:space="preserve"> 7</w:t>
      </w:r>
      <w:r>
        <w:rPr>
          <w:color w:val="666666"/>
          <w:sz w:val="19"/>
        </w:rPr>
        <w:t>월</w:t>
      </w:r>
      <w:r>
        <w:rPr>
          <w:color w:val="666666"/>
          <w:sz w:val="19"/>
        </w:rPr>
        <w:t xml:space="preserve"> 22</w:t>
      </w:r>
      <w:r>
        <w:rPr>
          <w:color w:val="666666"/>
          <w:sz w:val="19"/>
        </w:rPr>
        <w:t>일</w:t>
      </w:r>
      <w:r>
        <w:rPr>
          <w:color w:val="666666"/>
          <w:sz w:val="19"/>
        </w:rPr>
        <w:t xml:space="preserve">). </w:t>
      </w:r>
      <w:r>
        <w:rPr>
          <w:color w:val="666666"/>
          <w:sz w:val="19"/>
        </w:rPr>
        <w:t>컴퓨터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웹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브라우저</w:t>
      </w:r>
      <w:r>
        <w:rPr>
          <w:color w:val="666666"/>
          <w:sz w:val="19"/>
        </w:rPr>
        <w:t xml:space="preserve">, </w:t>
      </w:r>
      <w:r>
        <w:rPr>
          <w:color w:val="666666"/>
          <w:sz w:val="19"/>
        </w:rPr>
        <w:t>국내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인터넷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환경</w:t>
      </w:r>
      <w:r>
        <w:rPr>
          <w:color w:val="666666"/>
          <w:sz w:val="19"/>
        </w:rPr>
        <w:t xml:space="preserve">, </w:t>
      </w:r>
      <w:r>
        <w:rPr>
          <w:color w:val="666666"/>
          <w:sz w:val="19"/>
        </w:rPr>
        <w:t>같은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시간대에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각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화면을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한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차례</w:t>
      </w:r>
      <w:r>
        <w:rPr>
          <w:color w:val="666666"/>
          <w:sz w:val="19"/>
        </w:rPr>
        <w:t xml:space="preserve"> </w:t>
      </w:r>
      <w:r>
        <w:rPr>
          <w:color w:val="666666"/>
          <w:sz w:val="19"/>
        </w:rPr>
        <w:t>측정</w:t>
      </w:r>
      <w:r>
        <w:rPr>
          <w:color w:val="666666"/>
          <w:sz w:val="19"/>
        </w:rPr>
        <w:t>.</w:t>
      </w:r>
    </w:p>
    <w:p w14:paraId="034B74A8" w14:textId="77777777" w:rsidR="00EC70A0" w:rsidRDefault="00000000">
      <w:r>
        <w:br w:type="page"/>
      </w:r>
    </w:p>
    <w:p w14:paraId="00C7136C" w14:textId="77777777" w:rsidR="00EC70A0" w:rsidRDefault="00000000">
      <w:pPr>
        <w:pStyle w:val="1"/>
      </w:pPr>
      <w:r>
        <w:lastRenderedPageBreak/>
        <w:t>이미지</w:t>
      </w:r>
      <w:r>
        <w:t xml:space="preserve"> </w:t>
      </w:r>
      <w:r>
        <w:t>자료</w:t>
      </w:r>
    </w:p>
    <w:p w14:paraId="7040C72A" w14:textId="77777777" w:rsidR="00EC70A0" w:rsidRDefault="00000000">
      <w:r>
        <w:rPr>
          <w:color w:val="666666"/>
        </w:rPr>
        <w:t>뉴스와이어에는</w:t>
      </w:r>
      <w:r>
        <w:rPr>
          <w:color w:val="666666"/>
        </w:rPr>
        <w:t xml:space="preserve"> </w:t>
      </w:r>
      <w:r>
        <w:rPr>
          <w:color w:val="666666"/>
        </w:rPr>
        <w:t>아래</w:t>
      </w:r>
      <w:r>
        <w:rPr>
          <w:color w:val="666666"/>
        </w:rPr>
        <w:t xml:space="preserve"> </w:t>
      </w:r>
      <w:r>
        <w:rPr>
          <w:color w:val="666666"/>
        </w:rPr>
        <w:t>순서로</w:t>
      </w:r>
      <w:r>
        <w:rPr>
          <w:color w:val="666666"/>
        </w:rPr>
        <w:t xml:space="preserve"> </w:t>
      </w:r>
      <w:r>
        <w:rPr>
          <w:color w:val="666666"/>
        </w:rPr>
        <w:t>다섯</w:t>
      </w:r>
      <w:r>
        <w:rPr>
          <w:color w:val="666666"/>
        </w:rPr>
        <w:t xml:space="preserve"> </w:t>
      </w:r>
      <w:r>
        <w:rPr>
          <w:color w:val="666666"/>
        </w:rPr>
        <w:t>장을</w:t>
      </w:r>
      <w:r>
        <w:rPr>
          <w:color w:val="666666"/>
        </w:rPr>
        <w:t xml:space="preserve"> </w:t>
      </w:r>
      <w:r>
        <w:rPr>
          <w:color w:val="666666"/>
        </w:rPr>
        <w:t>등록한다</w:t>
      </w:r>
      <w:r>
        <w:rPr>
          <w:color w:val="666666"/>
        </w:rPr>
        <w:t xml:space="preserve">. </w:t>
      </w:r>
      <w:r>
        <w:rPr>
          <w:color w:val="666666"/>
        </w:rPr>
        <w:t>원본</w:t>
      </w:r>
      <w:r>
        <w:rPr>
          <w:color w:val="666666"/>
        </w:rPr>
        <w:t xml:space="preserve"> </w:t>
      </w:r>
      <w:r>
        <w:rPr>
          <w:color w:val="666666"/>
        </w:rPr>
        <w:t>파일은</w:t>
      </w:r>
      <w:r>
        <w:rPr>
          <w:color w:val="666666"/>
        </w:rPr>
        <w:t xml:space="preserve"> </w:t>
      </w:r>
      <w:r>
        <w:rPr>
          <w:color w:val="666666"/>
        </w:rPr>
        <w:t>이</w:t>
      </w:r>
      <w:r>
        <w:rPr>
          <w:color w:val="666666"/>
        </w:rPr>
        <w:t xml:space="preserve"> </w:t>
      </w:r>
      <w:r>
        <w:rPr>
          <w:color w:val="666666"/>
        </w:rPr>
        <w:t>문서와</w:t>
      </w:r>
      <w:r>
        <w:rPr>
          <w:color w:val="666666"/>
        </w:rPr>
        <w:t xml:space="preserve"> </w:t>
      </w:r>
      <w:r>
        <w:rPr>
          <w:color w:val="666666"/>
        </w:rPr>
        <w:t>같은</w:t>
      </w:r>
      <w:r>
        <w:rPr>
          <w:color w:val="666666"/>
        </w:rPr>
        <w:t xml:space="preserve"> </w:t>
      </w:r>
      <w:r>
        <w:rPr>
          <w:color w:val="666666"/>
        </w:rPr>
        <w:t>배포</w:t>
      </w:r>
      <w:r>
        <w:rPr>
          <w:color w:val="666666"/>
        </w:rPr>
        <w:t xml:space="preserve"> </w:t>
      </w:r>
      <w:r>
        <w:rPr>
          <w:color w:val="666666"/>
        </w:rPr>
        <w:t>패키지의</w:t>
      </w:r>
      <w:r>
        <w:rPr>
          <w:color w:val="666666"/>
        </w:rPr>
        <w:t xml:space="preserve"> ‘</w:t>
      </w:r>
      <w:r>
        <w:rPr>
          <w:color w:val="666666"/>
        </w:rPr>
        <w:t>이미지</w:t>
      </w:r>
      <w:r>
        <w:rPr>
          <w:color w:val="666666"/>
        </w:rPr>
        <w:t xml:space="preserve">’ </w:t>
      </w:r>
      <w:r>
        <w:rPr>
          <w:color w:val="666666"/>
        </w:rPr>
        <w:t>폴더에</w:t>
      </w:r>
      <w:r>
        <w:rPr>
          <w:color w:val="666666"/>
        </w:rPr>
        <w:t xml:space="preserve"> </w:t>
      </w:r>
      <w:r>
        <w:rPr>
          <w:color w:val="666666"/>
        </w:rPr>
        <w:t>있다</w:t>
      </w:r>
      <w:r>
        <w:rPr>
          <w:color w:val="666666"/>
        </w:rPr>
        <w:t>.</w:t>
      </w:r>
    </w:p>
    <w:tbl>
      <w:tblPr>
        <w:tblStyle w:val="af9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700"/>
        <w:gridCol w:w="6660"/>
      </w:tblGrid>
      <w:tr w:rsidR="00EC70A0" w14:paraId="33BAF4E4" w14:textId="77777777">
        <w:tc>
          <w:tcPr>
            <w:tcW w:w="27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257830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파일</w:t>
            </w:r>
          </w:p>
        </w:tc>
        <w:tc>
          <w:tcPr>
            <w:tcW w:w="66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807951" w14:textId="77777777" w:rsidR="00EC70A0" w:rsidRDefault="00000000">
            <w:pPr>
              <w:spacing w:after="0" w:line="264" w:lineRule="auto"/>
            </w:pPr>
            <w:r>
              <w:rPr>
                <w:b/>
                <w:color w:val="0B2545"/>
                <w:sz w:val="21"/>
              </w:rPr>
              <w:t>캡션</w:t>
            </w:r>
          </w:p>
        </w:tc>
      </w:tr>
      <w:tr w:rsidR="00EC70A0" w14:paraId="6C637908" w14:textId="77777777"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51963D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01_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디지털교재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학습화면</w:t>
            </w:r>
            <w:r>
              <w:rPr>
                <w:color w:val="000000"/>
                <w:sz w:val="21"/>
              </w:rPr>
              <w:t>.png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FD599C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앱에서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디지털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교재를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읽고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필기하는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학습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화면을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담은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보도용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이미지</w:t>
            </w:r>
          </w:p>
        </w:tc>
      </w:tr>
      <w:tr w:rsidR="00EC70A0" w14:paraId="4BC86454" w14:textId="77777777"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270D0F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02_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맞춤교재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메인화면</w:t>
            </w:r>
            <w:r>
              <w:rPr>
                <w:color w:val="000000"/>
                <w:sz w:val="21"/>
              </w:rPr>
              <w:t>.png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2CDA87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이용자가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입력한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응시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예정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시험이나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학교급에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따라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관련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교재를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먼저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보여주는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메인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</w:tr>
      <w:tr w:rsidR="00EC70A0" w14:paraId="5CE44DB3" w14:textId="77777777"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DCAF2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03_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탐색화면</w:t>
            </w:r>
            <w:r>
              <w:rPr>
                <w:color w:val="000000"/>
                <w:sz w:val="21"/>
              </w:rPr>
              <w:t>.png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1F9D59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시험과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직군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등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분류에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따라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교재를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확인할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있는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스콘의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탐색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</w:tr>
      <w:tr w:rsidR="00EC70A0" w14:paraId="2A3E9105" w14:textId="77777777"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85BB39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04_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상세화면</w:t>
            </w:r>
            <w:r>
              <w:rPr>
                <w:color w:val="000000"/>
                <w:sz w:val="21"/>
              </w:rPr>
              <w:t>.png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C4276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정보와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디지털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이용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방식을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확인할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있는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교재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상세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화면</w:t>
            </w:r>
          </w:p>
        </w:tc>
      </w:tr>
      <w:tr w:rsidR="00EC70A0" w14:paraId="2CA207DD" w14:textId="77777777"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4E32BA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05_</w:t>
            </w:r>
            <w:r>
              <w:rPr>
                <w:color w:val="000000"/>
                <w:sz w:val="21"/>
              </w:rPr>
              <w:t>스콘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주요화면</w:t>
            </w:r>
            <w:r>
              <w:rPr>
                <w:color w:val="000000"/>
                <w:sz w:val="21"/>
              </w:rPr>
              <w:t>_</w:t>
            </w:r>
            <w:r>
              <w:rPr>
                <w:color w:val="000000"/>
                <w:sz w:val="21"/>
              </w:rPr>
              <w:t>성능측정</w:t>
            </w:r>
            <w:r>
              <w:rPr>
                <w:color w:val="000000"/>
                <w:sz w:val="21"/>
              </w:rPr>
              <w:t>.png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FCCF1A" w14:textId="77777777" w:rsidR="00EC70A0" w:rsidRDefault="00000000">
            <w:pPr>
              <w:spacing w:after="0" w:line="264" w:lineRule="auto"/>
            </w:pPr>
            <w:r>
              <w:rPr>
                <w:color w:val="000000"/>
                <w:sz w:val="21"/>
              </w:rPr>
              <w:t>주요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콘텐츠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표시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평균</w:t>
            </w:r>
            <w:r>
              <w:rPr>
                <w:color w:val="000000"/>
                <w:sz w:val="21"/>
              </w:rPr>
              <w:t xml:space="preserve"> 0.84</w:t>
            </w:r>
            <w:r>
              <w:rPr>
                <w:color w:val="000000"/>
                <w:sz w:val="21"/>
              </w:rPr>
              <w:t>초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등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자체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측정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결과를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정리한</w:t>
            </w:r>
            <w:r>
              <w:rPr>
                <w:color w:val="000000"/>
                <w:sz w:val="21"/>
              </w:rPr>
              <w:t xml:space="preserve"> </w:t>
            </w:r>
            <w:r>
              <w:rPr>
                <w:color w:val="000000"/>
                <w:sz w:val="21"/>
              </w:rPr>
              <w:t>인포그래픽</w:t>
            </w:r>
          </w:p>
        </w:tc>
      </w:tr>
    </w:tbl>
    <w:p w14:paraId="5F148705" w14:textId="77777777" w:rsidR="00EC70A0" w:rsidRDefault="00000000">
      <w:pPr>
        <w:pStyle w:val="21"/>
      </w:pPr>
      <w:r>
        <w:t>배포</w:t>
      </w:r>
      <w:r>
        <w:t xml:space="preserve"> </w:t>
      </w:r>
      <w:r>
        <w:t>표기</w:t>
      </w:r>
      <w:r>
        <w:t xml:space="preserve"> </w:t>
      </w:r>
      <w:r>
        <w:t>원칙</w:t>
      </w:r>
    </w:p>
    <w:p w14:paraId="318CAD93" w14:textId="77777777" w:rsidR="00EC70A0" w:rsidRDefault="00000000">
      <w:pPr>
        <w:spacing w:after="80"/>
      </w:pPr>
      <w:r>
        <w:rPr>
          <w:color w:val="000000"/>
        </w:rPr>
        <w:t>현재</w:t>
      </w:r>
      <w:r>
        <w:rPr>
          <w:color w:val="000000"/>
        </w:rPr>
        <w:t xml:space="preserve"> </w:t>
      </w:r>
      <w:r>
        <w:rPr>
          <w:color w:val="000000"/>
        </w:rPr>
        <w:t>맞춤</w:t>
      </w:r>
      <w:r>
        <w:rPr>
          <w:color w:val="000000"/>
        </w:rPr>
        <w:t xml:space="preserve"> </w:t>
      </w:r>
      <w:r>
        <w:rPr>
          <w:color w:val="000000"/>
        </w:rPr>
        <w:t>기능은</w:t>
      </w:r>
      <w:r>
        <w:rPr>
          <w:color w:val="000000"/>
        </w:rPr>
        <w:t xml:space="preserve"> </w:t>
      </w:r>
      <w:r>
        <w:rPr>
          <w:color w:val="000000"/>
        </w:rPr>
        <w:t>메인</w:t>
      </w:r>
      <w:r>
        <w:rPr>
          <w:color w:val="000000"/>
        </w:rPr>
        <w:t xml:space="preserve"> </w:t>
      </w:r>
      <w:r>
        <w:rPr>
          <w:color w:val="000000"/>
        </w:rPr>
        <w:t>화면</w:t>
      </w:r>
      <w:r>
        <w:rPr>
          <w:color w:val="000000"/>
        </w:rPr>
        <w:t xml:space="preserve"> </w:t>
      </w:r>
      <w:r>
        <w:rPr>
          <w:color w:val="000000"/>
        </w:rPr>
        <w:t>교재</w:t>
      </w:r>
      <w:r>
        <w:rPr>
          <w:color w:val="000000"/>
        </w:rPr>
        <w:t xml:space="preserve"> </w:t>
      </w:r>
      <w:r>
        <w:rPr>
          <w:color w:val="000000"/>
        </w:rPr>
        <w:t>큐레이션에</w:t>
      </w:r>
      <w:r>
        <w:rPr>
          <w:color w:val="000000"/>
        </w:rPr>
        <w:t xml:space="preserve"> </w:t>
      </w:r>
      <w:r>
        <w:rPr>
          <w:color w:val="000000"/>
        </w:rPr>
        <w:t>한정한다</w:t>
      </w:r>
      <w:r>
        <w:rPr>
          <w:color w:val="000000"/>
        </w:rPr>
        <w:t>.</w:t>
      </w:r>
    </w:p>
    <w:p w14:paraId="7CEBA34F" w14:textId="77777777" w:rsidR="00EC70A0" w:rsidRDefault="00000000">
      <w:pPr>
        <w:spacing w:after="80"/>
      </w:pP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리포트는</w:t>
      </w:r>
      <w:r>
        <w:rPr>
          <w:color w:val="000000"/>
        </w:rPr>
        <w:t xml:space="preserve"> </w:t>
      </w:r>
      <w:r>
        <w:rPr>
          <w:color w:val="000000"/>
        </w:rPr>
        <w:t>하반기</w:t>
      </w:r>
      <w:r>
        <w:rPr>
          <w:color w:val="000000"/>
        </w:rPr>
        <w:t xml:space="preserve"> </w:t>
      </w:r>
      <w:r>
        <w:rPr>
          <w:color w:val="000000"/>
        </w:rPr>
        <w:t>예정</w:t>
      </w:r>
      <w:r>
        <w:rPr>
          <w:color w:val="000000"/>
        </w:rPr>
        <w:t xml:space="preserve">,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기록</w:t>
      </w:r>
      <w:r>
        <w:rPr>
          <w:color w:val="000000"/>
        </w:rPr>
        <w:t xml:space="preserve"> </w:t>
      </w:r>
      <w:r>
        <w:rPr>
          <w:color w:val="000000"/>
        </w:rPr>
        <w:t>기반</w:t>
      </w:r>
      <w:r>
        <w:rPr>
          <w:color w:val="000000"/>
        </w:rPr>
        <w:t xml:space="preserve"> </w:t>
      </w:r>
      <w:r>
        <w:rPr>
          <w:color w:val="000000"/>
        </w:rPr>
        <w:t>추천과</w:t>
      </w:r>
      <w:r>
        <w:rPr>
          <w:color w:val="000000"/>
        </w:rPr>
        <w:t xml:space="preserve"> </w:t>
      </w:r>
      <w:r>
        <w:rPr>
          <w:color w:val="000000"/>
        </w:rPr>
        <w:t>학습</w:t>
      </w:r>
      <w:r>
        <w:rPr>
          <w:color w:val="000000"/>
        </w:rPr>
        <w:t xml:space="preserve"> </w:t>
      </w:r>
      <w:r>
        <w:rPr>
          <w:color w:val="000000"/>
        </w:rPr>
        <w:t>구간</w:t>
      </w:r>
      <w:r>
        <w:rPr>
          <w:color w:val="000000"/>
        </w:rPr>
        <w:t xml:space="preserve"> </w:t>
      </w:r>
      <w:r>
        <w:rPr>
          <w:color w:val="000000"/>
        </w:rPr>
        <w:t>안내는</w:t>
      </w:r>
      <w:r>
        <w:rPr>
          <w:color w:val="000000"/>
        </w:rPr>
        <w:t xml:space="preserve"> </w:t>
      </w:r>
      <w:r>
        <w:rPr>
          <w:color w:val="000000"/>
        </w:rPr>
        <w:t>향후</w:t>
      </w:r>
      <w:r>
        <w:rPr>
          <w:color w:val="000000"/>
        </w:rPr>
        <w:t xml:space="preserve"> </w:t>
      </w:r>
      <w:r>
        <w:rPr>
          <w:color w:val="000000"/>
        </w:rPr>
        <w:t>검토로</w:t>
      </w:r>
      <w:r>
        <w:rPr>
          <w:color w:val="000000"/>
        </w:rPr>
        <w:t xml:space="preserve"> </w:t>
      </w:r>
      <w:r>
        <w:rPr>
          <w:color w:val="000000"/>
        </w:rPr>
        <w:t>쓴다</w:t>
      </w:r>
      <w:r>
        <w:rPr>
          <w:color w:val="000000"/>
        </w:rPr>
        <w:t>.</w:t>
      </w:r>
    </w:p>
    <w:p w14:paraId="76E515C4" w14:textId="77777777" w:rsidR="00EC70A0" w:rsidRDefault="00000000">
      <w:pPr>
        <w:spacing w:after="80"/>
      </w:pPr>
      <w:r>
        <w:rPr>
          <w:color w:val="000000"/>
        </w:rPr>
        <w:t>비교</w:t>
      </w:r>
      <w:r>
        <w:rPr>
          <w:color w:val="000000"/>
        </w:rPr>
        <w:t xml:space="preserve"> </w:t>
      </w:r>
      <w:r>
        <w:rPr>
          <w:color w:val="000000"/>
        </w:rPr>
        <w:t>대상</w:t>
      </w:r>
      <w:r>
        <w:rPr>
          <w:color w:val="000000"/>
        </w:rPr>
        <w:t xml:space="preserve"> </w:t>
      </w:r>
      <w:r>
        <w:rPr>
          <w:color w:val="000000"/>
        </w:rPr>
        <w:t>서비스의</w:t>
      </w:r>
      <w:r>
        <w:rPr>
          <w:color w:val="000000"/>
        </w:rPr>
        <w:t xml:space="preserve"> </w:t>
      </w:r>
      <w:r>
        <w:rPr>
          <w:color w:val="000000"/>
        </w:rPr>
        <w:t>실명과</w:t>
      </w:r>
      <w:r>
        <w:rPr>
          <w:color w:val="000000"/>
        </w:rPr>
        <w:t xml:space="preserve"> </w:t>
      </w:r>
      <w:r>
        <w:rPr>
          <w:color w:val="000000"/>
        </w:rPr>
        <w:t>과거</w:t>
      </w:r>
      <w:r>
        <w:rPr>
          <w:color w:val="000000"/>
        </w:rPr>
        <w:t xml:space="preserve"> </w:t>
      </w:r>
      <w:r>
        <w:rPr>
          <w:color w:val="000000"/>
        </w:rPr>
        <w:t>성능</w:t>
      </w:r>
      <w:r>
        <w:rPr>
          <w:color w:val="000000"/>
        </w:rPr>
        <w:t xml:space="preserve"> </w:t>
      </w:r>
      <w:r>
        <w:rPr>
          <w:color w:val="000000"/>
        </w:rPr>
        <w:t>문제는</w:t>
      </w:r>
      <w:r>
        <w:rPr>
          <w:color w:val="000000"/>
        </w:rPr>
        <w:t xml:space="preserve"> </w:t>
      </w:r>
      <w:r>
        <w:rPr>
          <w:color w:val="000000"/>
        </w:rPr>
        <w:t>언급하지</w:t>
      </w:r>
      <w:r>
        <w:rPr>
          <w:color w:val="000000"/>
        </w:rPr>
        <w:t xml:space="preserve"> </w:t>
      </w:r>
      <w:r>
        <w:rPr>
          <w:color w:val="000000"/>
        </w:rPr>
        <w:t>않는다</w:t>
      </w:r>
      <w:r>
        <w:rPr>
          <w:color w:val="000000"/>
        </w:rPr>
        <w:t>.</w:t>
      </w:r>
    </w:p>
    <w:p w14:paraId="4D80FB03" w14:textId="77777777" w:rsidR="00EC70A0" w:rsidRDefault="00000000">
      <w:pPr>
        <w:spacing w:after="80"/>
      </w:pPr>
      <w:r>
        <w:rPr>
          <w:color w:val="000000"/>
        </w:rPr>
        <w:t>외부</w:t>
      </w:r>
      <w:r>
        <w:rPr>
          <w:color w:val="000000"/>
        </w:rPr>
        <w:t xml:space="preserve"> </w:t>
      </w:r>
      <w:r>
        <w:rPr>
          <w:color w:val="000000"/>
        </w:rPr>
        <w:t>제목과</w:t>
      </w:r>
      <w:r>
        <w:rPr>
          <w:color w:val="000000"/>
        </w:rPr>
        <w:t xml:space="preserve"> </w:t>
      </w:r>
      <w:r>
        <w:rPr>
          <w:color w:val="000000"/>
        </w:rPr>
        <w:t>본문에는</w:t>
      </w:r>
      <w:r>
        <w:rPr>
          <w:color w:val="000000"/>
        </w:rPr>
        <w:t xml:space="preserve"> </w:t>
      </w:r>
      <w:r>
        <w:rPr>
          <w:color w:val="000000"/>
        </w:rPr>
        <w:t>버전명을</w:t>
      </w:r>
      <w:r>
        <w:rPr>
          <w:color w:val="000000"/>
        </w:rPr>
        <w:t xml:space="preserve"> </w:t>
      </w:r>
      <w:r>
        <w:rPr>
          <w:color w:val="000000"/>
        </w:rPr>
        <w:t>쓰지</w:t>
      </w:r>
      <w:r>
        <w:rPr>
          <w:color w:val="000000"/>
        </w:rPr>
        <w:t xml:space="preserve"> </w:t>
      </w:r>
      <w:r>
        <w:rPr>
          <w:color w:val="000000"/>
        </w:rPr>
        <w:t>않는다</w:t>
      </w:r>
      <w:r>
        <w:rPr>
          <w:color w:val="000000"/>
        </w:rPr>
        <w:t>.</w:t>
      </w:r>
    </w:p>
    <w:sectPr w:rsidR="00EC70A0" w:rsidSect="00034616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9327" w14:textId="77777777" w:rsidR="00911D3B" w:rsidRDefault="00911D3B">
      <w:pPr>
        <w:spacing w:after="0" w:line="240" w:lineRule="auto"/>
      </w:pPr>
      <w:r>
        <w:separator/>
      </w:r>
    </w:p>
  </w:endnote>
  <w:endnote w:type="continuationSeparator" w:id="0">
    <w:p w14:paraId="3D3DBC62" w14:textId="77777777" w:rsidR="00911D3B" w:rsidRDefault="00911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B16B8" w14:textId="77777777" w:rsidR="00EC70A0" w:rsidRDefault="00000000">
    <w:pPr>
      <w:pStyle w:val="a6"/>
      <w:jc w:val="right"/>
    </w:pPr>
    <w:r>
      <w:rPr>
        <w:color w:val="666666"/>
        <w:sz w:val="18"/>
      </w:rPr>
      <w:t>플렉슬</w:t>
    </w:r>
    <w:r>
      <w:rPr>
        <w:color w:val="666666"/>
        <w:sz w:val="18"/>
      </w:rPr>
      <w:t xml:space="preserve"> </w:t>
    </w:r>
    <w:r>
      <w:rPr>
        <w:color w:val="666666"/>
        <w:sz w:val="18"/>
      </w:rPr>
      <w:t>보도자료</w:t>
    </w:r>
    <w:r>
      <w:rPr>
        <w:color w:val="666666"/>
        <w:sz w:val="18"/>
      </w:rPr>
      <w:t xml:space="preserve">  |  </w:t>
    </w:r>
    <w:r>
      <w:fldChar w:fldCharType="begin"/>
    </w:r>
    <w:r>
      <w:instrText>PAGE</w:instrText>
    </w:r>
    <w:r>
      <w:fldChar w:fldCharType="separate"/>
    </w:r>
    <w:r w:rsidR="00ED142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EB622" w14:textId="77777777" w:rsidR="00911D3B" w:rsidRDefault="00911D3B">
      <w:pPr>
        <w:spacing w:after="0" w:line="240" w:lineRule="auto"/>
      </w:pPr>
      <w:r>
        <w:separator/>
      </w:r>
    </w:p>
  </w:footnote>
  <w:footnote w:type="continuationSeparator" w:id="0">
    <w:p w14:paraId="5B4578E6" w14:textId="77777777" w:rsidR="00911D3B" w:rsidRDefault="00911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B43F2" w14:textId="77777777" w:rsidR="00EC70A0" w:rsidRDefault="00000000">
    <w:pPr>
      <w:pStyle w:val="a5"/>
    </w:pPr>
    <w:r>
      <w:rPr>
        <w:b/>
        <w:color w:val="666666"/>
        <w:sz w:val="18"/>
      </w:rPr>
      <w:t>SCONN PRESS KIT</w:t>
    </w:r>
    <w:r>
      <w:rPr>
        <w:color w:val="666666"/>
        <w:sz w:val="18"/>
      </w:rPr>
      <w:t xml:space="preserve">                                          FLEXCIL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9426078">
    <w:abstractNumId w:val="8"/>
  </w:num>
  <w:num w:numId="2" w16cid:durableId="1798790124">
    <w:abstractNumId w:val="6"/>
  </w:num>
  <w:num w:numId="3" w16cid:durableId="862280341">
    <w:abstractNumId w:val="5"/>
  </w:num>
  <w:num w:numId="4" w16cid:durableId="956644446">
    <w:abstractNumId w:val="4"/>
  </w:num>
  <w:num w:numId="5" w16cid:durableId="1120883506">
    <w:abstractNumId w:val="7"/>
  </w:num>
  <w:num w:numId="6" w16cid:durableId="198708684">
    <w:abstractNumId w:val="3"/>
  </w:num>
  <w:num w:numId="7" w16cid:durableId="719285064">
    <w:abstractNumId w:val="2"/>
  </w:num>
  <w:num w:numId="8" w16cid:durableId="1428692120">
    <w:abstractNumId w:val="1"/>
  </w:num>
  <w:num w:numId="9" w16cid:durableId="154907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C425A"/>
    <w:rsid w:val="00911D3B"/>
    <w:rsid w:val="00AA1D8D"/>
    <w:rsid w:val="00B47730"/>
    <w:rsid w:val="00CB0664"/>
    <w:rsid w:val="00EC70A0"/>
    <w:rsid w:val="00ED142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EACF87"/>
  <w14:defaultImageDpi w14:val="300"/>
  <w15:docId w15:val="{D5B0EF08-16CA-D142-8A77-50B287CCB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300" w:lineRule="auto"/>
    </w:pPr>
    <w:rPr>
      <w:rFonts w:ascii="Calibri" w:eastAsia="Apple SD Gothic Neo" w:hAnsi="Calibri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/>
      <w:b/>
      <w:bCs/>
      <w:color w:val="2E74B5"/>
      <w:sz w:val="32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/>
      <w:b/>
      <w:bCs/>
      <w:color w:val="2E74B5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1F4D78"/>
      <w:sz w:val="24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스콘, 서비스 전면 개편 완료… 주요 콘텐츠 표시 평균 0.84초</dc:title>
  <dc:subject>스콘 서비스 개편 보도자료 및 팩트시트</dc:subject>
  <dc:creator>플렉슬</dc:creator>
  <cp:keywords/>
  <dc:description>generated by python-docx</dc:description>
  <cp:lastModifiedBy>유주심</cp:lastModifiedBy>
  <cp:revision>2</cp:revision>
  <dcterms:created xsi:type="dcterms:W3CDTF">2013-12-23T23:15:00Z</dcterms:created>
  <dcterms:modified xsi:type="dcterms:W3CDTF">2026-08-12T00:21:00Z</dcterms:modified>
  <cp:category/>
</cp:coreProperties>
</file>