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2431"/>
        <w:gridCol w:w="1287"/>
        <w:gridCol w:w="3866"/>
      </w:tblGrid>
      <w:tr w:rsidR="00B25624" w:rsidRPr="00B25624" w14:paraId="7712BB37" w14:textId="77777777" w:rsidTr="00C11B75">
        <w:trPr>
          <w:trHeight w:val="116"/>
        </w:trPr>
        <w:tc>
          <w:tcPr>
            <w:tcW w:w="8844" w:type="dxa"/>
            <w:gridSpan w:val="4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3DC746" w14:textId="77777777" w:rsidR="00B25624" w:rsidRPr="00B25624" w:rsidRDefault="00B25624" w:rsidP="00C11B75">
            <w:pPr>
              <w:rPr>
                <w:rFonts w:eastAsia="맑은 고딕"/>
                <w:b/>
                <w:bCs/>
                <w:lang w:eastAsia="ko-KR"/>
              </w:rPr>
            </w:pPr>
          </w:p>
        </w:tc>
      </w:tr>
      <w:tr w:rsidR="00B25624" w:rsidRPr="00B25624" w14:paraId="7D768256" w14:textId="77777777" w:rsidTr="00C11B75">
        <w:trPr>
          <w:trHeight w:val="446"/>
        </w:trPr>
        <w:tc>
          <w:tcPr>
            <w:tcW w:w="1260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A537AD" w14:textId="77777777" w:rsidR="00B25624" w:rsidRPr="00B25624" w:rsidRDefault="00B25624" w:rsidP="00B25624">
            <w:pPr>
              <w:rPr>
                <w:rFonts w:eastAsia="맑은 고딕"/>
                <w:b/>
                <w:bCs/>
                <w:lang w:eastAsia="ko-KR"/>
              </w:rPr>
            </w:pPr>
            <w:r w:rsidRPr="00B25624">
              <w:rPr>
                <w:rFonts w:eastAsia="맑은 고딕" w:hint="eastAsia"/>
                <w:b/>
                <w:bCs/>
                <w:lang w:eastAsia="ko-KR"/>
              </w:rPr>
              <w:t>수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proofErr w:type="gramStart"/>
            <w:r w:rsidRPr="00B25624">
              <w:rPr>
                <w:rFonts w:eastAsia="맑은 고딕" w:hint="eastAsia"/>
                <w:b/>
                <w:bCs/>
                <w:lang w:eastAsia="ko-KR"/>
              </w:rPr>
              <w:t>신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:</w:t>
            </w:r>
            <w:proofErr w:type="gramEnd"/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</w:p>
        </w:tc>
        <w:tc>
          <w:tcPr>
            <w:tcW w:w="7584" w:type="dxa"/>
            <w:gridSpan w:val="3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5A3B6" w14:textId="4A952577" w:rsidR="00B25624" w:rsidRPr="00B25624" w:rsidRDefault="00B25624" w:rsidP="00B25624">
            <w:pPr>
              <w:rPr>
                <w:rFonts w:eastAsia="맑은 고딕"/>
                <w:lang w:eastAsia="ko-KR"/>
              </w:rPr>
            </w:pPr>
            <w:r w:rsidRPr="00B25624">
              <w:rPr>
                <w:rFonts w:eastAsia="맑은 고딕" w:hint="eastAsia"/>
                <w:lang w:eastAsia="ko-KR"/>
              </w:rPr>
              <w:t>각</w:t>
            </w:r>
            <w:r w:rsidRPr="00B25624">
              <w:rPr>
                <w:rFonts w:eastAsia="맑은 고딕" w:hint="eastAsia"/>
                <w:lang w:eastAsia="ko-KR"/>
              </w:rPr>
              <w:t xml:space="preserve"> </w:t>
            </w:r>
            <w:r w:rsidRPr="00B25624">
              <w:rPr>
                <w:rFonts w:eastAsia="맑은 고딕" w:hint="eastAsia"/>
                <w:lang w:eastAsia="ko-KR"/>
              </w:rPr>
              <w:t>언론사</w:t>
            </w:r>
            <w:r w:rsidRPr="00B25624">
              <w:rPr>
                <w:rFonts w:eastAsia="맑은 고딕" w:hint="eastAsia"/>
                <w:lang w:eastAsia="ko-KR"/>
              </w:rPr>
              <w:t xml:space="preserve"> </w:t>
            </w:r>
            <w:r w:rsidRPr="00B25624">
              <w:rPr>
                <w:rFonts w:eastAsia="맑은 고딕" w:hint="eastAsia"/>
                <w:lang w:eastAsia="ko-KR"/>
              </w:rPr>
              <w:t>경제부··사회부</w:t>
            </w:r>
            <w:r w:rsidR="00C11B75">
              <w:rPr>
                <w:rFonts w:eastAsia="맑은 고딕" w:hint="eastAsia"/>
                <w:lang w:eastAsia="ko-KR"/>
              </w:rPr>
              <w:t xml:space="preserve"> </w:t>
            </w:r>
            <w:r w:rsidRPr="00B25624">
              <w:rPr>
                <w:rFonts w:eastAsia="맑은 고딕" w:hint="eastAsia"/>
                <w:lang w:eastAsia="ko-KR"/>
              </w:rPr>
              <w:t>담당</w:t>
            </w:r>
          </w:p>
        </w:tc>
      </w:tr>
      <w:tr w:rsidR="00B25624" w:rsidRPr="00B25624" w14:paraId="37846F71" w14:textId="77777777" w:rsidTr="00C11B75">
        <w:trPr>
          <w:trHeight w:val="446"/>
        </w:trPr>
        <w:tc>
          <w:tcPr>
            <w:tcW w:w="1260" w:type="dxa"/>
            <w:tcBorders>
              <w:top w:val="dotted" w:sz="4" w:space="0" w:color="000000"/>
              <w:left w:val="nil"/>
              <w:bottom w:val="dotted" w:sz="4" w:space="0" w:color="4C4C4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731BF2" w14:textId="77777777" w:rsidR="00B25624" w:rsidRPr="00B25624" w:rsidRDefault="00B25624" w:rsidP="00B25624">
            <w:pPr>
              <w:rPr>
                <w:rFonts w:eastAsia="맑은 고딕"/>
                <w:b/>
                <w:bCs/>
                <w:lang w:eastAsia="ko-KR"/>
              </w:rPr>
            </w:pPr>
            <w:r w:rsidRPr="00B25624">
              <w:rPr>
                <w:rFonts w:eastAsia="맑은 고딕" w:hint="eastAsia"/>
                <w:b/>
                <w:bCs/>
                <w:lang w:eastAsia="ko-KR"/>
              </w:rPr>
              <w:t>발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proofErr w:type="gramStart"/>
            <w:r w:rsidRPr="00B25624">
              <w:rPr>
                <w:rFonts w:eastAsia="맑은 고딕" w:hint="eastAsia"/>
                <w:b/>
                <w:bCs/>
                <w:lang w:eastAsia="ko-KR"/>
              </w:rPr>
              <w:t>신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:</w:t>
            </w:r>
            <w:proofErr w:type="gramEnd"/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</w:p>
        </w:tc>
        <w:tc>
          <w:tcPr>
            <w:tcW w:w="7584" w:type="dxa"/>
            <w:gridSpan w:val="3"/>
            <w:tcBorders>
              <w:top w:val="dotted" w:sz="4" w:space="0" w:color="000000"/>
              <w:left w:val="nil"/>
              <w:bottom w:val="dotted" w:sz="4" w:space="0" w:color="4C4C4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03F2BF" w14:textId="6786F45A" w:rsidR="00B25624" w:rsidRPr="00B25624" w:rsidRDefault="00C11B75" w:rsidP="00B25624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한국고용진흥협회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 w:rsidR="00B25624" w:rsidRPr="00B25624">
              <w:rPr>
                <w:rFonts w:eastAsia="맑은 고딕" w:hint="eastAsia"/>
                <w:lang w:eastAsia="ko-KR"/>
              </w:rPr>
              <w:t>(</w:t>
            </w:r>
            <w:r>
              <w:rPr>
                <w:rFonts w:eastAsia="맑은 고딕" w:hint="eastAsia"/>
                <w:lang w:eastAsia="ko-KR"/>
              </w:rPr>
              <w:t>협회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proofErr w:type="gramStart"/>
            <w:r>
              <w:rPr>
                <w:rFonts w:eastAsia="맑은 고딕" w:hint="eastAsia"/>
                <w:lang w:eastAsia="ko-KR"/>
              </w:rPr>
              <w:t>회장</w:t>
            </w:r>
            <w:r>
              <w:rPr>
                <w:rFonts w:eastAsia="맑은 고딕" w:hint="eastAsia"/>
                <w:lang w:eastAsia="ko-KR"/>
              </w:rPr>
              <w:t xml:space="preserve"> ,</w:t>
            </w:r>
            <w:proofErr w:type="gramEnd"/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서울여대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임효창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proofErr w:type="gramStart"/>
            <w:r>
              <w:rPr>
                <w:rFonts w:eastAsia="맑은 고딕" w:hint="eastAsia"/>
                <w:lang w:eastAsia="ko-KR"/>
              </w:rPr>
              <w:t>교수</w:t>
            </w:r>
            <w:r>
              <w:rPr>
                <w:rFonts w:eastAsia="맑은 고딕" w:hint="eastAsia"/>
                <w:lang w:eastAsia="ko-KR"/>
              </w:rPr>
              <w:t>,  010</w:t>
            </w:r>
            <w:proofErr w:type="gramEnd"/>
            <w:r>
              <w:rPr>
                <w:rFonts w:eastAsia="맑은 고딕" w:hint="eastAsia"/>
                <w:lang w:eastAsia="ko-KR"/>
              </w:rPr>
              <w:t>-3487-3463</w:t>
            </w:r>
            <w:r w:rsidR="00B25624" w:rsidRPr="00B25624">
              <w:rPr>
                <w:rFonts w:eastAsia="맑은 고딕" w:hint="eastAsia"/>
                <w:lang w:eastAsia="ko-KR"/>
              </w:rPr>
              <w:t>)</w:t>
            </w:r>
          </w:p>
        </w:tc>
      </w:tr>
      <w:tr w:rsidR="00B25624" w:rsidRPr="00B25624" w14:paraId="4BBDF1D4" w14:textId="77777777" w:rsidTr="00C11B75">
        <w:trPr>
          <w:trHeight w:val="446"/>
        </w:trPr>
        <w:tc>
          <w:tcPr>
            <w:tcW w:w="1260" w:type="dxa"/>
            <w:tcBorders>
              <w:top w:val="dotted" w:sz="4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FEC832" w14:textId="77777777" w:rsidR="00B25624" w:rsidRPr="00B25624" w:rsidRDefault="00B25624" w:rsidP="00B25624">
            <w:pPr>
              <w:rPr>
                <w:rFonts w:eastAsia="맑은 고딕"/>
                <w:b/>
                <w:bCs/>
                <w:lang w:eastAsia="ko-KR"/>
              </w:rPr>
            </w:pPr>
            <w:r w:rsidRPr="00B25624">
              <w:rPr>
                <w:rFonts w:eastAsia="맑은 고딕" w:hint="eastAsia"/>
                <w:b/>
                <w:bCs/>
                <w:lang w:eastAsia="ko-KR"/>
              </w:rPr>
              <w:t>제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proofErr w:type="gramStart"/>
            <w:r w:rsidRPr="00B25624">
              <w:rPr>
                <w:rFonts w:eastAsia="맑은 고딕" w:hint="eastAsia"/>
                <w:b/>
                <w:bCs/>
                <w:lang w:eastAsia="ko-KR"/>
              </w:rPr>
              <w:t>목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:</w:t>
            </w:r>
            <w:proofErr w:type="gramEnd"/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</w:p>
        </w:tc>
        <w:tc>
          <w:tcPr>
            <w:tcW w:w="7584" w:type="dxa"/>
            <w:gridSpan w:val="3"/>
            <w:tcBorders>
              <w:top w:val="dotted" w:sz="4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53039A" w14:textId="6CBBE3BD" w:rsidR="00B25624" w:rsidRPr="00B25624" w:rsidRDefault="00C11B75" w:rsidP="00B25624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지역고용지수에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의한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지자체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일자리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평가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결과</w:t>
            </w:r>
          </w:p>
        </w:tc>
      </w:tr>
      <w:tr w:rsidR="00B25624" w:rsidRPr="00B25624" w14:paraId="4457DFC2" w14:textId="77777777" w:rsidTr="00C11B75">
        <w:trPr>
          <w:trHeight w:val="446"/>
        </w:trPr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32569" w14:textId="77777777" w:rsidR="00B25624" w:rsidRPr="00B25624" w:rsidRDefault="00B25624" w:rsidP="00B25624">
            <w:pPr>
              <w:rPr>
                <w:rFonts w:eastAsia="맑은 고딕"/>
                <w:b/>
                <w:bCs/>
                <w:lang w:eastAsia="ko-KR"/>
              </w:rPr>
            </w:pPr>
            <w:proofErr w:type="gramStart"/>
            <w:r w:rsidRPr="00B25624">
              <w:rPr>
                <w:rFonts w:eastAsia="맑은 고딕" w:hint="eastAsia"/>
                <w:b/>
                <w:bCs/>
                <w:lang w:eastAsia="ko-KR"/>
              </w:rPr>
              <w:t>보도일자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:</w:t>
            </w:r>
            <w:proofErr w:type="gramEnd"/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</w:p>
        </w:tc>
        <w:tc>
          <w:tcPr>
            <w:tcW w:w="2431" w:type="dxa"/>
            <w:tcBorders>
              <w:top w:val="single" w:sz="1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F0D5B" w14:textId="21794AD7" w:rsidR="00B25624" w:rsidRPr="00B25624" w:rsidRDefault="00B25624" w:rsidP="00B25624">
            <w:pPr>
              <w:rPr>
                <w:rFonts w:eastAsia="맑은 고딕"/>
                <w:b/>
                <w:bCs/>
                <w:lang w:eastAsia="ko-KR"/>
              </w:rPr>
            </w:pPr>
            <w:r w:rsidRPr="00B25624">
              <w:rPr>
                <w:rFonts w:eastAsia="맑은 고딕" w:hint="eastAsia"/>
                <w:b/>
                <w:bCs/>
                <w:lang w:eastAsia="ko-KR"/>
              </w:rPr>
              <w:t>2025.1</w:t>
            </w:r>
            <w:r w:rsidR="00C11B75">
              <w:rPr>
                <w:rFonts w:eastAsia="맑은 고딕" w:hint="eastAsia"/>
                <w:b/>
                <w:bCs/>
                <w:lang w:eastAsia="ko-KR"/>
              </w:rPr>
              <w:t>2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>.</w:t>
            </w:r>
            <w:r w:rsidR="00C11B75">
              <w:rPr>
                <w:rFonts w:eastAsia="맑은 고딕" w:hint="eastAsia"/>
                <w:b/>
                <w:bCs/>
                <w:lang w:eastAsia="ko-KR"/>
              </w:rPr>
              <w:t>2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>(</w:t>
            </w:r>
            <w:r w:rsidR="00C11B75">
              <w:rPr>
                <w:rFonts w:eastAsia="맑은 고딕" w:hint="eastAsia"/>
                <w:b/>
                <w:bCs/>
                <w:lang w:eastAsia="ko-KR"/>
              </w:rPr>
              <w:t>화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  <w:tc>
          <w:tcPr>
            <w:tcW w:w="1287" w:type="dxa"/>
            <w:tcBorders>
              <w:top w:val="single" w:sz="1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E01839" w14:textId="77777777" w:rsidR="00B25624" w:rsidRPr="00B25624" w:rsidRDefault="00B25624" w:rsidP="00B25624">
            <w:pPr>
              <w:rPr>
                <w:rFonts w:eastAsia="맑은 고딕"/>
                <w:b/>
                <w:bCs/>
                <w:lang w:eastAsia="ko-KR"/>
              </w:rPr>
            </w:pPr>
            <w:proofErr w:type="gramStart"/>
            <w:r w:rsidRPr="00B25624">
              <w:rPr>
                <w:rFonts w:eastAsia="맑은 고딕" w:hint="eastAsia"/>
                <w:b/>
                <w:bCs/>
                <w:lang w:eastAsia="ko-KR"/>
              </w:rPr>
              <w:t>배포일자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:</w:t>
            </w:r>
            <w:proofErr w:type="gramEnd"/>
            <w:r w:rsidRPr="00B25624"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</w:p>
        </w:tc>
        <w:tc>
          <w:tcPr>
            <w:tcW w:w="386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0E3D71" w14:textId="5920EBC1" w:rsidR="00B25624" w:rsidRPr="00B25624" w:rsidRDefault="00B25624" w:rsidP="00B25624">
            <w:pPr>
              <w:rPr>
                <w:rFonts w:eastAsia="맑은 고딕"/>
                <w:b/>
                <w:bCs/>
                <w:lang w:eastAsia="ko-KR"/>
              </w:rPr>
            </w:pPr>
            <w:r w:rsidRPr="00B25624">
              <w:rPr>
                <w:rFonts w:eastAsia="맑은 고딕" w:hint="eastAsia"/>
                <w:b/>
                <w:bCs/>
                <w:lang w:eastAsia="ko-KR"/>
              </w:rPr>
              <w:t>2025.1</w:t>
            </w:r>
            <w:r w:rsidR="00C11B75">
              <w:rPr>
                <w:rFonts w:eastAsia="맑은 고딕" w:hint="eastAsia"/>
                <w:b/>
                <w:bCs/>
                <w:lang w:eastAsia="ko-KR"/>
              </w:rPr>
              <w:t>2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>.2.(</w:t>
            </w:r>
            <w:r w:rsidR="00C11B75">
              <w:rPr>
                <w:rFonts w:eastAsia="맑은 고딕" w:hint="eastAsia"/>
                <w:b/>
                <w:bCs/>
                <w:lang w:eastAsia="ko-KR"/>
              </w:rPr>
              <w:t>화</w:t>
            </w:r>
            <w:r w:rsidRPr="00B25624">
              <w:rPr>
                <w:rFonts w:eastAsia="맑은 고딕" w:hint="eastAsia"/>
                <w:b/>
                <w:bCs/>
                <w:lang w:eastAsia="ko-KR"/>
              </w:rPr>
              <w:t>)</w:t>
            </w:r>
          </w:p>
        </w:tc>
      </w:tr>
    </w:tbl>
    <w:p w14:paraId="05FE9F65" w14:textId="77777777" w:rsidR="00B25624" w:rsidRDefault="00B25624">
      <w:pPr>
        <w:rPr>
          <w:rFonts w:eastAsia="맑은 고딕"/>
          <w:lang w:eastAsia="ko-KR"/>
        </w:rPr>
      </w:pPr>
    </w:p>
    <w:p w14:paraId="115481C2" w14:textId="249DDAEE" w:rsidR="00D033B9" w:rsidRPr="00D033B9" w:rsidRDefault="00D033B9" w:rsidP="00D033B9">
      <w:pPr>
        <w:rPr>
          <w:rFonts w:eastAsia="맑은 고딕"/>
          <w:b/>
          <w:bCs/>
          <w:lang w:eastAsia="ko-KR"/>
        </w:rPr>
      </w:pPr>
      <w:r w:rsidRPr="00D033B9">
        <w:rPr>
          <w:rFonts w:eastAsia="맑은 고딕"/>
          <w:b/>
          <w:bCs/>
          <w:lang w:eastAsia="ko-KR"/>
        </w:rPr>
        <w:t>[</w:t>
      </w:r>
      <w:r w:rsidRPr="00D033B9">
        <w:rPr>
          <w:rFonts w:eastAsia="맑은 고딕"/>
          <w:b/>
          <w:bCs/>
          <w:lang w:eastAsia="ko-KR"/>
        </w:rPr>
        <w:t>보도자료</w:t>
      </w:r>
      <w:r w:rsidRPr="00D033B9">
        <w:rPr>
          <w:rFonts w:eastAsia="맑은 고딕"/>
          <w:b/>
          <w:bCs/>
          <w:lang w:eastAsia="ko-KR"/>
        </w:rPr>
        <w:t xml:space="preserve">] </w:t>
      </w:r>
      <w:r>
        <w:rPr>
          <w:rFonts w:eastAsia="맑은 고딕" w:hint="eastAsia"/>
          <w:b/>
          <w:bCs/>
          <w:lang w:eastAsia="ko-KR"/>
        </w:rPr>
        <w:t>지역고용지수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활용</w:t>
      </w:r>
      <w:r>
        <w:rPr>
          <w:rFonts w:eastAsia="맑은 고딕" w:hint="eastAsia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전국</w:t>
      </w:r>
      <w:r w:rsidRPr="00D033B9">
        <w:rPr>
          <w:rFonts w:eastAsia="맑은 고딕"/>
          <w:b/>
          <w:bCs/>
          <w:lang w:eastAsia="ko-KR"/>
        </w:rPr>
        <w:t xml:space="preserve"> 252</w:t>
      </w:r>
      <w:r w:rsidRPr="00D033B9">
        <w:rPr>
          <w:rFonts w:eastAsia="맑은 고딕"/>
          <w:b/>
          <w:bCs/>
          <w:lang w:eastAsia="ko-KR"/>
        </w:rPr>
        <w:t>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지자체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고용순위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발표</w:t>
      </w:r>
      <w:r w:rsidRPr="00D033B9">
        <w:rPr>
          <w:rFonts w:eastAsia="맑은 고딕"/>
          <w:b/>
          <w:bCs/>
          <w:lang w:eastAsia="ko-KR"/>
        </w:rPr>
        <w:t xml:space="preserve">… </w:t>
      </w:r>
      <w:r w:rsidRPr="00D033B9">
        <w:rPr>
          <w:rFonts w:eastAsia="맑은 고딕"/>
          <w:b/>
          <w:bCs/>
          <w:lang w:eastAsia="ko-KR"/>
        </w:rPr>
        <w:t>화성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달성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송파</w:t>
      </w:r>
      <w:r w:rsidRPr="00D033B9">
        <w:rPr>
          <w:rFonts w:eastAsia="맑은 고딕"/>
          <w:b/>
          <w:bCs/>
          <w:lang w:eastAsia="ko-KR"/>
        </w:rPr>
        <w:t xml:space="preserve"> 1</w:t>
      </w:r>
      <w:r w:rsidRPr="00D033B9">
        <w:rPr>
          <w:rFonts w:eastAsia="맑은 고딕"/>
          <w:b/>
          <w:bCs/>
          <w:lang w:eastAsia="ko-KR"/>
        </w:rPr>
        <w:t>위</w:t>
      </w:r>
    </w:p>
    <w:p w14:paraId="7202ACEA" w14:textId="56E4A60A" w:rsidR="00D033B9" w:rsidRPr="00D033B9" w:rsidRDefault="00D033B9" w:rsidP="00D033B9">
      <w:pPr>
        <w:rPr>
          <w:rFonts w:eastAsia="맑은 고딕"/>
          <w:b/>
          <w:bCs/>
          <w:lang w:eastAsia="ko-KR"/>
        </w:rPr>
      </w:pPr>
      <w:r w:rsidRPr="00D033B9">
        <w:rPr>
          <w:rFonts w:eastAsia="맑은 고딕"/>
          <w:b/>
          <w:bCs/>
          <w:lang w:eastAsia="ko-KR"/>
        </w:rPr>
        <w:t>“</w:t>
      </w:r>
      <w:r w:rsidRPr="00D033B9">
        <w:rPr>
          <w:rFonts w:eastAsia="맑은 고딕"/>
          <w:b/>
          <w:bCs/>
          <w:lang w:eastAsia="ko-KR"/>
        </w:rPr>
        <w:t>지역이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살아야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나라가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산다</w:t>
      </w:r>
      <w:r w:rsidRPr="00D033B9">
        <w:rPr>
          <w:rFonts w:eastAsia="맑은 고딕"/>
          <w:b/>
          <w:bCs/>
          <w:lang w:eastAsia="ko-KR"/>
        </w:rPr>
        <w:t>.”</w:t>
      </w:r>
      <w:r>
        <w:rPr>
          <w:rFonts w:eastAsia="맑은 고딕" w:hint="eastAsia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br/>
        <w:t>11</w:t>
      </w:r>
      <w:r w:rsidRPr="00D033B9">
        <w:rPr>
          <w:rFonts w:eastAsia="맑은 고딕"/>
          <w:b/>
          <w:bCs/>
          <w:lang w:eastAsia="ko-KR"/>
        </w:rPr>
        <w:t>월</w:t>
      </w:r>
      <w:r w:rsidRPr="00D033B9">
        <w:rPr>
          <w:rFonts w:eastAsia="맑은 고딕"/>
          <w:b/>
          <w:bCs/>
          <w:lang w:eastAsia="ko-KR"/>
        </w:rPr>
        <w:t xml:space="preserve"> 21</w:t>
      </w:r>
      <w:r w:rsidRPr="00D033B9">
        <w:rPr>
          <w:rFonts w:eastAsia="맑은 고딕"/>
          <w:b/>
          <w:bCs/>
          <w:lang w:eastAsia="ko-KR"/>
        </w:rPr>
        <w:t>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국회에서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열린</w:t>
      </w:r>
      <w:r w:rsidRPr="00D033B9">
        <w:rPr>
          <w:rFonts w:eastAsia="맑은 고딕"/>
          <w:b/>
          <w:bCs/>
          <w:lang w:eastAsia="ko-KR"/>
        </w:rPr>
        <w:t xml:space="preserve"> 2025 </w:t>
      </w:r>
      <w:r w:rsidRPr="00D033B9">
        <w:rPr>
          <w:rFonts w:eastAsia="맑은 고딕"/>
          <w:b/>
          <w:bCs/>
          <w:lang w:eastAsia="ko-KR"/>
        </w:rPr>
        <w:t>한국고용포럼에서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한국고용진흥협회는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전국</w:t>
      </w:r>
      <w:r w:rsidRPr="00D033B9">
        <w:rPr>
          <w:rFonts w:eastAsia="맑은 고딕"/>
          <w:b/>
          <w:bCs/>
          <w:lang w:eastAsia="ko-KR"/>
        </w:rPr>
        <w:t xml:space="preserve"> 252</w:t>
      </w:r>
      <w:r w:rsidRPr="00D033B9">
        <w:rPr>
          <w:rFonts w:eastAsia="맑은 고딕"/>
          <w:b/>
          <w:bCs/>
          <w:lang w:eastAsia="ko-KR"/>
        </w:rPr>
        <w:t>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지방자치단체의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여건을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종합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평가한</w:t>
      </w:r>
      <w:r w:rsidRPr="00D033B9">
        <w:rPr>
          <w:rFonts w:eastAsia="맑은 고딕"/>
          <w:b/>
          <w:bCs/>
          <w:lang w:eastAsia="ko-KR"/>
        </w:rPr>
        <w:t xml:space="preserve"> ‘</w:t>
      </w:r>
      <w:r w:rsidRPr="00D033B9">
        <w:rPr>
          <w:rFonts w:eastAsia="맑은 고딕"/>
          <w:b/>
          <w:bCs/>
          <w:lang w:eastAsia="ko-KR"/>
        </w:rPr>
        <w:t>지역고용지수</w:t>
      </w:r>
      <w:r w:rsidRPr="00D033B9">
        <w:rPr>
          <w:rFonts w:eastAsia="맑은 고딕"/>
          <w:b/>
          <w:bCs/>
          <w:lang w:eastAsia="ko-KR"/>
        </w:rPr>
        <w:t xml:space="preserve"> 2.0’ </w:t>
      </w:r>
      <w:r w:rsidRPr="00D033B9">
        <w:rPr>
          <w:rFonts w:eastAsia="맑은 고딕"/>
          <w:b/>
          <w:bCs/>
          <w:lang w:eastAsia="ko-KR"/>
        </w:rPr>
        <w:t>결과를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공식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발표했다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지역고용지수는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임효창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서울여대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교수</w:t>
      </w:r>
      <w:r>
        <w:rPr>
          <w:rFonts w:eastAsia="맑은 고딕" w:hint="eastAsia"/>
          <w:b/>
          <w:bCs/>
          <w:lang w:eastAsia="ko-KR"/>
        </w:rPr>
        <w:t>(</w:t>
      </w:r>
      <w:r>
        <w:rPr>
          <w:rFonts w:eastAsia="맑은 고딕" w:hint="eastAsia"/>
          <w:b/>
          <w:bCs/>
          <w:lang w:eastAsia="ko-KR"/>
        </w:rPr>
        <w:t>한국고용진흥협회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회장</w:t>
      </w:r>
      <w:r>
        <w:rPr>
          <w:rFonts w:eastAsia="맑은 고딕" w:hint="eastAsia"/>
          <w:b/>
          <w:bCs/>
          <w:lang w:eastAsia="ko-KR"/>
        </w:rPr>
        <w:t>)</w:t>
      </w:r>
      <w:r w:rsidRPr="00D033B9">
        <w:rPr>
          <w:rFonts w:eastAsia="맑은 고딕"/>
          <w:b/>
          <w:bCs/>
          <w:lang w:eastAsia="ko-KR"/>
        </w:rPr>
        <w:t>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한승헌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한국지역경영원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단장이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공동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연구한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전국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단일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고용지표로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고용</w:t>
      </w:r>
      <w:r w:rsidRPr="00D033B9">
        <w:rPr>
          <w:rFonts w:eastAsia="맑은 고딕"/>
          <w:b/>
          <w:bCs/>
          <w:lang w:eastAsia="ko-KR"/>
        </w:rPr>
        <w:t xml:space="preserve"> </w:t>
      </w:r>
      <w:proofErr w:type="spellStart"/>
      <w:r w:rsidRPr="00D033B9">
        <w:rPr>
          <w:rFonts w:eastAsia="맑은 고딕"/>
          <w:b/>
          <w:bCs/>
          <w:lang w:eastAsia="ko-KR"/>
        </w:rPr>
        <w:t>규모뿐</w:t>
      </w:r>
      <w:r>
        <w:rPr>
          <w:rFonts w:eastAsia="맑은 고딕" w:hint="eastAsia"/>
          <w:b/>
          <w:bCs/>
          <w:lang w:eastAsia="ko-KR"/>
        </w:rPr>
        <w:t>만</w:t>
      </w:r>
      <w:proofErr w:type="spellEnd"/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아니라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질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안정성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지역환경을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함께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반영한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국내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최초의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종합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고용평가지수다</w:t>
      </w:r>
      <w:r w:rsidRPr="00D033B9">
        <w:rPr>
          <w:rFonts w:eastAsia="맑은 고딕"/>
          <w:b/>
          <w:bCs/>
          <w:lang w:eastAsia="ko-KR"/>
        </w:rPr>
        <w:t>.</w:t>
      </w:r>
    </w:p>
    <w:p w14:paraId="6BB08B1C" w14:textId="77777777" w:rsidR="00D033B9" w:rsidRPr="00D033B9" w:rsidRDefault="00D033B9" w:rsidP="00D033B9">
      <w:pPr>
        <w:rPr>
          <w:rFonts w:eastAsia="맑은 고딕"/>
          <w:b/>
          <w:bCs/>
          <w:lang w:eastAsia="ko-KR"/>
        </w:rPr>
      </w:pPr>
      <w:r w:rsidRPr="00D033B9">
        <w:rPr>
          <w:rFonts w:eastAsia="맑은 고딕"/>
          <w:b/>
          <w:bCs/>
          <w:lang w:eastAsia="ko-KR"/>
        </w:rPr>
        <w:t>이번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조사에서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市</w:t>
      </w:r>
      <w:r w:rsidRPr="00D033B9">
        <w:rPr>
          <w:rFonts w:eastAsia="맑은 고딕"/>
          <w:b/>
          <w:bCs/>
          <w:lang w:eastAsia="ko-KR"/>
        </w:rPr>
        <w:t>(</w:t>
      </w:r>
      <w:r w:rsidRPr="00D033B9">
        <w:rPr>
          <w:rFonts w:eastAsia="맑은 고딕"/>
          <w:b/>
          <w:bCs/>
          <w:lang w:eastAsia="ko-KR"/>
        </w:rPr>
        <w:t>광역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제외</w:t>
      </w:r>
      <w:r w:rsidRPr="00D033B9">
        <w:rPr>
          <w:rFonts w:eastAsia="맑은 고딕"/>
          <w:b/>
          <w:bCs/>
          <w:lang w:eastAsia="ko-KR"/>
        </w:rPr>
        <w:t xml:space="preserve">) </w:t>
      </w:r>
      <w:r w:rsidRPr="00D033B9">
        <w:rPr>
          <w:rFonts w:eastAsia="맑은 고딕"/>
          <w:b/>
          <w:bCs/>
          <w:lang w:eastAsia="ko-KR"/>
        </w:rPr>
        <w:t>단위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전국</w:t>
      </w:r>
      <w:r w:rsidRPr="00D033B9">
        <w:rPr>
          <w:rFonts w:eastAsia="맑은 고딕"/>
          <w:b/>
          <w:bCs/>
          <w:lang w:eastAsia="ko-KR"/>
        </w:rPr>
        <w:t xml:space="preserve"> 1</w:t>
      </w:r>
      <w:r w:rsidRPr="00D033B9">
        <w:rPr>
          <w:rFonts w:eastAsia="맑은 고딕"/>
          <w:b/>
          <w:bCs/>
          <w:lang w:eastAsia="ko-KR"/>
        </w:rPr>
        <w:t>위는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경기도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화성시가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차지했다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뒤이어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수원시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성남시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고양시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안양시가</w:t>
      </w:r>
      <w:r w:rsidRPr="00D033B9">
        <w:rPr>
          <w:rFonts w:eastAsia="맑은 고딕"/>
          <w:b/>
          <w:bCs/>
          <w:lang w:eastAsia="ko-KR"/>
        </w:rPr>
        <w:t xml:space="preserve"> 2~5</w:t>
      </w:r>
      <w:r w:rsidRPr="00D033B9">
        <w:rPr>
          <w:rFonts w:eastAsia="맑은 고딕"/>
          <w:b/>
          <w:bCs/>
          <w:lang w:eastAsia="ko-KR"/>
        </w:rPr>
        <w:t>위를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기록하며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상위권을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모두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경기도가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휩쓸었다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특히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상위</w:t>
      </w:r>
      <w:r w:rsidRPr="00D033B9">
        <w:rPr>
          <w:rFonts w:eastAsia="맑은 고딕"/>
          <w:b/>
          <w:bCs/>
          <w:lang w:eastAsia="ko-KR"/>
        </w:rPr>
        <w:t xml:space="preserve"> 15</w:t>
      </w:r>
      <w:r w:rsidRPr="00D033B9">
        <w:rPr>
          <w:rFonts w:eastAsia="맑은 고딕"/>
          <w:b/>
          <w:bCs/>
          <w:lang w:eastAsia="ko-KR"/>
        </w:rPr>
        <w:t>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도시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중</w:t>
      </w:r>
      <w:r w:rsidRPr="00D033B9">
        <w:rPr>
          <w:rFonts w:eastAsia="맑은 고딕"/>
          <w:b/>
          <w:bCs/>
          <w:lang w:eastAsia="ko-KR"/>
        </w:rPr>
        <w:t xml:space="preserve"> 14</w:t>
      </w:r>
      <w:r w:rsidRPr="00D033B9">
        <w:rPr>
          <w:rFonts w:eastAsia="맑은 고딕"/>
          <w:b/>
          <w:bCs/>
          <w:lang w:eastAsia="ko-KR"/>
        </w:rPr>
        <w:t>곳이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경기도로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나타나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수도권의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산업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집중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현상이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더욱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심화되고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있음을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보여주었다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비수도권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가운데에서는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충남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천안시가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가장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높은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순위를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차지하며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전국</w:t>
      </w:r>
      <w:r w:rsidRPr="00D033B9">
        <w:rPr>
          <w:rFonts w:eastAsia="맑은 고딕"/>
          <w:b/>
          <w:bCs/>
          <w:lang w:eastAsia="ko-KR"/>
        </w:rPr>
        <w:t xml:space="preserve"> 1</w:t>
      </w:r>
      <w:r w:rsidRPr="00D033B9">
        <w:rPr>
          <w:rFonts w:eastAsia="맑은 고딕"/>
          <w:b/>
          <w:bCs/>
          <w:lang w:eastAsia="ko-KR"/>
        </w:rPr>
        <w:t>위를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차지한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화성시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다음으로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강한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고용경쟁력을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보였다</w:t>
      </w:r>
      <w:r w:rsidRPr="00D033B9">
        <w:rPr>
          <w:rFonts w:eastAsia="맑은 고딕"/>
          <w:b/>
          <w:bCs/>
          <w:lang w:eastAsia="ko-KR"/>
        </w:rPr>
        <w:t>.</w:t>
      </w:r>
    </w:p>
    <w:p w14:paraId="6ED5A5FC" w14:textId="77777777" w:rsidR="00D033B9" w:rsidRPr="00D033B9" w:rsidRDefault="00D033B9" w:rsidP="00D033B9">
      <w:pPr>
        <w:rPr>
          <w:rFonts w:eastAsia="맑은 고딕"/>
          <w:b/>
          <w:bCs/>
          <w:lang w:eastAsia="ko-KR"/>
        </w:rPr>
      </w:pPr>
      <w:r w:rsidRPr="00D033B9">
        <w:rPr>
          <w:rFonts w:eastAsia="맑은 고딕"/>
          <w:b/>
          <w:bCs/>
          <w:lang w:eastAsia="ko-KR"/>
        </w:rPr>
        <w:t>비수도권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市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단위만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별도로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보면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천안시가</w:t>
      </w:r>
      <w:r w:rsidRPr="00D033B9">
        <w:rPr>
          <w:rFonts w:eastAsia="맑은 고딕"/>
          <w:b/>
          <w:bCs/>
          <w:lang w:eastAsia="ko-KR"/>
        </w:rPr>
        <w:t xml:space="preserve"> 1</w:t>
      </w:r>
      <w:r w:rsidRPr="00D033B9">
        <w:rPr>
          <w:rFonts w:eastAsia="맑은 고딕"/>
          <w:b/>
          <w:bCs/>
          <w:lang w:eastAsia="ko-KR"/>
        </w:rPr>
        <w:t>위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뒤이어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경남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창원시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거제시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전남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여수시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전북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전주시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순으로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나타났다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천안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창원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거제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여수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등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제조업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에너지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항만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중심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도시가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전반적으로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높은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고용지표를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보이며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비수도권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견인한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것으로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분석된다</w:t>
      </w:r>
      <w:r w:rsidRPr="00D033B9">
        <w:rPr>
          <w:rFonts w:eastAsia="맑은 고딕"/>
          <w:b/>
          <w:bCs/>
          <w:lang w:eastAsia="ko-KR"/>
        </w:rPr>
        <w:t>.</w:t>
      </w:r>
    </w:p>
    <w:p w14:paraId="154D9548" w14:textId="70491850" w:rsidR="00D033B9" w:rsidRPr="00D033B9" w:rsidRDefault="00D033B9" w:rsidP="00D033B9">
      <w:pPr>
        <w:rPr>
          <w:rFonts w:eastAsia="맑은 고딕"/>
          <w:b/>
          <w:bCs/>
          <w:lang w:eastAsia="ko-KR"/>
        </w:rPr>
      </w:pPr>
      <w:r w:rsidRPr="00D033B9">
        <w:rPr>
          <w:rFonts w:eastAsia="맑은 고딕"/>
          <w:b/>
          <w:bCs/>
          <w:lang w:eastAsia="ko-KR"/>
        </w:rPr>
        <w:t>郡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단위에서는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대구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달성군이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전국</w:t>
      </w:r>
      <w:r w:rsidRPr="00D033B9">
        <w:rPr>
          <w:rFonts w:eastAsia="맑은 고딕"/>
          <w:b/>
          <w:bCs/>
          <w:lang w:eastAsia="ko-KR"/>
        </w:rPr>
        <w:t xml:space="preserve"> 1</w:t>
      </w:r>
      <w:r w:rsidRPr="00D033B9">
        <w:rPr>
          <w:rFonts w:eastAsia="맑은 고딕"/>
          <w:b/>
          <w:bCs/>
          <w:lang w:eastAsia="ko-KR"/>
        </w:rPr>
        <w:t>위를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기록했다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이어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충북</w:t>
      </w:r>
      <w:r w:rsidRPr="00D033B9">
        <w:rPr>
          <w:rFonts w:eastAsia="맑은 고딕"/>
          <w:b/>
          <w:bCs/>
          <w:lang w:eastAsia="ko-KR"/>
        </w:rPr>
        <w:t xml:space="preserve"> </w:t>
      </w:r>
      <w:proofErr w:type="spellStart"/>
      <w:r w:rsidRPr="00D033B9">
        <w:rPr>
          <w:rFonts w:eastAsia="맑은 고딕"/>
          <w:b/>
          <w:bCs/>
          <w:lang w:eastAsia="ko-KR"/>
        </w:rPr>
        <w:t>증평군</w:t>
      </w:r>
      <w:proofErr w:type="spellEnd"/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부산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기장군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경북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울릉군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전남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신안군이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뒤를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이었다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이들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군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단위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지역은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대체로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변동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폭이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작고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상용근로자가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안정적으로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증가해</w:t>
      </w:r>
      <w:r w:rsidRPr="00D033B9">
        <w:rPr>
          <w:rFonts w:eastAsia="맑은 고딕"/>
          <w:b/>
          <w:bCs/>
          <w:lang w:eastAsia="ko-KR"/>
        </w:rPr>
        <w:t xml:space="preserve"> ‘</w:t>
      </w:r>
      <w:r w:rsidRPr="00D033B9">
        <w:rPr>
          <w:rFonts w:eastAsia="맑은 고딕"/>
          <w:b/>
          <w:bCs/>
          <w:lang w:eastAsia="ko-KR"/>
        </w:rPr>
        <w:t>고용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안정성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기반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지역</w:t>
      </w:r>
      <w:r w:rsidRPr="00D033B9">
        <w:rPr>
          <w:rFonts w:eastAsia="맑은 고딕"/>
          <w:b/>
          <w:bCs/>
          <w:lang w:eastAsia="ko-KR"/>
        </w:rPr>
        <w:t>’</w:t>
      </w:r>
      <w:r w:rsidRPr="00D033B9">
        <w:rPr>
          <w:rFonts w:eastAsia="맑은 고딕"/>
          <w:b/>
          <w:bCs/>
          <w:lang w:eastAsia="ko-KR"/>
        </w:rPr>
        <w:t>이라는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공통점을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보였다</w:t>
      </w:r>
      <w:r w:rsidRPr="00D033B9">
        <w:rPr>
          <w:rFonts w:eastAsia="맑은 고딕"/>
          <w:b/>
          <w:bCs/>
          <w:lang w:eastAsia="ko-KR"/>
        </w:rPr>
        <w:t>.</w:t>
      </w:r>
    </w:p>
    <w:p w14:paraId="5C64B1D0" w14:textId="77777777" w:rsidR="00D033B9" w:rsidRPr="00D033B9" w:rsidRDefault="00D033B9" w:rsidP="00D033B9">
      <w:pPr>
        <w:rPr>
          <w:rFonts w:eastAsia="맑은 고딕"/>
          <w:b/>
          <w:bCs/>
          <w:lang w:eastAsia="ko-KR"/>
        </w:rPr>
      </w:pPr>
      <w:r w:rsidRPr="00D033B9">
        <w:rPr>
          <w:rFonts w:eastAsia="맑은 고딕"/>
          <w:b/>
          <w:bCs/>
          <w:lang w:eastAsia="ko-KR"/>
        </w:rPr>
        <w:lastRenderedPageBreak/>
        <w:t>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단위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종합평가에서는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서울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송파구가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전국</w:t>
      </w:r>
      <w:r w:rsidRPr="00D033B9">
        <w:rPr>
          <w:rFonts w:eastAsia="맑은 고딕"/>
          <w:b/>
          <w:bCs/>
          <w:lang w:eastAsia="ko-KR"/>
        </w:rPr>
        <w:t xml:space="preserve"> 1</w:t>
      </w:r>
      <w:r w:rsidRPr="00D033B9">
        <w:rPr>
          <w:rFonts w:eastAsia="맑은 고딕"/>
          <w:b/>
          <w:bCs/>
          <w:lang w:eastAsia="ko-KR"/>
        </w:rPr>
        <w:t>위로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나타났고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강남구와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강서구가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각각</w:t>
      </w:r>
      <w:r w:rsidRPr="00D033B9">
        <w:rPr>
          <w:rFonts w:eastAsia="맑은 고딕"/>
          <w:b/>
          <w:bCs/>
          <w:lang w:eastAsia="ko-KR"/>
        </w:rPr>
        <w:t xml:space="preserve"> 2</w:t>
      </w:r>
      <w:r w:rsidRPr="00D033B9">
        <w:rPr>
          <w:rFonts w:eastAsia="맑은 고딕"/>
          <w:b/>
          <w:bCs/>
          <w:lang w:eastAsia="ko-KR"/>
        </w:rPr>
        <w:t>위와</w:t>
      </w:r>
      <w:r w:rsidRPr="00D033B9">
        <w:rPr>
          <w:rFonts w:eastAsia="맑은 고딕"/>
          <w:b/>
          <w:bCs/>
          <w:lang w:eastAsia="ko-KR"/>
        </w:rPr>
        <w:t xml:space="preserve"> 3</w:t>
      </w:r>
      <w:r w:rsidRPr="00D033B9">
        <w:rPr>
          <w:rFonts w:eastAsia="맑은 고딕"/>
          <w:b/>
          <w:bCs/>
          <w:lang w:eastAsia="ko-KR"/>
        </w:rPr>
        <w:t>위를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기록했다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이어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인천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계양구가</w:t>
      </w:r>
      <w:r w:rsidRPr="00D033B9">
        <w:rPr>
          <w:rFonts w:eastAsia="맑은 고딕"/>
          <w:b/>
          <w:bCs/>
          <w:lang w:eastAsia="ko-KR"/>
        </w:rPr>
        <w:t xml:space="preserve"> 4</w:t>
      </w:r>
      <w:r w:rsidRPr="00D033B9">
        <w:rPr>
          <w:rFonts w:eastAsia="맑은 고딕"/>
          <w:b/>
          <w:bCs/>
          <w:lang w:eastAsia="ko-KR"/>
        </w:rPr>
        <w:t>위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서울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영등포구가</w:t>
      </w:r>
      <w:r w:rsidRPr="00D033B9">
        <w:rPr>
          <w:rFonts w:eastAsia="맑은 고딕"/>
          <w:b/>
          <w:bCs/>
          <w:lang w:eastAsia="ko-KR"/>
        </w:rPr>
        <w:t xml:space="preserve"> 5</w:t>
      </w:r>
      <w:r w:rsidRPr="00D033B9">
        <w:rPr>
          <w:rFonts w:eastAsia="맑은 고딕"/>
          <w:b/>
          <w:bCs/>
          <w:lang w:eastAsia="ko-KR"/>
        </w:rPr>
        <w:t>위를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차지하며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수도권이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상위권을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대부분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차지했다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수도권을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제외하면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대전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유성구가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비수도권</w:t>
      </w:r>
      <w:r w:rsidRPr="00D033B9">
        <w:rPr>
          <w:rFonts w:eastAsia="맑은 고딕"/>
          <w:b/>
          <w:bCs/>
          <w:lang w:eastAsia="ko-KR"/>
        </w:rPr>
        <w:t xml:space="preserve"> 1</w:t>
      </w:r>
      <w:r w:rsidRPr="00D033B9">
        <w:rPr>
          <w:rFonts w:eastAsia="맑은 고딕"/>
          <w:b/>
          <w:bCs/>
          <w:lang w:eastAsia="ko-KR"/>
        </w:rPr>
        <w:t>위로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나타났다</w:t>
      </w:r>
      <w:r w:rsidRPr="00D033B9">
        <w:rPr>
          <w:rFonts w:eastAsia="맑은 고딕"/>
          <w:b/>
          <w:bCs/>
          <w:lang w:eastAsia="ko-KR"/>
        </w:rPr>
        <w:t>.</w:t>
      </w:r>
    </w:p>
    <w:p w14:paraId="1E065D6B" w14:textId="77777777" w:rsidR="00D033B9" w:rsidRPr="00D033B9" w:rsidRDefault="00D033B9" w:rsidP="00D033B9">
      <w:pPr>
        <w:rPr>
          <w:rFonts w:eastAsia="맑은 고딕"/>
          <w:b/>
          <w:bCs/>
          <w:lang w:eastAsia="ko-KR"/>
        </w:rPr>
      </w:pPr>
      <w:r w:rsidRPr="00D033B9">
        <w:rPr>
          <w:rFonts w:eastAsia="맑은 고딕"/>
          <w:b/>
          <w:bCs/>
          <w:lang w:eastAsia="ko-KR"/>
        </w:rPr>
        <w:t>이번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지수는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고용률뿐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아니라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인구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산업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구조</w:t>
      </w:r>
      <w:r w:rsidRPr="00D033B9">
        <w:rPr>
          <w:rFonts w:eastAsia="맑은 고딕"/>
          <w:b/>
          <w:bCs/>
          <w:lang w:eastAsia="ko-KR"/>
        </w:rPr>
        <w:t xml:space="preserve">(Scanning), </w:t>
      </w:r>
      <w:r w:rsidRPr="00D033B9">
        <w:rPr>
          <w:rFonts w:eastAsia="맑은 고딕"/>
          <w:b/>
          <w:bCs/>
          <w:lang w:eastAsia="ko-KR"/>
        </w:rPr>
        <w:t>고용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수준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및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안정성</w:t>
      </w:r>
      <w:r w:rsidRPr="00D033B9">
        <w:rPr>
          <w:rFonts w:eastAsia="맑은 고딕"/>
          <w:b/>
          <w:bCs/>
          <w:lang w:eastAsia="ko-KR"/>
        </w:rPr>
        <w:t xml:space="preserve">(Sensing) </w:t>
      </w:r>
      <w:r w:rsidRPr="00D033B9">
        <w:rPr>
          <w:rFonts w:eastAsia="맑은 고딕"/>
          <w:b/>
          <w:bCs/>
          <w:lang w:eastAsia="ko-KR"/>
        </w:rPr>
        <w:t>등</w:t>
      </w:r>
      <w:r w:rsidRPr="00D033B9">
        <w:rPr>
          <w:rFonts w:eastAsia="맑은 고딕"/>
          <w:b/>
          <w:bCs/>
          <w:lang w:eastAsia="ko-KR"/>
        </w:rPr>
        <w:t xml:space="preserve"> 8</w:t>
      </w:r>
      <w:r w:rsidRPr="00D033B9">
        <w:rPr>
          <w:rFonts w:eastAsia="맑은 고딕"/>
          <w:b/>
          <w:bCs/>
          <w:lang w:eastAsia="ko-KR"/>
        </w:rPr>
        <w:t>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변수를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기반으로</w:t>
      </w:r>
      <w:r w:rsidRPr="00D033B9">
        <w:rPr>
          <w:rFonts w:eastAsia="맑은 고딕"/>
          <w:b/>
          <w:bCs/>
          <w:lang w:eastAsia="ko-KR"/>
        </w:rPr>
        <w:t xml:space="preserve"> AHP </w:t>
      </w:r>
      <w:r w:rsidRPr="00D033B9">
        <w:rPr>
          <w:rFonts w:eastAsia="맑은 고딕"/>
          <w:b/>
          <w:bCs/>
          <w:lang w:eastAsia="ko-KR"/>
        </w:rPr>
        <w:t>가중치를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적용해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산출됐다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고용률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수준이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가장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중요한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변수</w:t>
      </w:r>
      <w:r w:rsidRPr="00D033B9">
        <w:rPr>
          <w:rFonts w:eastAsia="맑은 고딕"/>
          <w:b/>
          <w:bCs/>
          <w:lang w:eastAsia="ko-KR"/>
        </w:rPr>
        <w:t>(15.04%)</w:t>
      </w:r>
      <w:r w:rsidRPr="00D033B9">
        <w:rPr>
          <w:rFonts w:eastAsia="맑은 고딕"/>
          <w:b/>
          <w:bCs/>
          <w:lang w:eastAsia="ko-KR"/>
        </w:rPr>
        <w:t>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반영되었으며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고용률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추이</w:t>
      </w:r>
      <w:r w:rsidRPr="00D033B9">
        <w:rPr>
          <w:rFonts w:eastAsia="맑은 고딕"/>
          <w:b/>
          <w:bCs/>
          <w:lang w:eastAsia="ko-KR"/>
        </w:rPr>
        <w:t xml:space="preserve">, </w:t>
      </w:r>
      <w:proofErr w:type="spellStart"/>
      <w:r w:rsidRPr="00D033B9">
        <w:rPr>
          <w:rFonts w:eastAsia="맑은 고딕"/>
          <w:b/>
          <w:bCs/>
          <w:lang w:eastAsia="ko-KR"/>
        </w:rPr>
        <w:t>인구소멸위험지수</w:t>
      </w:r>
      <w:proofErr w:type="spellEnd"/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경제활동인구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등도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주요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평가요소로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포함됐다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연구진은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향후</w:t>
      </w:r>
      <w:r w:rsidRPr="00D033B9">
        <w:rPr>
          <w:rFonts w:eastAsia="맑은 고딕"/>
          <w:b/>
          <w:bCs/>
          <w:lang w:eastAsia="ko-KR"/>
        </w:rPr>
        <w:t xml:space="preserve"> 3.0 </w:t>
      </w:r>
      <w:r w:rsidRPr="00D033B9">
        <w:rPr>
          <w:rFonts w:eastAsia="맑은 고딕"/>
          <w:b/>
          <w:bCs/>
          <w:lang w:eastAsia="ko-KR"/>
        </w:rPr>
        <w:t>버전에서는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지자체의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고용정책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노력</w:t>
      </w:r>
      <w:r w:rsidRPr="00D033B9">
        <w:rPr>
          <w:rFonts w:eastAsia="맑은 고딕"/>
          <w:b/>
          <w:bCs/>
          <w:lang w:eastAsia="ko-KR"/>
        </w:rPr>
        <w:t>(Responding)</w:t>
      </w:r>
      <w:r w:rsidRPr="00D033B9">
        <w:rPr>
          <w:rFonts w:eastAsia="맑은 고딕"/>
          <w:b/>
          <w:bCs/>
          <w:lang w:eastAsia="ko-KR"/>
        </w:rPr>
        <w:t>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본격적으로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반영해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지수의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완성도를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더욱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높일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계획이라고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밝혔다</w:t>
      </w:r>
      <w:r w:rsidRPr="00D033B9">
        <w:rPr>
          <w:rFonts w:eastAsia="맑은 고딕"/>
          <w:b/>
          <w:bCs/>
          <w:lang w:eastAsia="ko-KR"/>
        </w:rPr>
        <w:t>.</w:t>
      </w:r>
    </w:p>
    <w:p w14:paraId="753A9813" w14:textId="77777777" w:rsidR="00D033B9" w:rsidRPr="00D033B9" w:rsidRDefault="00D033B9" w:rsidP="00D033B9">
      <w:pPr>
        <w:rPr>
          <w:rFonts w:eastAsia="맑은 고딕"/>
          <w:b/>
          <w:bCs/>
          <w:lang w:eastAsia="ko-KR"/>
        </w:rPr>
      </w:pPr>
      <w:r w:rsidRPr="00D033B9">
        <w:rPr>
          <w:rFonts w:eastAsia="맑은 고딕"/>
          <w:b/>
          <w:bCs/>
          <w:lang w:eastAsia="ko-KR"/>
        </w:rPr>
        <w:t>전체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분석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결과는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수도권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집중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심화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제조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항만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도시의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비수도권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강세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군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단위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지역의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안정성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유지라는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세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가지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특징으로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요약된다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市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단위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상위</w:t>
      </w:r>
      <w:r w:rsidRPr="00D033B9">
        <w:rPr>
          <w:rFonts w:eastAsia="맑은 고딕"/>
          <w:b/>
          <w:bCs/>
          <w:lang w:eastAsia="ko-KR"/>
        </w:rPr>
        <w:t xml:space="preserve"> 30</w:t>
      </w:r>
      <w:r w:rsidRPr="00D033B9">
        <w:rPr>
          <w:rFonts w:eastAsia="맑은 고딕"/>
          <w:b/>
          <w:bCs/>
          <w:lang w:eastAsia="ko-KR"/>
        </w:rPr>
        <w:t>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중</w:t>
      </w:r>
      <w:r w:rsidRPr="00D033B9">
        <w:rPr>
          <w:rFonts w:eastAsia="맑은 고딕"/>
          <w:b/>
          <w:bCs/>
          <w:lang w:eastAsia="ko-KR"/>
        </w:rPr>
        <w:t xml:space="preserve"> 21</w:t>
      </w:r>
      <w:r w:rsidRPr="00D033B9">
        <w:rPr>
          <w:rFonts w:eastAsia="맑은 고딕"/>
          <w:b/>
          <w:bCs/>
          <w:lang w:eastAsia="ko-KR"/>
        </w:rPr>
        <w:t>개가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경기도였고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단위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상위</w:t>
      </w:r>
      <w:r w:rsidRPr="00D033B9">
        <w:rPr>
          <w:rFonts w:eastAsia="맑은 고딕"/>
          <w:b/>
          <w:bCs/>
          <w:lang w:eastAsia="ko-KR"/>
        </w:rPr>
        <w:t xml:space="preserve"> 10</w:t>
      </w:r>
      <w:r w:rsidRPr="00D033B9">
        <w:rPr>
          <w:rFonts w:eastAsia="맑은 고딕"/>
          <w:b/>
          <w:bCs/>
          <w:lang w:eastAsia="ko-KR"/>
        </w:rPr>
        <w:t>곳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중</w:t>
      </w:r>
      <w:r w:rsidRPr="00D033B9">
        <w:rPr>
          <w:rFonts w:eastAsia="맑은 고딕"/>
          <w:b/>
          <w:bCs/>
          <w:lang w:eastAsia="ko-KR"/>
        </w:rPr>
        <w:t xml:space="preserve"> 6</w:t>
      </w:r>
      <w:r w:rsidRPr="00D033B9">
        <w:rPr>
          <w:rFonts w:eastAsia="맑은 고딕"/>
          <w:b/>
          <w:bCs/>
          <w:lang w:eastAsia="ko-KR"/>
        </w:rPr>
        <w:t>곳이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서울이었다는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점은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수도권으로의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편중이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구조적으로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강화되고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있음을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시사한다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반면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비수도권에서는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천안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창원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거제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여수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등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산업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기반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도시가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높은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경쟁력을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보였으며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울릉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양양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정선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등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군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단위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지역은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변동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폭이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작아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상대적으로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안정적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고용구조를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유지한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것으로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나타났다</w:t>
      </w:r>
      <w:r w:rsidRPr="00D033B9">
        <w:rPr>
          <w:rFonts w:eastAsia="맑은 고딕"/>
          <w:b/>
          <w:bCs/>
          <w:lang w:eastAsia="ko-KR"/>
        </w:rPr>
        <w:t>.</w:t>
      </w:r>
    </w:p>
    <w:p w14:paraId="63E918AC" w14:textId="77777777" w:rsidR="00D033B9" w:rsidRPr="00D033B9" w:rsidRDefault="00D033B9" w:rsidP="00D033B9">
      <w:pPr>
        <w:rPr>
          <w:rFonts w:eastAsia="맑은 고딕"/>
          <w:b/>
          <w:bCs/>
          <w:lang w:eastAsia="ko-KR"/>
        </w:rPr>
      </w:pPr>
      <w:r w:rsidRPr="00D033B9">
        <w:rPr>
          <w:rFonts w:eastAsia="맑은 고딕"/>
          <w:b/>
          <w:bCs/>
          <w:lang w:eastAsia="ko-KR"/>
        </w:rPr>
        <w:t>2024</w:t>
      </w:r>
      <w:r w:rsidRPr="00D033B9">
        <w:rPr>
          <w:rFonts w:eastAsia="맑은 고딕"/>
          <w:b/>
          <w:bCs/>
          <w:lang w:eastAsia="ko-KR"/>
        </w:rPr>
        <w:t>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기준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전국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시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군</w:t>
      </w:r>
      <w:r w:rsidRPr="00D033B9">
        <w:rPr>
          <w:rFonts w:eastAsia="맑은 고딕"/>
          <w:b/>
          <w:bCs/>
          <w:lang w:eastAsia="ko-KR"/>
        </w:rPr>
        <w:t>·</w:t>
      </w:r>
      <w:r w:rsidRPr="00D033B9">
        <w:rPr>
          <w:rFonts w:eastAsia="맑은 고딕"/>
          <w:b/>
          <w:bCs/>
          <w:lang w:eastAsia="ko-KR"/>
        </w:rPr>
        <w:t>구의</w:t>
      </w:r>
      <w:r w:rsidRPr="00D033B9">
        <w:rPr>
          <w:rFonts w:eastAsia="맑은 고딕"/>
          <w:b/>
          <w:bCs/>
          <w:lang w:eastAsia="ko-KR"/>
        </w:rPr>
        <w:t xml:space="preserve"> 56.8%</w:t>
      </w:r>
      <w:r w:rsidRPr="00D033B9">
        <w:rPr>
          <w:rFonts w:eastAsia="맑은 고딕"/>
          <w:b/>
          <w:bCs/>
          <w:lang w:eastAsia="ko-KR"/>
        </w:rPr>
        <w:t>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인구소멸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위험지역으로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분류되는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가운데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지역고용지수는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각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지자체의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기반을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진단하는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중요한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정책지표로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주목받고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있다</w:t>
      </w:r>
      <w:r w:rsidRPr="00D033B9">
        <w:rPr>
          <w:rFonts w:eastAsia="맑은 고딕"/>
          <w:b/>
          <w:bCs/>
          <w:lang w:eastAsia="ko-KR"/>
        </w:rPr>
        <w:t xml:space="preserve">. </w:t>
      </w:r>
      <w:r w:rsidRPr="00D033B9">
        <w:rPr>
          <w:rFonts w:eastAsia="맑은 고딕"/>
          <w:b/>
          <w:bCs/>
          <w:lang w:eastAsia="ko-KR"/>
        </w:rPr>
        <w:t>임효창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한국고용진흥협회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회장은</w:t>
      </w:r>
      <w:r w:rsidRPr="00D033B9">
        <w:rPr>
          <w:rFonts w:eastAsia="맑은 고딕"/>
          <w:b/>
          <w:bCs/>
          <w:lang w:eastAsia="ko-KR"/>
        </w:rPr>
        <w:t xml:space="preserve"> “</w:t>
      </w:r>
      <w:r w:rsidRPr="00D033B9">
        <w:rPr>
          <w:rFonts w:eastAsia="맑은 고딕"/>
          <w:b/>
          <w:bCs/>
          <w:lang w:eastAsia="ko-KR"/>
        </w:rPr>
        <w:t>지역의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무너지면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인구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유지가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불가능해지고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결국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지역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소멸로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이어진다</w:t>
      </w:r>
      <w:r w:rsidRPr="00D033B9">
        <w:rPr>
          <w:rFonts w:eastAsia="맑은 고딕"/>
          <w:b/>
          <w:bCs/>
          <w:lang w:eastAsia="ko-KR"/>
        </w:rPr>
        <w:t>”</w:t>
      </w:r>
      <w:proofErr w:type="spellStart"/>
      <w:r w:rsidRPr="00D033B9">
        <w:rPr>
          <w:rFonts w:eastAsia="맑은 고딕"/>
          <w:b/>
          <w:bCs/>
          <w:lang w:eastAsia="ko-KR"/>
        </w:rPr>
        <w:t>며</w:t>
      </w:r>
      <w:proofErr w:type="spellEnd"/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지역고용지수의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활용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필요성을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강조했다</w:t>
      </w:r>
      <w:r w:rsidRPr="00D033B9">
        <w:rPr>
          <w:rFonts w:eastAsia="맑은 고딕"/>
          <w:b/>
          <w:bCs/>
          <w:lang w:eastAsia="ko-KR"/>
        </w:rPr>
        <w:t>.</w:t>
      </w:r>
    </w:p>
    <w:p w14:paraId="00645D6C" w14:textId="77777777" w:rsidR="00D033B9" w:rsidRPr="00D033B9" w:rsidRDefault="00D033B9" w:rsidP="00D033B9">
      <w:pPr>
        <w:rPr>
          <w:rFonts w:eastAsia="맑은 고딕"/>
          <w:b/>
          <w:bCs/>
          <w:lang w:eastAsia="ko-KR"/>
        </w:rPr>
      </w:pPr>
      <w:r w:rsidRPr="00D033B9">
        <w:rPr>
          <w:rFonts w:eastAsia="맑은 고딕"/>
          <w:b/>
          <w:bCs/>
          <w:lang w:eastAsia="ko-KR"/>
        </w:rPr>
        <w:t>이번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지역고용지수</w:t>
      </w:r>
      <w:r w:rsidRPr="00D033B9">
        <w:rPr>
          <w:rFonts w:eastAsia="맑은 고딕"/>
          <w:b/>
          <w:bCs/>
          <w:lang w:eastAsia="ko-KR"/>
        </w:rPr>
        <w:t xml:space="preserve"> 2.0</w:t>
      </w:r>
      <w:r w:rsidRPr="00D033B9">
        <w:rPr>
          <w:rFonts w:eastAsia="맑은 고딕"/>
          <w:b/>
          <w:bCs/>
          <w:lang w:eastAsia="ko-KR"/>
        </w:rPr>
        <w:t>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지역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격차를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객관적으로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확인할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있는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정책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역할을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수행하며</w:t>
      </w:r>
      <w:r w:rsidRPr="00D033B9">
        <w:rPr>
          <w:rFonts w:eastAsia="맑은 고딕"/>
          <w:b/>
          <w:bCs/>
          <w:lang w:eastAsia="ko-KR"/>
        </w:rPr>
        <w:t xml:space="preserve">, </w:t>
      </w:r>
      <w:r w:rsidRPr="00D033B9">
        <w:rPr>
          <w:rFonts w:eastAsia="맑은 고딕"/>
          <w:b/>
          <w:bCs/>
          <w:lang w:eastAsia="ko-KR"/>
        </w:rPr>
        <w:t>향후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지자체의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고용정책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설계와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국가균형발전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전략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수립에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중요한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기초자료로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활용될</w:t>
      </w:r>
      <w:r w:rsidRPr="00D033B9">
        <w:rPr>
          <w:rFonts w:eastAsia="맑은 고딕"/>
          <w:b/>
          <w:bCs/>
          <w:lang w:eastAsia="ko-KR"/>
        </w:rPr>
        <w:t xml:space="preserve"> </w:t>
      </w:r>
      <w:r w:rsidRPr="00D033B9">
        <w:rPr>
          <w:rFonts w:eastAsia="맑은 고딕"/>
          <w:b/>
          <w:bCs/>
          <w:lang w:eastAsia="ko-KR"/>
        </w:rPr>
        <w:t>전망이다</w:t>
      </w:r>
      <w:r w:rsidRPr="00D033B9">
        <w:rPr>
          <w:rFonts w:eastAsia="맑은 고딕"/>
          <w:b/>
          <w:bCs/>
          <w:lang w:eastAsia="ko-KR"/>
        </w:rPr>
        <w:t>.</w:t>
      </w:r>
    </w:p>
    <w:p w14:paraId="401E87BE" w14:textId="77777777" w:rsidR="004A3F62" w:rsidRPr="00D033B9" w:rsidRDefault="004A3F62">
      <w:pPr>
        <w:rPr>
          <w:rFonts w:eastAsia="맑은 고딕"/>
          <w:lang w:eastAsia="ko-KR"/>
        </w:rPr>
      </w:pPr>
    </w:p>
    <w:p w14:paraId="364A7598" w14:textId="77777777" w:rsidR="004A3F62" w:rsidRDefault="004A3F62">
      <w:pPr>
        <w:rPr>
          <w:rFonts w:eastAsia="맑은 고딕"/>
          <w:lang w:eastAsia="ko-KR"/>
        </w:rPr>
      </w:pPr>
    </w:p>
    <w:p w14:paraId="25DCDE31" w14:textId="77777777" w:rsidR="004A3F62" w:rsidRDefault="004A3F62">
      <w:pPr>
        <w:rPr>
          <w:rFonts w:eastAsia="맑은 고딕"/>
          <w:lang w:eastAsia="ko-KR"/>
        </w:rPr>
      </w:pPr>
    </w:p>
    <w:p w14:paraId="58BBF22B" w14:textId="4A918938" w:rsidR="004A3F62" w:rsidRDefault="004A3F62">
      <w:pPr>
        <w:rPr>
          <w:rFonts w:eastAsia="맑은 고딕" w:hint="eastAsia"/>
          <w:lang w:eastAsia="ko-KR"/>
        </w:rPr>
      </w:pPr>
      <w:r>
        <w:rPr>
          <w:rFonts w:eastAsia="맑은 고딕" w:hint="eastAsia"/>
          <w:lang w:eastAsia="ko-KR"/>
        </w:rPr>
        <w:t>(</w:t>
      </w:r>
      <w:r>
        <w:rPr>
          <w:rFonts w:eastAsia="맑은 고딕" w:hint="eastAsia"/>
          <w:lang w:eastAsia="ko-KR"/>
        </w:rPr>
        <w:t>위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요약된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보도자료에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대한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상세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내용은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아래와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같습니다</w:t>
      </w:r>
      <w:r>
        <w:rPr>
          <w:rFonts w:eastAsia="맑은 고딕" w:hint="eastAsia"/>
          <w:lang w:eastAsia="ko-KR"/>
        </w:rPr>
        <w:t>)</w:t>
      </w:r>
    </w:p>
    <w:p w14:paraId="33C1BE06" w14:textId="5D4F260D" w:rsidR="00617C89" w:rsidRPr="00617C89" w:rsidRDefault="00617C89" w:rsidP="00617C89">
      <w:pPr>
        <w:rPr>
          <w:rFonts w:eastAsia="맑은 고딕"/>
          <w:b/>
          <w:bCs/>
          <w:lang w:eastAsia="ko-KR"/>
        </w:rPr>
      </w:pPr>
      <w:proofErr w:type="spellStart"/>
      <w:r w:rsidRPr="00617C89">
        <w:rPr>
          <w:rFonts w:ascii="맑은 고딕" w:eastAsia="맑은 고딕" w:hAnsi="맑은 고딕" w:cs="맑은 고딕" w:hint="eastAsia"/>
          <w:b/>
          <w:bCs/>
          <w:lang w:eastAsia="ko-KR"/>
        </w:rPr>
        <w:lastRenderedPageBreak/>
        <w:t>Ⅰ</w:t>
      </w:r>
      <w:proofErr w:type="spellEnd"/>
      <w:r w:rsidRPr="00617C89">
        <w:rPr>
          <w:rFonts w:eastAsia="맑은 고딕"/>
          <w:b/>
          <w:bCs/>
          <w:lang w:eastAsia="ko-KR"/>
        </w:rPr>
        <w:t>. “</w:t>
      </w:r>
      <w:r w:rsidRPr="00617C89">
        <w:rPr>
          <w:rFonts w:eastAsia="맑은 고딕"/>
          <w:b/>
          <w:bCs/>
          <w:lang w:eastAsia="ko-KR"/>
        </w:rPr>
        <w:t>지역이</w:t>
      </w:r>
      <w:r w:rsidRPr="00617C89">
        <w:rPr>
          <w:rFonts w:eastAsia="맑은 고딕"/>
          <w:b/>
          <w:bCs/>
          <w:lang w:eastAsia="ko-KR"/>
        </w:rPr>
        <w:t xml:space="preserve"> </w:t>
      </w:r>
      <w:r w:rsidRPr="00617C89">
        <w:rPr>
          <w:rFonts w:eastAsia="맑은 고딕"/>
          <w:b/>
          <w:bCs/>
          <w:lang w:eastAsia="ko-KR"/>
        </w:rPr>
        <w:t>살아야</w:t>
      </w:r>
      <w:r w:rsidRPr="00617C89">
        <w:rPr>
          <w:rFonts w:eastAsia="맑은 고딕"/>
          <w:b/>
          <w:bCs/>
          <w:lang w:eastAsia="ko-KR"/>
        </w:rPr>
        <w:t xml:space="preserve"> </w:t>
      </w:r>
      <w:r w:rsidRPr="00617C89">
        <w:rPr>
          <w:rFonts w:eastAsia="맑은 고딕"/>
          <w:b/>
          <w:bCs/>
          <w:lang w:eastAsia="ko-KR"/>
        </w:rPr>
        <w:t>나라가</w:t>
      </w:r>
      <w:r w:rsidRPr="00617C89">
        <w:rPr>
          <w:rFonts w:eastAsia="맑은 고딕"/>
          <w:b/>
          <w:bCs/>
          <w:lang w:eastAsia="ko-KR"/>
        </w:rPr>
        <w:t xml:space="preserve"> </w:t>
      </w:r>
      <w:r w:rsidRPr="00617C89">
        <w:rPr>
          <w:rFonts w:eastAsia="맑은 고딕"/>
          <w:b/>
          <w:bCs/>
          <w:lang w:eastAsia="ko-KR"/>
        </w:rPr>
        <w:t>산다</w:t>
      </w:r>
      <w:r w:rsidRPr="00617C89">
        <w:rPr>
          <w:rFonts w:eastAsia="맑은 고딕"/>
          <w:b/>
          <w:bCs/>
          <w:lang w:eastAsia="ko-KR"/>
        </w:rPr>
        <w:t>”</w:t>
      </w:r>
    </w:p>
    <w:p w14:paraId="37822860" w14:textId="0B1A69FF" w:rsidR="00617C89" w:rsidRPr="00AA7B37" w:rsidRDefault="00617C89" w:rsidP="00617C89">
      <w:pPr>
        <w:rPr>
          <w:rFonts w:eastAsia="맑은 고딕"/>
          <w:lang w:eastAsia="ko-KR"/>
        </w:rPr>
      </w:pPr>
      <w:r w:rsidRPr="00617C89">
        <w:rPr>
          <w:rFonts w:eastAsia="맑은 고딕"/>
          <w:lang w:eastAsia="ko-KR"/>
        </w:rPr>
        <w:t>11</w:t>
      </w:r>
      <w:r w:rsidRPr="00617C89">
        <w:rPr>
          <w:rFonts w:eastAsia="맑은 고딕"/>
          <w:lang w:eastAsia="ko-KR"/>
        </w:rPr>
        <w:t>월</w:t>
      </w:r>
      <w:r w:rsidRPr="00617C89">
        <w:rPr>
          <w:rFonts w:eastAsia="맑은 고딕"/>
          <w:lang w:eastAsia="ko-KR"/>
        </w:rPr>
        <w:t xml:space="preserve"> 21</w:t>
      </w:r>
      <w:r w:rsidRPr="00617C89">
        <w:rPr>
          <w:rFonts w:eastAsia="맑은 고딕"/>
          <w:lang w:eastAsia="ko-KR"/>
        </w:rPr>
        <w:t>일</w:t>
      </w:r>
      <w:r w:rsidRPr="00617C89">
        <w:rPr>
          <w:rFonts w:eastAsia="맑은 고딕"/>
          <w:lang w:eastAsia="ko-KR"/>
        </w:rPr>
        <w:t xml:space="preserve">, </w:t>
      </w:r>
      <w:r w:rsidRPr="00617C89">
        <w:rPr>
          <w:rFonts w:eastAsia="맑은 고딕"/>
          <w:lang w:eastAsia="ko-KR"/>
        </w:rPr>
        <w:t>국회에서</w:t>
      </w:r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개최된</w:t>
      </w:r>
      <w:r w:rsidRPr="00617C89">
        <w:rPr>
          <w:rFonts w:eastAsia="맑은 고딕"/>
          <w:lang w:eastAsia="ko-KR"/>
        </w:rPr>
        <w:t xml:space="preserve"> 2025 </w:t>
      </w:r>
      <w:r w:rsidRPr="00617C89">
        <w:rPr>
          <w:rFonts w:eastAsia="맑은 고딕"/>
          <w:lang w:eastAsia="ko-KR"/>
        </w:rPr>
        <w:t>한국고용포럼에서</w:t>
      </w:r>
      <w:r w:rsidRPr="00617C89">
        <w:rPr>
          <w:rFonts w:eastAsia="맑은 고딕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지역고용지수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분석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결과가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발표되었다</w:t>
      </w:r>
      <w:r>
        <w:rPr>
          <w:rFonts w:eastAsia="맑은 고딕" w:hint="eastAsia"/>
          <w:lang w:eastAsia="ko-KR"/>
        </w:rPr>
        <w:t xml:space="preserve">. </w:t>
      </w:r>
      <w:r>
        <w:rPr>
          <w:rFonts w:eastAsia="맑은 고딕" w:hint="eastAsia"/>
          <w:lang w:eastAsia="ko-KR"/>
        </w:rPr>
        <w:t>지역고용지수는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한국고용진흥협회가</w:t>
      </w:r>
      <w:r>
        <w:rPr>
          <w:rFonts w:eastAsia="맑은 고딕" w:hint="eastAsia"/>
          <w:lang w:eastAsia="ko-KR"/>
        </w:rPr>
        <w:t xml:space="preserve"> 2024</w:t>
      </w:r>
      <w:r>
        <w:rPr>
          <w:rFonts w:eastAsia="맑은 고딕" w:hint="eastAsia"/>
          <w:lang w:eastAsia="ko-KR"/>
        </w:rPr>
        <w:t>년에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처음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개발한</w:t>
      </w:r>
      <w:r>
        <w:rPr>
          <w:rFonts w:eastAsia="맑은 고딕" w:hint="eastAsia"/>
          <w:lang w:eastAsia="ko-KR"/>
        </w:rPr>
        <w:t xml:space="preserve"> </w:t>
      </w:r>
      <w:proofErr w:type="gramStart"/>
      <w:r>
        <w:rPr>
          <w:rFonts w:eastAsia="맑은 고딕" w:hint="eastAsia"/>
          <w:lang w:eastAsia="ko-KR"/>
        </w:rPr>
        <w:t>지수로</w:t>
      </w:r>
      <w:r>
        <w:rPr>
          <w:rFonts w:eastAsia="맑은 고딕" w:hint="eastAsia"/>
          <w:lang w:eastAsia="ko-KR"/>
        </w:rPr>
        <w:t xml:space="preserve">  </w:t>
      </w:r>
      <w:r w:rsidRPr="00617C89">
        <w:rPr>
          <w:rFonts w:eastAsia="맑은 고딕"/>
          <w:lang w:eastAsia="ko-KR"/>
        </w:rPr>
        <w:t>전국의</w:t>
      </w:r>
      <w:proofErr w:type="gramEnd"/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고용</w:t>
      </w:r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여건을</w:t>
      </w:r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단일</w:t>
      </w:r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지표로</w:t>
      </w:r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비교할</w:t>
      </w:r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수</w:t>
      </w:r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있도록</w:t>
      </w:r>
      <w:r w:rsidRPr="00617C89">
        <w:rPr>
          <w:rFonts w:eastAsia="맑은 고딕"/>
          <w:lang w:eastAsia="ko-KR"/>
        </w:rPr>
        <w:t xml:space="preserve"> </w:t>
      </w:r>
      <w:proofErr w:type="gramStart"/>
      <w:r w:rsidRPr="00617C89">
        <w:rPr>
          <w:rFonts w:eastAsia="맑은 고딕"/>
          <w:lang w:eastAsia="ko-KR"/>
        </w:rPr>
        <w:t>설계된</w:t>
      </w:r>
      <w:r w:rsidRPr="00617C89">
        <w:rPr>
          <w:rFonts w:eastAsia="맑은 고딕"/>
          <w:lang w:eastAsia="ko-KR"/>
        </w:rPr>
        <w:t xml:space="preserve">  </w:t>
      </w:r>
      <w:r w:rsidRPr="00617C89">
        <w:rPr>
          <w:rFonts w:eastAsia="맑은 고딕"/>
          <w:lang w:eastAsia="ko-KR"/>
        </w:rPr>
        <w:t>종합</w:t>
      </w:r>
      <w:proofErr w:type="gramEnd"/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고용지수</w:t>
      </w:r>
      <w:r>
        <w:rPr>
          <w:rFonts w:eastAsia="맑은 고딕" w:hint="eastAsia"/>
          <w:lang w:eastAsia="ko-KR"/>
        </w:rPr>
        <w:t>이다</w:t>
      </w:r>
      <w:r>
        <w:rPr>
          <w:rFonts w:eastAsia="맑은 고딕" w:hint="eastAsia"/>
          <w:lang w:eastAsia="ko-KR"/>
        </w:rPr>
        <w:t xml:space="preserve">. </w:t>
      </w:r>
      <w:r>
        <w:rPr>
          <w:rFonts w:eastAsia="맑은 고딕" w:hint="eastAsia"/>
          <w:lang w:eastAsia="ko-KR"/>
        </w:rPr>
        <w:t>올해에는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임효창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서울여대</w:t>
      </w:r>
      <w:r>
        <w:rPr>
          <w:rFonts w:eastAsia="맑은 고딕" w:hint="eastAsia"/>
          <w:lang w:eastAsia="ko-KR"/>
        </w:rPr>
        <w:t xml:space="preserve"> </w:t>
      </w:r>
      <w:r w:rsidRPr="00AA7B37">
        <w:rPr>
          <w:rFonts w:eastAsia="맑은 고딕" w:hint="eastAsia"/>
          <w:lang w:eastAsia="ko-KR"/>
        </w:rPr>
        <w:t>교수</w:t>
      </w:r>
      <w:r w:rsidRPr="00AA7B37">
        <w:rPr>
          <w:rFonts w:eastAsia="맑은 고딕" w:hint="eastAsia"/>
          <w:lang w:eastAsia="ko-KR"/>
        </w:rPr>
        <w:t>(</w:t>
      </w:r>
      <w:r w:rsidRPr="00AA7B37">
        <w:rPr>
          <w:rFonts w:eastAsia="맑은 고딕" w:hint="eastAsia"/>
          <w:lang w:eastAsia="ko-KR"/>
        </w:rPr>
        <w:t>한국고용진흥협회</w:t>
      </w:r>
      <w:r w:rsidRPr="00AA7B37">
        <w:rPr>
          <w:rFonts w:eastAsia="맑은 고딕" w:hint="eastAsia"/>
          <w:lang w:eastAsia="ko-KR"/>
        </w:rPr>
        <w:t xml:space="preserve"> </w:t>
      </w:r>
      <w:r w:rsidRPr="00AA7B37">
        <w:rPr>
          <w:rFonts w:eastAsia="맑은 고딕" w:hint="eastAsia"/>
          <w:lang w:eastAsia="ko-KR"/>
        </w:rPr>
        <w:t>회장</w:t>
      </w:r>
      <w:r w:rsidRPr="00AA7B37">
        <w:rPr>
          <w:rFonts w:eastAsia="맑은 고딕" w:hint="eastAsia"/>
          <w:lang w:eastAsia="ko-KR"/>
        </w:rPr>
        <w:t>)</w:t>
      </w:r>
      <w:r w:rsidRPr="00AA7B37">
        <w:rPr>
          <w:rFonts w:eastAsia="맑은 고딕" w:hint="eastAsia"/>
          <w:lang w:eastAsia="ko-KR"/>
        </w:rPr>
        <w:t>와</w:t>
      </w:r>
      <w:r w:rsidRPr="00AA7B37">
        <w:rPr>
          <w:rFonts w:eastAsia="맑은 고딕" w:hint="eastAsia"/>
          <w:lang w:eastAsia="ko-KR"/>
        </w:rPr>
        <w:t xml:space="preserve"> </w:t>
      </w:r>
      <w:r w:rsidRPr="00AA7B37">
        <w:rPr>
          <w:rFonts w:eastAsia="맑은 고딕" w:hint="eastAsia"/>
          <w:lang w:eastAsia="ko-KR"/>
        </w:rPr>
        <w:t>한승헌</w:t>
      </w:r>
      <w:r w:rsidRPr="00AA7B37">
        <w:rPr>
          <w:rFonts w:eastAsia="맑은 고딕" w:hint="eastAsia"/>
          <w:lang w:eastAsia="ko-KR"/>
        </w:rPr>
        <w:t xml:space="preserve"> </w:t>
      </w:r>
      <w:r w:rsidRPr="00AA7B37">
        <w:rPr>
          <w:rFonts w:eastAsia="맑은 고딕" w:hint="eastAsia"/>
          <w:lang w:eastAsia="ko-KR"/>
        </w:rPr>
        <w:t>한국지역경영원</w:t>
      </w:r>
      <w:r w:rsidRPr="00AA7B37">
        <w:rPr>
          <w:rFonts w:eastAsia="맑은 고딕" w:hint="eastAsia"/>
          <w:lang w:eastAsia="ko-KR"/>
        </w:rPr>
        <w:t xml:space="preserve"> </w:t>
      </w:r>
      <w:r w:rsidRPr="00AA7B37">
        <w:rPr>
          <w:rFonts w:eastAsia="맑은 고딕" w:hint="eastAsia"/>
          <w:lang w:eastAsia="ko-KR"/>
        </w:rPr>
        <w:t>단장이</w:t>
      </w:r>
      <w:r w:rsidRPr="00AA7B37">
        <w:rPr>
          <w:rFonts w:eastAsia="맑은 고딕" w:hint="eastAsia"/>
          <w:lang w:eastAsia="ko-KR"/>
        </w:rPr>
        <w:t xml:space="preserve"> </w:t>
      </w:r>
      <w:r w:rsidRPr="00AA7B37">
        <w:rPr>
          <w:rFonts w:eastAsia="맑은 고딕" w:hint="eastAsia"/>
          <w:lang w:eastAsia="ko-KR"/>
        </w:rPr>
        <w:t>공동연구를</w:t>
      </w:r>
      <w:r w:rsidRPr="00AA7B37">
        <w:rPr>
          <w:rFonts w:eastAsia="맑은 고딕" w:hint="eastAsia"/>
          <w:lang w:eastAsia="ko-KR"/>
        </w:rPr>
        <w:t xml:space="preserve"> </w:t>
      </w:r>
      <w:r w:rsidRPr="00AA7B37">
        <w:rPr>
          <w:rFonts w:eastAsia="맑은 고딕" w:hint="eastAsia"/>
          <w:lang w:eastAsia="ko-KR"/>
        </w:rPr>
        <w:t>하였으며</w:t>
      </w:r>
      <w:r w:rsidRPr="00AA7B37">
        <w:rPr>
          <w:rFonts w:eastAsia="맑은 고딕" w:hint="eastAsia"/>
          <w:lang w:eastAsia="ko-KR"/>
        </w:rPr>
        <w:t xml:space="preserve">, </w:t>
      </w:r>
      <w:r w:rsidRPr="00AA7B37">
        <w:rPr>
          <w:rFonts w:eastAsia="맑은 고딕"/>
          <w:lang w:eastAsia="ko-KR"/>
        </w:rPr>
        <w:t>전국</w:t>
      </w:r>
      <w:r w:rsidRPr="00AA7B37">
        <w:rPr>
          <w:rFonts w:eastAsia="맑은 고딕"/>
          <w:lang w:eastAsia="ko-KR"/>
        </w:rPr>
        <w:t xml:space="preserve"> 252</w:t>
      </w:r>
      <w:r w:rsidRPr="00AA7B37">
        <w:rPr>
          <w:rFonts w:eastAsia="맑은 고딕"/>
          <w:lang w:eastAsia="ko-KR"/>
        </w:rPr>
        <w:t>개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지자체를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대상으로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한</w:t>
      </w:r>
      <w:r w:rsidRPr="00AA7B37">
        <w:rPr>
          <w:rFonts w:eastAsia="맑은 고딕"/>
          <w:lang w:eastAsia="ko-KR"/>
        </w:rPr>
        <w:t xml:space="preserve"> ‘</w:t>
      </w:r>
      <w:r w:rsidRPr="00AA7B37">
        <w:rPr>
          <w:rFonts w:eastAsia="맑은 고딕"/>
          <w:lang w:eastAsia="ko-KR"/>
        </w:rPr>
        <w:t>지역고용지수</w:t>
      </w:r>
      <w:r w:rsidRPr="00AA7B37">
        <w:rPr>
          <w:rFonts w:eastAsia="맑은 고딕"/>
          <w:lang w:eastAsia="ko-KR"/>
        </w:rPr>
        <w:t xml:space="preserve"> 2.0’ </w:t>
      </w:r>
      <w:r w:rsidRPr="00AA7B37">
        <w:rPr>
          <w:rFonts w:eastAsia="맑은 고딕"/>
          <w:lang w:eastAsia="ko-KR"/>
        </w:rPr>
        <w:t>평가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결과를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공식</w:t>
      </w:r>
      <w:r w:rsidRPr="00AA7B37">
        <w:rPr>
          <w:rFonts w:eastAsia="맑은 고딕"/>
          <w:lang w:eastAsia="ko-KR"/>
        </w:rPr>
        <w:t xml:space="preserve"> </w:t>
      </w:r>
      <w:proofErr w:type="gramStart"/>
      <w:r w:rsidRPr="00AA7B37">
        <w:rPr>
          <w:rFonts w:eastAsia="맑은 고딕"/>
          <w:lang w:eastAsia="ko-KR"/>
        </w:rPr>
        <w:t>발표했다</w:t>
      </w:r>
      <w:r w:rsidRPr="00AA7B37">
        <w:rPr>
          <w:rFonts w:eastAsia="맑은 고딕"/>
          <w:lang w:eastAsia="ko-KR"/>
        </w:rPr>
        <w:t>..</w:t>
      </w:r>
      <w:proofErr w:type="gramEnd"/>
    </w:p>
    <w:p w14:paraId="68D95503" w14:textId="0E6E4E2B" w:rsidR="00617C89" w:rsidRDefault="00617C89" w:rsidP="00617C89">
      <w:pPr>
        <w:rPr>
          <w:rFonts w:eastAsia="맑은 고딕"/>
          <w:lang w:eastAsia="ko-KR"/>
        </w:rPr>
      </w:pPr>
      <w:r w:rsidRPr="00AA7B37">
        <w:rPr>
          <w:rFonts w:eastAsia="맑은 고딕"/>
          <w:lang w:eastAsia="ko-KR"/>
        </w:rPr>
        <w:t>평가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결과</w:t>
      </w:r>
      <w:r w:rsidRPr="00AA7B37">
        <w:rPr>
          <w:rFonts w:eastAsia="맑은 고딕"/>
          <w:lang w:eastAsia="ko-KR"/>
        </w:rPr>
        <w:t xml:space="preserve">, </w:t>
      </w:r>
      <w:r w:rsidRPr="00AA7B37">
        <w:rPr>
          <w:rFonts w:eastAsia="맑은 고딕"/>
          <w:lang w:eastAsia="ko-KR"/>
        </w:rPr>
        <w:t>市</w:t>
      </w:r>
      <w:r w:rsidRPr="00AA7B37">
        <w:rPr>
          <w:rFonts w:eastAsia="맑은 고딕"/>
          <w:lang w:eastAsia="ko-KR"/>
        </w:rPr>
        <w:t>(</w:t>
      </w:r>
      <w:r w:rsidRPr="00AA7B37">
        <w:rPr>
          <w:rFonts w:eastAsia="맑은 고딕"/>
          <w:lang w:eastAsia="ko-KR"/>
        </w:rPr>
        <w:t>광역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제외</w:t>
      </w:r>
      <w:r w:rsidRPr="00AA7B37">
        <w:rPr>
          <w:rFonts w:eastAsia="맑은 고딕"/>
          <w:lang w:eastAsia="ko-KR"/>
        </w:rPr>
        <w:t xml:space="preserve">) </w:t>
      </w:r>
      <w:r w:rsidRPr="00AA7B37">
        <w:rPr>
          <w:rFonts w:eastAsia="맑은 고딕"/>
          <w:lang w:eastAsia="ko-KR"/>
        </w:rPr>
        <w:t>단위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종합</w:t>
      </w:r>
      <w:r w:rsidRPr="00AA7B37">
        <w:rPr>
          <w:rFonts w:eastAsia="맑은 고딕"/>
          <w:lang w:eastAsia="ko-KR"/>
        </w:rPr>
        <w:t xml:space="preserve"> 1</w:t>
      </w:r>
      <w:r w:rsidRPr="00AA7B37">
        <w:rPr>
          <w:rFonts w:eastAsia="맑은 고딕"/>
          <w:lang w:eastAsia="ko-KR"/>
        </w:rPr>
        <w:t>위는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경기도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화성시</w:t>
      </w:r>
      <w:r w:rsidRPr="00AA7B37">
        <w:rPr>
          <w:rFonts w:eastAsia="맑은 고딕"/>
          <w:lang w:eastAsia="ko-KR"/>
        </w:rPr>
        <w:t xml:space="preserve">, </w:t>
      </w:r>
      <w:r w:rsidRPr="00AA7B37">
        <w:rPr>
          <w:rFonts w:eastAsia="맑은 고딕"/>
          <w:lang w:eastAsia="ko-KR"/>
        </w:rPr>
        <w:t>비수도권</w:t>
      </w:r>
      <w:r w:rsidRPr="00AA7B37">
        <w:rPr>
          <w:rFonts w:eastAsia="맑은 고딕"/>
          <w:lang w:eastAsia="ko-KR"/>
        </w:rPr>
        <w:t xml:space="preserve"> 1</w:t>
      </w:r>
      <w:r w:rsidRPr="00AA7B37">
        <w:rPr>
          <w:rFonts w:eastAsia="맑은 고딕"/>
          <w:lang w:eastAsia="ko-KR"/>
        </w:rPr>
        <w:t>위는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충남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천안시</w:t>
      </w:r>
      <w:r w:rsidRPr="00AA7B37">
        <w:rPr>
          <w:rFonts w:eastAsia="맑은 고딕"/>
          <w:lang w:eastAsia="ko-KR"/>
        </w:rPr>
        <w:t xml:space="preserve">, </w:t>
      </w:r>
      <w:r w:rsidRPr="00AA7B37">
        <w:rPr>
          <w:rFonts w:eastAsia="맑은 고딕"/>
          <w:lang w:eastAsia="ko-KR"/>
        </w:rPr>
        <w:t>郡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단위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종합</w:t>
      </w:r>
      <w:r w:rsidRPr="00AA7B37">
        <w:rPr>
          <w:rFonts w:eastAsia="맑은 고딕"/>
          <w:lang w:eastAsia="ko-KR"/>
        </w:rPr>
        <w:t xml:space="preserve"> 1</w:t>
      </w:r>
      <w:r w:rsidRPr="00AA7B37">
        <w:rPr>
          <w:rFonts w:eastAsia="맑은 고딕"/>
          <w:lang w:eastAsia="ko-KR"/>
        </w:rPr>
        <w:t>위는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대구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달성군</w:t>
      </w:r>
      <w:r w:rsidRPr="00AA7B37">
        <w:rPr>
          <w:rFonts w:eastAsia="맑은 고딕"/>
          <w:lang w:eastAsia="ko-KR"/>
        </w:rPr>
        <w:t xml:space="preserve">, </w:t>
      </w:r>
      <w:r w:rsidRPr="00AA7B37">
        <w:rPr>
          <w:rFonts w:eastAsia="맑은 고딕"/>
          <w:lang w:eastAsia="ko-KR"/>
        </w:rPr>
        <w:t>區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단위</w:t>
      </w:r>
      <w:r w:rsidRPr="00AA7B37">
        <w:rPr>
          <w:rFonts w:eastAsia="맑은 고딕"/>
          <w:lang w:eastAsia="ko-KR"/>
        </w:rPr>
        <w:t xml:space="preserve"> 1</w:t>
      </w:r>
      <w:r w:rsidRPr="00AA7B37">
        <w:rPr>
          <w:rFonts w:eastAsia="맑은 고딕"/>
          <w:lang w:eastAsia="ko-KR"/>
        </w:rPr>
        <w:t>위는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인천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계양구가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각각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차지했다</w:t>
      </w:r>
      <w:r w:rsidRPr="00AA7B37">
        <w:rPr>
          <w:rFonts w:eastAsia="맑은 고딕"/>
          <w:lang w:eastAsia="ko-KR"/>
        </w:rPr>
        <w:t>.</w:t>
      </w:r>
      <w:r w:rsidR="009911C9" w:rsidRPr="00AA7B37">
        <w:rPr>
          <w:rFonts w:eastAsia="맑은 고딕" w:hint="eastAsia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이는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지역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간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산업구조</w:t>
      </w:r>
      <w:r w:rsidRPr="00AA7B37">
        <w:rPr>
          <w:rFonts w:eastAsia="맑은 고딕"/>
          <w:lang w:eastAsia="ko-KR"/>
        </w:rPr>
        <w:t xml:space="preserve">, </w:t>
      </w:r>
      <w:r w:rsidRPr="00AA7B37">
        <w:rPr>
          <w:rFonts w:eastAsia="맑은 고딕"/>
          <w:lang w:eastAsia="ko-KR"/>
        </w:rPr>
        <w:t>경제활동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규모</w:t>
      </w:r>
      <w:r w:rsidRPr="00AA7B37">
        <w:rPr>
          <w:rFonts w:eastAsia="맑은 고딕"/>
          <w:lang w:eastAsia="ko-KR"/>
        </w:rPr>
        <w:t xml:space="preserve">, </w:t>
      </w:r>
      <w:r w:rsidRPr="00AA7B37">
        <w:rPr>
          <w:rFonts w:eastAsia="맑은 고딕"/>
          <w:lang w:eastAsia="ko-KR"/>
        </w:rPr>
        <w:t>인구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흐름</w:t>
      </w:r>
      <w:r w:rsidRPr="00AA7B37">
        <w:rPr>
          <w:rFonts w:eastAsia="맑은 고딕"/>
          <w:lang w:eastAsia="ko-KR"/>
        </w:rPr>
        <w:t xml:space="preserve">, </w:t>
      </w:r>
      <w:r w:rsidRPr="00AA7B37">
        <w:rPr>
          <w:rFonts w:eastAsia="맑은 고딕"/>
          <w:lang w:eastAsia="ko-KR"/>
        </w:rPr>
        <w:t>고용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안정성의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차이를</w:t>
      </w:r>
      <w:r w:rsidRPr="00AA7B37">
        <w:rPr>
          <w:rFonts w:eastAsia="맑은 고딕"/>
          <w:lang w:eastAsia="ko-KR"/>
        </w:rPr>
        <w:t xml:space="preserve"> </w:t>
      </w:r>
      <w:r w:rsidRPr="00AA7B37">
        <w:rPr>
          <w:rFonts w:eastAsia="맑은 고딕"/>
          <w:lang w:eastAsia="ko-KR"/>
        </w:rPr>
        <w:t>명확하게</w:t>
      </w:r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보여주는</w:t>
      </w:r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결과로</w:t>
      </w:r>
      <w:r w:rsidRPr="00617C89">
        <w:rPr>
          <w:rFonts w:eastAsia="맑은 고딕"/>
          <w:lang w:eastAsia="ko-KR"/>
        </w:rPr>
        <w:t xml:space="preserve"> </w:t>
      </w:r>
      <w:r w:rsidRPr="00617C89">
        <w:rPr>
          <w:rFonts w:eastAsia="맑은 고딕"/>
          <w:lang w:eastAsia="ko-KR"/>
        </w:rPr>
        <w:t>분석되었다</w:t>
      </w:r>
      <w:r w:rsidRPr="00617C89">
        <w:rPr>
          <w:rFonts w:eastAsia="맑은 고딕"/>
          <w:lang w:eastAsia="ko-KR"/>
        </w:rPr>
        <w:t>.</w:t>
      </w:r>
    </w:p>
    <w:p w14:paraId="45F766AD" w14:textId="2B0CCAD4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proofErr w:type="spellStart"/>
      <w:r w:rsidRPr="009911C9">
        <w:rPr>
          <w:rFonts w:ascii="맑은 고딕" w:eastAsia="맑은 고딕" w:hAnsi="맑은 고딕" w:cs="맑은 고딕" w:hint="eastAsia"/>
          <w:b/>
          <w:bCs/>
          <w:lang w:eastAsia="ko-KR"/>
        </w:rPr>
        <w:t>Ⅱ</w:t>
      </w:r>
      <w:proofErr w:type="spellEnd"/>
      <w:r w:rsidRPr="009911C9">
        <w:rPr>
          <w:rFonts w:eastAsia="맑은 고딕"/>
          <w:b/>
          <w:bCs/>
          <w:lang w:eastAsia="ko-KR"/>
        </w:rPr>
        <w:t xml:space="preserve">. </w:t>
      </w:r>
      <w:r w:rsidRPr="009911C9">
        <w:rPr>
          <w:rFonts w:eastAsia="맑은 고딕"/>
          <w:b/>
          <w:bCs/>
          <w:lang w:eastAsia="ko-KR"/>
        </w:rPr>
        <w:t>평가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결과</w:t>
      </w:r>
      <w:r w:rsidRPr="009911C9">
        <w:rPr>
          <w:rFonts w:eastAsia="맑은 고딕"/>
          <w:b/>
          <w:bCs/>
          <w:lang w:eastAsia="ko-KR"/>
        </w:rPr>
        <w:t xml:space="preserve"> – 2025</w:t>
      </w:r>
      <w:r w:rsidRPr="009911C9">
        <w:rPr>
          <w:rFonts w:eastAsia="맑은 고딕"/>
          <w:b/>
          <w:bCs/>
          <w:lang w:eastAsia="ko-KR"/>
        </w:rPr>
        <w:t>년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지역고용지수</w:t>
      </w:r>
      <w:r w:rsidRPr="009911C9">
        <w:rPr>
          <w:rFonts w:eastAsia="맑은 고딕"/>
          <w:b/>
          <w:bCs/>
          <w:lang w:eastAsia="ko-KR"/>
        </w:rPr>
        <w:t xml:space="preserve"> 2.0</w:t>
      </w:r>
      <w:r>
        <w:rPr>
          <w:rFonts w:eastAsia="맑은 고딕" w:hint="eastAsia"/>
          <w:b/>
          <w:bCs/>
          <w:lang w:eastAsia="ko-KR"/>
        </w:rPr>
        <w:t>에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의한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지자체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일자리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평가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결과</w:t>
      </w:r>
    </w:p>
    <w:p w14:paraId="3F2AD057" w14:textId="33B21069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1. </w:t>
      </w:r>
      <w:r w:rsidRPr="009911C9">
        <w:rPr>
          <w:rFonts w:eastAsia="맑은 고딕"/>
          <w:b/>
          <w:bCs/>
          <w:lang w:eastAsia="ko-KR"/>
        </w:rPr>
        <w:t>市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단위</w:t>
      </w:r>
      <w:r w:rsidRPr="009911C9">
        <w:rPr>
          <w:rFonts w:eastAsia="맑은 고딕"/>
          <w:b/>
          <w:bCs/>
          <w:lang w:eastAsia="ko-KR"/>
        </w:rPr>
        <w:t>(</w:t>
      </w:r>
      <w:r w:rsidRPr="009911C9">
        <w:rPr>
          <w:rFonts w:eastAsia="맑은 고딕"/>
          <w:b/>
          <w:bCs/>
          <w:lang w:eastAsia="ko-KR"/>
        </w:rPr>
        <w:t>광역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제외</w:t>
      </w:r>
      <w:r w:rsidRPr="009911C9">
        <w:rPr>
          <w:rFonts w:eastAsia="맑은 고딕"/>
          <w:b/>
          <w:bCs/>
          <w:lang w:eastAsia="ko-KR"/>
        </w:rPr>
        <w:t>) — ‘</w:t>
      </w:r>
      <w:r w:rsidRPr="009911C9">
        <w:rPr>
          <w:rFonts w:eastAsia="맑은 고딕"/>
          <w:b/>
          <w:bCs/>
          <w:lang w:eastAsia="ko-KR"/>
        </w:rPr>
        <w:t>화성시</w:t>
      </w:r>
      <w:r w:rsidRPr="009911C9">
        <w:rPr>
          <w:rFonts w:eastAsia="맑은 고딕"/>
          <w:b/>
          <w:bCs/>
          <w:lang w:eastAsia="ko-KR"/>
        </w:rPr>
        <w:t xml:space="preserve"> 1</w:t>
      </w:r>
      <w:r w:rsidRPr="009911C9">
        <w:rPr>
          <w:rFonts w:eastAsia="맑은 고딕"/>
          <w:b/>
          <w:bCs/>
          <w:lang w:eastAsia="ko-KR"/>
        </w:rPr>
        <w:t>위</w:t>
      </w:r>
      <w:r w:rsidRPr="009911C9">
        <w:rPr>
          <w:rFonts w:eastAsia="맑은 고딕"/>
          <w:b/>
          <w:bCs/>
          <w:lang w:eastAsia="ko-KR"/>
        </w:rPr>
        <w:t xml:space="preserve">, </w:t>
      </w:r>
      <w:r w:rsidRPr="009911C9">
        <w:rPr>
          <w:rFonts w:eastAsia="맑은 고딕"/>
          <w:b/>
          <w:bCs/>
          <w:lang w:eastAsia="ko-KR"/>
        </w:rPr>
        <w:t>수도권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집중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심화</w:t>
      </w:r>
      <w:r w:rsidRPr="009911C9">
        <w:rPr>
          <w:rFonts w:eastAsia="맑은 고딕"/>
          <w:b/>
          <w:bCs/>
          <w:lang w:eastAsia="ko-KR"/>
        </w:rPr>
        <w:t xml:space="preserve">’ </w:t>
      </w:r>
    </w:p>
    <w:p w14:paraId="68877D1C" w14:textId="6580119A" w:rsidR="009911C9" w:rsidRPr="009911C9" w:rsidRDefault="009911C9" w:rsidP="009911C9">
      <w:pPr>
        <w:pStyle w:val="aa"/>
        <w:numPr>
          <w:ilvl w:val="0"/>
          <w:numId w:val="34"/>
        </w:num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>TOP 15 (</w:t>
      </w:r>
      <w:r w:rsidRPr="009911C9">
        <w:rPr>
          <w:rFonts w:eastAsia="맑은 고딕"/>
          <w:b/>
          <w:bCs/>
          <w:lang w:eastAsia="ko-KR"/>
        </w:rPr>
        <w:t>市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단위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종합</w:t>
      </w:r>
      <w:r w:rsidRPr="009911C9">
        <w:rPr>
          <w:rFonts w:eastAsia="맑은 고딕"/>
          <w:b/>
          <w:bCs/>
          <w:lang w:eastAsia="ko-KR"/>
        </w:rPr>
        <w:t>)</w:t>
      </w:r>
      <w:r w:rsidR="001F3866">
        <w:rPr>
          <w:rFonts w:eastAsia="맑은 고딕" w:hint="eastAsia"/>
          <w:b/>
          <w:bCs/>
          <w:lang w:eastAsia="ko-KR"/>
        </w:rPr>
        <w:t xml:space="preserve"> </w:t>
      </w:r>
      <w:r w:rsidR="001F3866">
        <w:rPr>
          <w:rFonts w:eastAsia="맑은 고딕"/>
          <w:b/>
          <w:bCs/>
          <w:lang w:eastAsia="ko-KR"/>
        </w:rPr>
        <w:t>–</w:t>
      </w:r>
      <w:r w:rsidR="001F3866">
        <w:rPr>
          <w:rFonts w:eastAsia="맑은 고딕" w:hint="eastAsia"/>
          <w:b/>
          <w:bCs/>
          <w:lang w:eastAsia="ko-KR"/>
        </w:rPr>
        <w:t xml:space="preserve"> 1000</w:t>
      </w:r>
      <w:r w:rsidR="001F3866">
        <w:rPr>
          <w:rFonts w:eastAsia="맑은 고딕" w:hint="eastAsia"/>
          <w:b/>
          <w:bCs/>
          <w:lang w:eastAsia="ko-KR"/>
        </w:rPr>
        <w:t>점</w:t>
      </w:r>
      <w:r w:rsidR="001F3866">
        <w:rPr>
          <w:rFonts w:eastAsia="맑은 고딕" w:hint="eastAsia"/>
          <w:b/>
          <w:bCs/>
          <w:lang w:eastAsia="ko-KR"/>
        </w:rPr>
        <w:t xml:space="preserve"> </w:t>
      </w:r>
      <w:r w:rsidR="001F3866">
        <w:rPr>
          <w:rFonts w:eastAsia="맑은 고딕" w:hint="eastAsia"/>
          <w:b/>
          <w:bCs/>
          <w:lang w:eastAsia="ko-KR"/>
        </w:rPr>
        <w:t>만점</w:t>
      </w:r>
    </w:p>
    <w:p w14:paraId="30D77D67" w14:textId="540A89D4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b/>
          <w:bCs/>
          <w:lang w:eastAsia="ko-KR"/>
        </w:rPr>
        <w:t>경기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화성시</w:t>
      </w:r>
      <w:r w:rsidR="001F3866">
        <w:rPr>
          <w:rFonts w:eastAsia="맑은 고딕" w:hint="eastAsia"/>
          <w:b/>
          <w:bCs/>
          <w:lang w:eastAsia="ko-KR"/>
        </w:rPr>
        <w:t xml:space="preserve"> (820.96</w:t>
      </w:r>
      <w:r w:rsidR="001F3866">
        <w:rPr>
          <w:rFonts w:eastAsia="맑은 고딕" w:hint="eastAsia"/>
          <w:b/>
          <w:bCs/>
          <w:lang w:eastAsia="ko-KR"/>
        </w:rPr>
        <w:t>점</w:t>
      </w:r>
      <w:r w:rsidR="001F3866">
        <w:rPr>
          <w:rFonts w:eastAsia="맑은 고딕" w:hint="eastAsia"/>
          <w:b/>
          <w:bCs/>
          <w:lang w:eastAsia="ko-KR"/>
        </w:rPr>
        <w:t>)</w:t>
      </w:r>
    </w:p>
    <w:p w14:paraId="55F2B747" w14:textId="21CB368A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수원시</w:t>
      </w:r>
      <w:r w:rsidR="001F3866">
        <w:rPr>
          <w:rFonts w:eastAsia="맑은 고딕" w:hint="eastAsia"/>
          <w:lang w:eastAsia="ko-KR"/>
        </w:rPr>
        <w:t xml:space="preserve"> (741.41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5B6DF6FB" w14:textId="63E41B50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성남시</w:t>
      </w:r>
      <w:r w:rsidR="001F3866">
        <w:rPr>
          <w:rFonts w:eastAsia="맑은 고딕" w:hint="eastAsia"/>
          <w:lang w:eastAsia="ko-KR"/>
        </w:rPr>
        <w:t xml:space="preserve"> (729.91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24A8F35F" w14:textId="5B2B35C5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고양시</w:t>
      </w:r>
      <w:r w:rsidR="001F3866">
        <w:rPr>
          <w:rFonts w:eastAsia="맑은 고딕" w:hint="eastAsia"/>
          <w:lang w:eastAsia="ko-KR"/>
        </w:rPr>
        <w:t>(708.07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008D447B" w14:textId="58BCBBC0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안양시</w:t>
      </w:r>
      <w:r w:rsidR="001F3866">
        <w:rPr>
          <w:rFonts w:eastAsia="맑은 고딕" w:hint="eastAsia"/>
          <w:lang w:eastAsia="ko-KR"/>
        </w:rPr>
        <w:t>(707.47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4688C24E" w14:textId="28944A1D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용인시</w:t>
      </w:r>
      <w:r w:rsidR="001F3866">
        <w:rPr>
          <w:rFonts w:eastAsia="맑은 고딕" w:hint="eastAsia"/>
          <w:lang w:eastAsia="ko-KR"/>
        </w:rPr>
        <w:t>(707.26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0792F6D8" w14:textId="3CBD8EA8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시흥시</w:t>
      </w:r>
      <w:r w:rsidR="001F3866">
        <w:rPr>
          <w:rFonts w:eastAsia="맑은 고딕" w:hint="eastAsia"/>
          <w:lang w:eastAsia="ko-KR"/>
        </w:rPr>
        <w:t>(686.31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2C146681" w14:textId="251F46E2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평택시</w:t>
      </w:r>
      <w:r w:rsidR="001F3866">
        <w:rPr>
          <w:rFonts w:eastAsia="맑은 고딕" w:hint="eastAsia"/>
          <w:lang w:eastAsia="ko-KR"/>
        </w:rPr>
        <w:t>(675.03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25AD38E2" w14:textId="2AEC1E47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하남시</w:t>
      </w:r>
      <w:r w:rsidR="001F3866">
        <w:rPr>
          <w:rFonts w:eastAsia="맑은 고딕" w:hint="eastAsia"/>
          <w:lang w:eastAsia="ko-KR"/>
        </w:rPr>
        <w:t>(663.06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016BFDAA" w14:textId="2EEAAD24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lastRenderedPageBreak/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남양주시</w:t>
      </w:r>
      <w:r w:rsidR="001F3866">
        <w:rPr>
          <w:rFonts w:eastAsia="맑은 고딕" w:hint="eastAsia"/>
          <w:lang w:eastAsia="ko-KR"/>
        </w:rPr>
        <w:t>(662.66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26EF01C8" w14:textId="58BE3EE5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김포시</w:t>
      </w:r>
      <w:r w:rsidR="001F3866">
        <w:rPr>
          <w:rFonts w:eastAsia="맑은 고딕" w:hint="eastAsia"/>
          <w:lang w:eastAsia="ko-KR"/>
        </w:rPr>
        <w:t>(662.60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3A2410C7" w14:textId="3AC6912D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광명시</w:t>
      </w:r>
      <w:r w:rsidR="001F3866">
        <w:rPr>
          <w:rFonts w:eastAsia="맑은 고딕" w:hint="eastAsia"/>
          <w:lang w:eastAsia="ko-KR"/>
        </w:rPr>
        <w:t>(651.71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14A46D56" w14:textId="0C090BD6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안산시</w:t>
      </w:r>
      <w:r w:rsidR="001F3866">
        <w:rPr>
          <w:rFonts w:eastAsia="맑은 고딕" w:hint="eastAsia"/>
          <w:lang w:eastAsia="ko-KR"/>
        </w:rPr>
        <w:t>(651.69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03033F88" w14:textId="5E259234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의정부시</w:t>
      </w:r>
      <w:r w:rsidR="001F3866">
        <w:rPr>
          <w:rFonts w:eastAsia="맑은 고딕" w:hint="eastAsia"/>
          <w:lang w:eastAsia="ko-KR"/>
        </w:rPr>
        <w:t>(651.25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2EA8FC3B" w14:textId="5EB538F7" w:rsidR="009911C9" w:rsidRPr="009911C9" w:rsidRDefault="009911C9" w:rsidP="009911C9">
      <w:pPr>
        <w:numPr>
          <w:ilvl w:val="0"/>
          <w:numId w:val="2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구리시</w:t>
      </w:r>
      <w:r w:rsidR="001F3866">
        <w:rPr>
          <w:rFonts w:eastAsia="맑은 고딕" w:hint="eastAsia"/>
          <w:lang w:eastAsia="ko-KR"/>
        </w:rPr>
        <w:t>(630.14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23E12347" w14:textId="628CBE7F" w:rsidR="009911C9" w:rsidRPr="00B25624" w:rsidRDefault="00B25624" w:rsidP="009911C9">
      <w:pPr>
        <w:rPr>
          <w:rFonts w:eastAsia="맑은 고딕"/>
          <w:lang w:eastAsia="ko-KR"/>
        </w:rPr>
      </w:pPr>
      <w:r w:rsidRPr="00B25624">
        <w:rPr>
          <w:rFonts w:eastAsia="맑은 고딕" w:hint="eastAsia"/>
          <w:lang w:eastAsia="ko-KR"/>
        </w:rPr>
        <w:t>(</w:t>
      </w:r>
      <w:r w:rsidRPr="00B25624">
        <w:rPr>
          <w:rFonts w:eastAsia="맑은 고딕" w:hint="eastAsia"/>
          <w:lang w:eastAsia="ko-KR"/>
        </w:rPr>
        <w:t>해석</w:t>
      </w:r>
      <w:r w:rsidRPr="00B25624">
        <w:rPr>
          <w:rFonts w:eastAsia="맑은 고딕" w:hint="eastAsia"/>
          <w:lang w:eastAsia="ko-KR"/>
        </w:rPr>
        <w:t>)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상위</w:t>
      </w:r>
      <w:r w:rsidR="009911C9" w:rsidRPr="009911C9">
        <w:rPr>
          <w:rFonts w:eastAsia="맑은 고딕"/>
          <w:lang w:eastAsia="ko-KR"/>
        </w:rPr>
        <w:t xml:space="preserve"> 15</w:t>
      </w:r>
      <w:r w:rsidR="009911C9" w:rsidRPr="009911C9">
        <w:rPr>
          <w:rFonts w:eastAsia="맑은 고딕"/>
          <w:lang w:eastAsia="ko-KR"/>
        </w:rPr>
        <w:t>곳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중</w:t>
      </w:r>
      <w:r w:rsidR="009911C9" w:rsidRPr="009911C9">
        <w:rPr>
          <w:rFonts w:eastAsia="맑은 고딕"/>
          <w:lang w:eastAsia="ko-KR"/>
        </w:rPr>
        <w:t xml:space="preserve"> 14</w:t>
      </w:r>
      <w:r w:rsidR="009911C9" w:rsidRPr="009911C9">
        <w:rPr>
          <w:rFonts w:eastAsia="맑은 고딕"/>
          <w:lang w:eastAsia="ko-KR"/>
        </w:rPr>
        <w:t>곳이</w:t>
      </w:r>
      <w:r w:rsidR="009911C9" w:rsidRPr="009911C9">
        <w:rPr>
          <w:rFonts w:eastAsia="맑은 고딕"/>
          <w:lang w:eastAsia="ko-KR"/>
        </w:rPr>
        <w:t xml:space="preserve"> </w:t>
      </w:r>
      <w:proofErr w:type="spellStart"/>
      <w:r w:rsidR="009911C9" w:rsidRPr="009911C9">
        <w:rPr>
          <w:rFonts w:eastAsia="맑은 고딕"/>
          <w:lang w:eastAsia="ko-KR"/>
        </w:rPr>
        <w:t>경기권</w:t>
      </w:r>
      <w:proofErr w:type="spellEnd"/>
      <w:r w:rsidR="009911C9" w:rsidRPr="009911C9">
        <w:rPr>
          <w:rFonts w:eastAsia="맑은 고딕"/>
          <w:lang w:eastAsia="ko-KR"/>
        </w:rPr>
        <w:t xml:space="preserve">, </w:t>
      </w:r>
      <w:r w:rsidR="009911C9" w:rsidRPr="009911C9">
        <w:rPr>
          <w:rFonts w:eastAsia="맑은 고딕"/>
          <w:lang w:eastAsia="ko-KR"/>
        </w:rPr>
        <w:t>수도권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고용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산업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집중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현상이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수치로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입증</w:t>
      </w:r>
      <w:r w:rsidR="009911C9" w:rsidRPr="009911C9">
        <w:rPr>
          <w:rFonts w:eastAsia="맑은 고딕"/>
          <w:lang w:eastAsia="ko-KR"/>
        </w:rPr>
        <w:t>.</w:t>
      </w:r>
    </w:p>
    <w:p w14:paraId="51C5F2AD" w14:textId="77777777" w:rsidR="001F3866" w:rsidRPr="009911C9" w:rsidRDefault="001F3866" w:rsidP="009911C9">
      <w:pPr>
        <w:rPr>
          <w:rFonts w:eastAsia="맑은 고딕"/>
          <w:lang w:eastAsia="ko-KR"/>
        </w:rPr>
      </w:pPr>
    </w:p>
    <w:p w14:paraId="0F131BFC" w14:textId="6F41EDF9" w:rsidR="009911C9" w:rsidRPr="009911C9" w:rsidRDefault="009911C9" w:rsidP="009911C9">
      <w:pPr>
        <w:pStyle w:val="aa"/>
        <w:numPr>
          <w:ilvl w:val="0"/>
          <w:numId w:val="34"/>
        </w:numPr>
        <w:rPr>
          <w:rFonts w:eastAsia="맑은 고딕"/>
          <w:b/>
          <w:bCs/>
          <w:lang w:eastAsia="ko-KR"/>
        </w:rPr>
      </w:pPr>
      <w:r w:rsidRPr="009911C9">
        <w:rPr>
          <w:rFonts w:ascii="맑은 고딕" w:eastAsia="맑은 고딕" w:hAnsi="맑은 고딕" w:cs="맑은 고딕" w:hint="eastAsia"/>
          <w:b/>
          <w:bCs/>
          <w:lang w:eastAsia="ko-KR"/>
        </w:rPr>
        <w:t>비수도권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중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가장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높은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도시</w:t>
      </w:r>
      <w:r w:rsidR="001F3866">
        <w:rPr>
          <w:rFonts w:eastAsia="맑은 고딕" w:hint="eastAsia"/>
          <w:b/>
          <w:bCs/>
          <w:lang w:eastAsia="ko-KR"/>
        </w:rPr>
        <w:t xml:space="preserve"> </w:t>
      </w:r>
      <w:r w:rsidR="001F3866">
        <w:rPr>
          <w:rFonts w:eastAsia="맑은 고딕"/>
          <w:b/>
          <w:bCs/>
          <w:lang w:eastAsia="ko-KR"/>
        </w:rPr>
        <w:t>–</w:t>
      </w:r>
      <w:r w:rsidR="001F3866">
        <w:rPr>
          <w:rFonts w:eastAsia="맑은 고딕" w:hint="eastAsia"/>
          <w:b/>
          <w:bCs/>
          <w:lang w:eastAsia="ko-KR"/>
        </w:rPr>
        <w:t xml:space="preserve"> 1000</w:t>
      </w:r>
      <w:r w:rsidR="001F3866">
        <w:rPr>
          <w:rFonts w:eastAsia="맑은 고딕" w:hint="eastAsia"/>
          <w:b/>
          <w:bCs/>
          <w:lang w:eastAsia="ko-KR"/>
        </w:rPr>
        <w:t>점</w:t>
      </w:r>
      <w:r w:rsidR="001F3866">
        <w:rPr>
          <w:rFonts w:eastAsia="맑은 고딕" w:hint="eastAsia"/>
          <w:b/>
          <w:bCs/>
          <w:lang w:eastAsia="ko-KR"/>
        </w:rPr>
        <w:t xml:space="preserve"> </w:t>
      </w:r>
      <w:r w:rsidR="001F3866">
        <w:rPr>
          <w:rFonts w:eastAsia="맑은 고딕" w:hint="eastAsia"/>
          <w:b/>
          <w:bCs/>
          <w:lang w:eastAsia="ko-KR"/>
        </w:rPr>
        <w:t>만점</w:t>
      </w:r>
    </w:p>
    <w:p w14:paraId="6B254712" w14:textId="73D80BAD" w:rsidR="009911C9" w:rsidRPr="009911C9" w:rsidRDefault="009911C9" w:rsidP="009911C9">
      <w:pPr>
        <w:numPr>
          <w:ilvl w:val="0"/>
          <w:numId w:val="22"/>
        </w:numPr>
        <w:rPr>
          <w:rFonts w:eastAsia="맑은 고딕"/>
          <w:lang w:eastAsia="ko-KR"/>
        </w:rPr>
      </w:pPr>
      <w:r w:rsidRPr="009911C9">
        <w:rPr>
          <w:rFonts w:eastAsia="맑은 고딕"/>
          <w:b/>
          <w:bCs/>
          <w:lang w:eastAsia="ko-KR"/>
        </w:rPr>
        <w:t>1</w:t>
      </w:r>
      <w:r w:rsidRPr="009911C9">
        <w:rPr>
          <w:rFonts w:eastAsia="맑은 고딕"/>
          <w:b/>
          <w:bCs/>
          <w:lang w:eastAsia="ko-KR"/>
        </w:rPr>
        <w:t>위</w:t>
      </w:r>
      <w:r w:rsidRPr="009911C9">
        <w:rPr>
          <w:rFonts w:eastAsia="맑은 고딕"/>
          <w:b/>
          <w:bCs/>
          <w:lang w:eastAsia="ko-KR"/>
        </w:rPr>
        <w:t xml:space="preserve">: </w:t>
      </w:r>
      <w:r w:rsidRPr="009911C9">
        <w:rPr>
          <w:rFonts w:eastAsia="맑은 고딕"/>
          <w:b/>
          <w:bCs/>
          <w:lang w:eastAsia="ko-KR"/>
        </w:rPr>
        <w:t>충남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천안시</w:t>
      </w:r>
      <w:r w:rsidRPr="009911C9">
        <w:rPr>
          <w:rFonts w:eastAsia="맑은 고딕"/>
          <w:b/>
          <w:bCs/>
          <w:lang w:eastAsia="ko-KR"/>
        </w:rPr>
        <w:t>(</w:t>
      </w:r>
      <w:r w:rsidR="001F3866">
        <w:rPr>
          <w:rFonts w:eastAsia="맑은 고딕" w:hint="eastAsia"/>
          <w:b/>
          <w:bCs/>
          <w:lang w:eastAsia="ko-KR"/>
        </w:rPr>
        <w:t>619.06</w:t>
      </w:r>
      <w:r w:rsidR="007E5F25">
        <w:rPr>
          <w:rFonts w:eastAsia="맑은 고딕" w:hint="eastAsia"/>
          <w:b/>
          <w:bCs/>
          <w:lang w:eastAsia="ko-KR"/>
        </w:rPr>
        <w:t>점</w:t>
      </w:r>
      <w:r w:rsidRPr="009911C9">
        <w:rPr>
          <w:rFonts w:eastAsia="맑은 고딕"/>
          <w:b/>
          <w:bCs/>
          <w:lang w:eastAsia="ko-KR"/>
        </w:rPr>
        <w:t>)</w:t>
      </w:r>
    </w:p>
    <w:p w14:paraId="1024640B" w14:textId="4AC0F8DF" w:rsidR="009911C9" w:rsidRPr="009911C9" w:rsidRDefault="009911C9" w:rsidP="009911C9">
      <w:pPr>
        <w:numPr>
          <w:ilvl w:val="0"/>
          <w:numId w:val="22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2</w:t>
      </w:r>
      <w:r w:rsidRPr="009911C9">
        <w:rPr>
          <w:rFonts w:eastAsia="맑은 고딕"/>
          <w:lang w:eastAsia="ko-KR"/>
        </w:rPr>
        <w:t>위</w:t>
      </w:r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lang w:eastAsia="ko-KR"/>
        </w:rPr>
        <w:t>경남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창원시</w:t>
      </w:r>
      <w:r w:rsidR="001F3866">
        <w:rPr>
          <w:rFonts w:eastAsia="맑은 고딕" w:hint="eastAsia"/>
          <w:lang w:eastAsia="ko-KR"/>
        </w:rPr>
        <w:t>(618.52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5F1EC00D" w14:textId="6227C6CD" w:rsidR="009911C9" w:rsidRPr="009911C9" w:rsidRDefault="009911C9" w:rsidP="009911C9">
      <w:pPr>
        <w:numPr>
          <w:ilvl w:val="0"/>
          <w:numId w:val="22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3</w:t>
      </w:r>
      <w:r w:rsidRPr="009911C9">
        <w:rPr>
          <w:rFonts w:eastAsia="맑은 고딕"/>
          <w:lang w:eastAsia="ko-KR"/>
        </w:rPr>
        <w:t>위</w:t>
      </w:r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lang w:eastAsia="ko-KR"/>
        </w:rPr>
        <w:t>경남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거제시</w:t>
      </w:r>
      <w:r w:rsidR="001F3866">
        <w:rPr>
          <w:rFonts w:eastAsia="맑은 고딕" w:hint="eastAsia"/>
          <w:lang w:eastAsia="ko-KR"/>
        </w:rPr>
        <w:t>(608.25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39BAAC8F" w14:textId="2D4DF1E3" w:rsidR="009911C9" w:rsidRPr="009911C9" w:rsidRDefault="009911C9" w:rsidP="009911C9">
      <w:pPr>
        <w:numPr>
          <w:ilvl w:val="0"/>
          <w:numId w:val="22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4</w:t>
      </w:r>
      <w:r w:rsidRPr="009911C9">
        <w:rPr>
          <w:rFonts w:eastAsia="맑은 고딕"/>
          <w:lang w:eastAsia="ko-KR"/>
        </w:rPr>
        <w:t>위</w:t>
      </w:r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lang w:eastAsia="ko-KR"/>
        </w:rPr>
        <w:t>전남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여수시</w:t>
      </w:r>
      <w:r w:rsidR="001F3866">
        <w:rPr>
          <w:rFonts w:eastAsia="맑은 고딕" w:hint="eastAsia"/>
          <w:lang w:eastAsia="ko-KR"/>
        </w:rPr>
        <w:t>(607.49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497AAAC3" w14:textId="7DC37E8A" w:rsidR="009911C9" w:rsidRPr="009911C9" w:rsidRDefault="009911C9" w:rsidP="009911C9">
      <w:pPr>
        <w:numPr>
          <w:ilvl w:val="0"/>
          <w:numId w:val="22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5</w:t>
      </w:r>
      <w:r w:rsidRPr="009911C9">
        <w:rPr>
          <w:rFonts w:eastAsia="맑은 고딕"/>
          <w:lang w:eastAsia="ko-KR"/>
        </w:rPr>
        <w:t>위</w:t>
      </w:r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lang w:eastAsia="ko-KR"/>
        </w:rPr>
        <w:t>전북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전주시</w:t>
      </w:r>
      <w:r w:rsidR="001F3866">
        <w:rPr>
          <w:rFonts w:eastAsia="맑은 고딕" w:hint="eastAsia"/>
          <w:lang w:eastAsia="ko-KR"/>
        </w:rPr>
        <w:t>(606.97</w:t>
      </w:r>
      <w:r w:rsidR="001F3866">
        <w:rPr>
          <w:rFonts w:eastAsia="맑은 고딕" w:hint="eastAsia"/>
          <w:lang w:eastAsia="ko-KR"/>
        </w:rPr>
        <w:t>점</w:t>
      </w:r>
      <w:r w:rsidR="001F3866">
        <w:rPr>
          <w:rFonts w:eastAsia="맑은 고딕" w:hint="eastAsia"/>
          <w:lang w:eastAsia="ko-KR"/>
        </w:rPr>
        <w:t>)</w:t>
      </w:r>
    </w:p>
    <w:p w14:paraId="01F5D941" w14:textId="11D2FA44" w:rsidR="009911C9" w:rsidRPr="009911C9" w:rsidRDefault="00B25624" w:rsidP="009911C9">
      <w:pPr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(</w:t>
      </w:r>
      <w:r>
        <w:rPr>
          <w:rFonts w:eastAsia="맑은 고딕" w:hint="eastAsia"/>
          <w:lang w:eastAsia="ko-KR"/>
        </w:rPr>
        <w:t>해석</w:t>
      </w:r>
      <w:r>
        <w:rPr>
          <w:rFonts w:eastAsia="맑은 고딕" w:hint="eastAsia"/>
          <w:lang w:eastAsia="ko-KR"/>
        </w:rPr>
        <w:t>)</w:t>
      </w:r>
      <w:r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천안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창원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거제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여수는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제조업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기반과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서비스업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성장세가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고용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견인을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뒷받침한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것으로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분석된다</w:t>
      </w:r>
      <w:r w:rsidR="009911C9" w:rsidRPr="009911C9">
        <w:rPr>
          <w:rFonts w:eastAsia="맑은 고딕"/>
          <w:lang w:eastAsia="ko-KR"/>
        </w:rPr>
        <w:t>.</w:t>
      </w:r>
    </w:p>
    <w:p w14:paraId="4F9C40FE" w14:textId="275C2E34" w:rsidR="009911C9" w:rsidRPr="009911C9" w:rsidRDefault="009911C9" w:rsidP="009911C9">
      <w:pPr>
        <w:rPr>
          <w:rFonts w:eastAsia="맑은 고딕"/>
          <w:lang w:eastAsia="ko-KR"/>
        </w:rPr>
      </w:pPr>
    </w:p>
    <w:p w14:paraId="38763AD3" w14:textId="5460C7BA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2. </w:t>
      </w:r>
      <w:r w:rsidRPr="009911C9">
        <w:rPr>
          <w:rFonts w:eastAsia="맑은 고딕"/>
          <w:b/>
          <w:bCs/>
          <w:lang w:eastAsia="ko-KR"/>
        </w:rPr>
        <w:t>市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단위</w:t>
      </w:r>
      <w:r w:rsidRPr="009911C9">
        <w:rPr>
          <w:rFonts w:eastAsia="맑은 고딕"/>
          <w:b/>
          <w:bCs/>
          <w:lang w:eastAsia="ko-KR"/>
        </w:rPr>
        <w:t>(</w:t>
      </w:r>
      <w:r w:rsidRPr="009911C9">
        <w:rPr>
          <w:rFonts w:eastAsia="맑은 고딕"/>
          <w:b/>
          <w:bCs/>
          <w:lang w:eastAsia="ko-KR"/>
        </w:rPr>
        <w:t>비수도권</w:t>
      </w:r>
      <w:r w:rsidRPr="009911C9">
        <w:rPr>
          <w:rFonts w:eastAsia="맑은 고딕"/>
          <w:b/>
          <w:bCs/>
          <w:lang w:eastAsia="ko-KR"/>
        </w:rPr>
        <w:t xml:space="preserve">) — </w:t>
      </w:r>
      <w:r w:rsidRPr="009911C9">
        <w:rPr>
          <w:rFonts w:eastAsia="맑은 고딕"/>
          <w:b/>
          <w:bCs/>
          <w:lang w:eastAsia="ko-KR"/>
        </w:rPr>
        <w:t>충남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천안시</w:t>
      </w:r>
      <w:r w:rsidRPr="009911C9">
        <w:rPr>
          <w:rFonts w:eastAsia="맑은 고딕"/>
          <w:b/>
          <w:bCs/>
          <w:lang w:eastAsia="ko-KR"/>
        </w:rPr>
        <w:t xml:space="preserve"> 1</w:t>
      </w:r>
      <w:r w:rsidRPr="009911C9">
        <w:rPr>
          <w:rFonts w:eastAsia="맑은 고딕"/>
          <w:b/>
          <w:bCs/>
          <w:lang w:eastAsia="ko-KR"/>
        </w:rPr>
        <w:t>위</w:t>
      </w:r>
      <w:r w:rsidRPr="009911C9">
        <w:rPr>
          <w:rFonts w:eastAsia="맑은 고딕"/>
          <w:b/>
          <w:bCs/>
          <w:lang w:eastAsia="ko-KR"/>
        </w:rPr>
        <w:t xml:space="preserve"> </w:t>
      </w:r>
    </w:p>
    <w:p w14:paraId="2ABB865F" w14:textId="77777777" w:rsidR="009911C9" w:rsidRPr="009911C9" w:rsidRDefault="009911C9" w:rsidP="009911C9">
      <w:pPr>
        <w:pStyle w:val="aa"/>
        <w:numPr>
          <w:ilvl w:val="0"/>
          <w:numId w:val="34"/>
        </w:num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>TOP 10 (</w:t>
      </w:r>
      <w:r w:rsidRPr="009911C9">
        <w:rPr>
          <w:rFonts w:eastAsia="맑은 고딕"/>
          <w:b/>
          <w:bCs/>
          <w:lang w:eastAsia="ko-KR"/>
        </w:rPr>
        <w:t>비수도권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市</w:t>
      </w:r>
      <w:r w:rsidRPr="009911C9">
        <w:rPr>
          <w:rFonts w:eastAsia="맑은 고딕"/>
          <w:b/>
          <w:bCs/>
          <w:lang w:eastAsia="ko-KR"/>
        </w:rPr>
        <w:t>)</w:t>
      </w:r>
    </w:p>
    <w:p w14:paraId="771EBC8E" w14:textId="30690536" w:rsidR="009911C9" w:rsidRPr="009911C9" w:rsidRDefault="009911C9" w:rsidP="009911C9">
      <w:pPr>
        <w:numPr>
          <w:ilvl w:val="0"/>
          <w:numId w:val="23"/>
        </w:numPr>
        <w:rPr>
          <w:rFonts w:eastAsia="맑은 고딕"/>
          <w:lang w:eastAsia="ko-KR"/>
        </w:rPr>
      </w:pPr>
      <w:r w:rsidRPr="009911C9">
        <w:rPr>
          <w:rFonts w:eastAsia="맑은 고딕"/>
          <w:b/>
          <w:bCs/>
          <w:lang w:eastAsia="ko-KR"/>
        </w:rPr>
        <w:t>충남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천안시</w:t>
      </w:r>
      <w:r w:rsidR="007E5F25" w:rsidRPr="009911C9">
        <w:rPr>
          <w:rFonts w:eastAsia="맑은 고딕"/>
          <w:b/>
          <w:bCs/>
          <w:lang w:eastAsia="ko-KR"/>
        </w:rPr>
        <w:t>(</w:t>
      </w:r>
      <w:r w:rsidR="007E5F25" w:rsidRPr="007E5F25">
        <w:rPr>
          <w:rFonts w:eastAsia="맑은 고딕" w:hint="eastAsia"/>
          <w:b/>
          <w:bCs/>
          <w:lang w:eastAsia="ko-KR"/>
        </w:rPr>
        <w:t>619.06</w:t>
      </w:r>
      <w:r w:rsidR="007E5F25">
        <w:rPr>
          <w:rFonts w:eastAsia="맑은 고딕" w:hint="eastAsia"/>
          <w:b/>
          <w:bCs/>
          <w:lang w:eastAsia="ko-KR"/>
        </w:rPr>
        <w:t>점</w:t>
      </w:r>
      <w:r w:rsidR="007E5F25" w:rsidRPr="009911C9">
        <w:rPr>
          <w:rFonts w:eastAsia="맑은 고딕"/>
          <w:b/>
          <w:bCs/>
          <w:lang w:eastAsia="ko-KR"/>
        </w:rPr>
        <w:t>)</w:t>
      </w:r>
    </w:p>
    <w:p w14:paraId="71348FD0" w14:textId="79880BF3" w:rsidR="009911C9" w:rsidRPr="009911C9" w:rsidRDefault="009911C9" w:rsidP="009911C9">
      <w:pPr>
        <w:numPr>
          <w:ilvl w:val="0"/>
          <w:numId w:val="23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창원시</w:t>
      </w:r>
      <w:r w:rsidR="007E5F25">
        <w:rPr>
          <w:rFonts w:eastAsia="맑은 고딕" w:hint="eastAsia"/>
          <w:lang w:eastAsia="ko-KR"/>
        </w:rPr>
        <w:t>(618.52</w:t>
      </w:r>
      <w:r w:rsidR="007E5F25">
        <w:rPr>
          <w:rFonts w:eastAsia="맑은 고딕" w:hint="eastAsia"/>
          <w:lang w:eastAsia="ko-KR"/>
        </w:rPr>
        <w:t>점</w:t>
      </w:r>
      <w:r w:rsidR="007E5F25">
        <w:rPr>
          <w:rFonts w:eastAsia="맑은 고딕" w:hint="eastAsia"/>
          <w:lang w:eastAsia="ko-KR"/>
        </w:rPr>
        <w:t>)</w:t>
      </w:r>
    </w:p>
    <w:p w14:paraId="087E2510" w14:textId="04E896F4" w:rsidR="009911C9" w:rsidRPr="009911C9" w:rsidRDefault="009911C9" w:rsidP="009911C9">
      <w:pPr>
        <w:numPr>
          <w:ilvl w:val="0"/>
          <w:numId w:val="23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lastRenderedPageBreak/>
        <w:t>경남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거제시</w:t>
      </w:r>
      <w:r w:rsidR="007E5F25">
        <w:rPr>
          <w:rFonts w:eastAsia="맑은 고딕" w:hint="eastAsia"/>
          <w:lang w:eastAsia="ko-KR"/>
        </w:rPr>
        <w:t>(608.25</w:t>
      </w:r>
      <w:r w:rsidR="007E5F25">
        <w:rPr>
          <w:rFonts w:eastAsia="맑은 고딕" w:hint="eastAsia"/>
          <w:lang w:eastAsia="ko-KR"/>
        </w:rPr>
        <w:t>점</w:t>
      </w:r>
      <w:r w:rsidR="007E5F25">
        <w:rPr>
          <w:rFonts w:eastAsia="맑은 고딕" w:hint="eastAsia"/>
          <w:lang w:eastAsia="ko-KR"/>
        </w:rPr>
        <w:t>)</w:t>
      </w:r>
    </w:p>
    <w:p w14:paraId="6A608C16" w14:textId="7274F20E" w:rsidR="009911C9" w:rsidRPr="009911C9" w:rsidRDefault="009911C9" w:rsidP="009911C9">
      <w:pPr>
        <w:numPr>
          <w:ilvl w:val="0"/>
          <w:numId w:val="23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전남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여수시</w:t>
      </w:r>
      <w:r w:rsidR="007E5F25">
        <w:rPr>
          <w:rFonts w:eastAsia="맑은 고딕" w:hint="eastAsia"/>
          <w:lang w:eastAsia="ko-KR"/>
        </w:rPr>
        <w:t>(607.49</w:t>
      </w:r>
      <w:r w:rsidR="007E5F25">
        <w:rPr>
          <w:rFonts w:eastAsia="맑은 고딕" w:hint="eastAsia"/>
          <w:lang w:eastAsia="ko-KR"/>
        </w:rPr>
        <w:t>점</w:t>
      </w:r>
      <w:r w:rsidR="007E5F25">
        <w:rPr>
          <w:rFonts w:eastAsia="맑은 고딕" w:hint="eastAsia"/>
          <w:lang w:eastAsia="ko-KR"/>
        </w:rPr>
        <w:t>)</w:t>
      </w:r>
    </w:p>
    <w:p w14:paraId="14EB0774" w14:textId="3C127670" w:rsidR="009911C9" w:rsidRPr="009911C9" w:rsidRDefault="009911C9" w:rsidP="009911C9">
      <w:pPr>
        <w:numPr>
          <w:ilvl w:val="0"/>
          <w:numId w:val="23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전북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전주시</w:t>
      </w:r>
      <w:r w:rsidR="007E5F25">
        <w:rPr>
          <w:rFonts w:eastAsia="맑은 고딕" w:hint="eastAsia"/>
          <w:lang w:eastAsia="ko-KR"/>
        </w:rPr>
        <w:t>(606.97</w:t>
      </w:r>
      <w:r w:rsidR="007E5F25">
        <w:rPr>
          <w:rFonts w:eastAsia="맑은 고딕" w:hint="eastAsia"/>
          <w:lang w:eastAsia="ko-KR"/>
        </w:rPr>
        <w:t>점</w:t>
      </w:r>
      <w:r w:rsidR="007E5F25">
        <w:rPr>
          <w:rFonts w:eastAsia="맑은 고딕" w:hint="eastAsia"/>
          <w:lang w:eastAsia="ko-KR"/>
        </w:rPr>
        <w:t>)</w:t>
      </w:r>
    </w:p>
    <w:p w14:paraId="1789B05B" w14:textId="3113C2D1" w:rsidR="009911C9" w:rsidRPr="009911C9" w:rsidRDefault="009911C9" w:rsidP="009911C9">
      <w:pPr>
        <w:numPr>
          <w:ilvl w:val="0"/>
          <w:numId w:val="23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충북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청주시</w:t>
      </w:r>
      <w:r w:rsidR="007E5F25">
        <w:rPr>
          <w:rFonts w:eastAsia="맑은 고딕" w:hint="eastAsia"/>
          <w:lang w:eastAsia="ko-KR"/>
        </w:rPr>
        <w:t>(596.75</w:t>
      </w:r>
      <w:r w:rsidR="007E5F25">
        <w:rPr>
          <w:rFonts w:eastAsia="맑은 고딕" w:hint="eastAsia"/>
          <w:lang w:eastAsia="ko-KR"/>
        </w:rPr>
        <w:t>점</w:t>
      </w:r>
      <w:r w:rsidR="007E5F25">
        <w:rPr>
          <w:rFonts w:eastAsia="맑은 고딕" w:hint="eastAsia"/>
          <w:lang w:eastAsia="ko-KR"/>
        </w:rPr>
        <w:t>)</w:t>
      </w:r>
    </w:p>
    <w:p w14:paraId="183F43EA" w14:textId="1F31DD5C" w:rsidR="009911C9" w:rsidRPr="009911C9" w:rsidRDefault="009911C9" w:rsidP="009911C9">
      <w:pPr>
        <w:numPr>
          <w:ilvl w:val="0"/>
          <w:numId w:val="23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양산시</w:t>
      </w:r>
      <w:r w:rsidR="007E5F25">
        <w:rPr>
          <w:rFonts w:eastAsia="맑은 고딕" w:hint="eastAsia"/>
          <w:lang w:eastAsia="ko-KR"/>
        </w:rPr>
        <w:t>(595.20</w:t>
      </w:r>
      <w:r w:rsidR="007E5F25">
        <w:rPr>
          <w:rFonts w:eastAsia="맑은 고딕" w:hint="eastAsia"/>
          <w:lang w:eastAsia="ko-KR"/>
        </w:rPr>
        <w:t>점</w:t>
      </w:r>
      <w:r w:rsidR="007E5F25">
        <w:rPr>
          <w:rFonts w:eastAsia="맑은 고딕" w:hint="eastAsia"/>
          <w:lang w:eastAsia="ko-KR"/>
        </w:rPr>
        <w:t>)</w:t>
      </w:r>
    </w:p>
    <w:p w14:paraId="4E1D2BF8" w14:textId="5F863AAF" w:rsidR="009911C9" w:rsidRPr="009911C9" w:rsidRDefault="009911C9" w:rsidP="009911C9">
      <w:pPr>
        <w:numPr>
          <w:ilvl w:val="0"/>
          <w:numId w:val="23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충남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아산시</w:t>
      </w:r>
      <w:r w:rsidR="007E5F25">
        <w:rPr>
          <w:rFonts w:eastAsia="맑은 고딕" w:hint="eastAsia"/>
          <w:lang w:eastAsia="ko-KR"/>
        </w:rPr>
        <w:t>(585.46</w:t>
      </w:r>
      <w:r w:rsidR="007E5F25">
        <w:rPr>
          <w:rFonts w:eastAsia="맑은 고딕" w:hint="eastAsia"/>
          <w:lang w:eastAsia="ko-KR"/>
        </w:rPr>
        <w:t>점</w:t>
      </w:r>
      <w:r w:rsidR="007E5F25">
        <w:rPr>
          <w:rFonts w:eastAsia="맑은 고딕" w:hint="eastAsia"/>
          <w:lang w:eastAsia="ko-KR"/>
        </w:rPr>
        <w:t>)</w:t>
      </w:r>
    </w:p>
    <w:p w14:paraId="502C9944" w14:textId="6B67A75F" w:rsidR="009911C9" w:rsidRPr="009911C9" w:rsidRDefault="009911C9" w:rsidP="009911C9">
      <w:pPr>
        <w:numPr>
          <w:ilvl w:val="0"/>
          <w:numId w:val="23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경북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경산시</w:t>
      </w:r>
      <w:r w:rsidR="007E5F25">
        <w:rPr>
          <w:rFonts w:eastAsia="맑은 고딕" w:hint="eastAsia"/>
          <w:lang w:eastAsia="ko-KR"/>
        </w:rPr>
        <w:t>(585.31</w:t>
      </w:r>
      <w:r w:rsidR="007E5F25">
        <w:rPr>
          <w:rFonts w:eastAsia="맑은 고딕" w:hint="eastAsia"/>
          <w:lang w:eastAsia="ko-KR"/>
        </w:rPr>
        <w:t>점</w:t>
      </w:r>
      <w:r w:rsidR="007E5F25">
        <w:rPr>
          <w:rFonts w:eastAsia="맑은 고딕" w:hint="eastAsia"/>
          <w:lang w:eastAsia="ko-KR"/>
        </w:rPr>
        <w:t>)</w:t>
      </w:r>
    </w:p>
    <w:p w14:paraId="5A00AD2E" w14:textId="7D38D3BF" w:rsidR="009911C9" w:rsidRPr="009911C9" w:rsidRDefault="009911C9" w:rsidP="009911C9">
      <w:pPr>
        <w:numPr>
          <w:ilvl w:val="0"/>
          <w:numId w:val="23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전남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나주시</w:t>
      </w:r>
      <w:r w:rsidR="007E5F25">
        <w:rPr>
          <w:rFonts w:eastAsia="맑은 고딕" w:hint="eastAsia"/>
          <w:lang w:eastAsia="ko-KR"/>
        </w:rPr>
        <w:t>(562.93</w:t>
      </w:r>
      <w:r w:rsidR="007E5F25">
        <w:rPr>
          <w:rFonts w:eastAsia="맑은 고딕" w:hint="eastAsia"/>
          <w:lang w:eastAsia="ko-KR"/>
        </w:rPr>
        <w:t>점</w:t>
      </w:r>
      <w:r w:rsidR="007E5F25">
        <w:rPr>
          <w:rFonts w:eastAsia="맑은 고딕" w:hint="eastAsia"/>
          <w:lang w:eastAsia="ko-KR"/>
        </w:rPr>
        <w:t>)</w:t>
      </w:r>
    </w:p>
    <w:p w14:paraId="670091A1" w14:textId="2540D4E1" w:rsidR="009911C9" w:rsidRPr="009911C9" w:rsidRDefault="00B25624" w:rsidP="009911C9">
      <w:pPr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(</w:t>
      </w:r>
      <w:r>
        <w:rPr>
          <w:rFonts w:eastAsia="맑은 고딕" w:hint="eastAsia"/>
          <w:lang w:eastAsia="ko-KR"/>
        </w:rPr>
        <w:t>해석</w:t>
      </w:r>
      <w:r>
        <w:rPr>
          <w:rFonts w:eastAsia="맑은 고딕" w:hint="eastAsia"/>
          <w:lang w:eastAsia="ko-KR"/>
        </w:rPr>
        <w:t>)</w:t>
      </w:r>
      <w:r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충남</w:t>
      </w:r>
      <w:r w:rsidR="009911C9" w:rsidRPr="009911C9">
        <w:rPr>
          <w:rFonts w:eastAsia="맑은 고딕"/>
          <w:lang w:eastAsia="ko-KR"/>
        </w:rPr>
        <w:t xml:space="preserve"> 5</w:t>
      </w:r>
      <w:r w:rsidR="009911C9" w:rsidRPr="009911C9">
        <w:rPr>
          <w:rFonts w:eastAsia="맑은 고딕"/>
          <w:lang w:eastAsia="ko-KR"/>
        </w:rPr>
        <w:t>개</w:t>
      </w:r>
      <w:r w:rsidR="009911C9" w:rsidRPr="009911C9">
        <w:rPr>
          <w:rFonts w:eastAsia="맑은 고딕"/>
          <w:lang w:eastAsia="ko-KR"/>
        </w:rPr>
        <w:t xml:space="preserve">, </w:t>
      </w:r>
      <w:r w:rsidR="009911C9" w:rsidRPr="009911C9">
        <w:rPr>
          <w:rFonts w:eastAsia="맑은 고딕"/>
          <w:lang w:eastAsia="ko-KR"/>
        </w:rPr>
        <w:t>경남</w:t>
      </w:r>
      <w:r w:rsidR="009911C9" w:rsidRPr="009911C9">
        <w:rPr>
          <w:rFonts w:eastAsia="맑은 고딕"/>
          <w:lang w:eastAsia="ko-KR"/>
        </w:rPr>
        <w:t xml:space="preserve"> 4</w:t>
      </w:r>
      <w:r w:rsidR="009911C9" w:rsidRPr="009911C9">
        <w:rPr>
          <w:rFonts w:eastAsia="맑은 고딕"/>
          <w:lang w:eastAsia="ko-KR"/>
        </w:rPr>
        <w:t>개</w:t>
      </w:r>
      <w:r w:rsidR="009911C9" w:rsidRPr="009911C9">
        <w:rPr>
          <w:rFonts w:eastAsia="맑은 고딕"/>
          <w:lang w:eastAsia="ko-KR"/>
        </w:rPr>
        <w:t xml:space="preserve">, </w:t>
      </w:r>
      <w:r w:rsidR="009911C9" w:rsidRPr="009911C9">
        <w:rPr>
          <w:rFonts w:eastAsia="맑은 고딕"/>
          <w:lang w:eastAsia="ko-KR"/>
        </w:rPr>
        <w:t>전남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강원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전북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경북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등이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고르게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분포</w:t>
      </w:r>
      <w:r>
        <w:rPr>
          <w:rFonts w:eastAsia="맑은 고딕" w:hint="eastAsia"/>
          <w:lang w:eastAsia="ko-KR"/>
        </w:rPr>
        <w:t>하고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있으며</w:t>
      </w:r>
      <w:r>
        <w:rPr>
          <w:rFonts w:eastAsia="맑은 고딕" w:hint="eastAsia"/>
          <w:lang w:eastAsia="ko-KR"/>
        </w:rPr>
        <w:t>,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제조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에너지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철강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중심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도시가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비교적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좋은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성과</w:t>
      </w:r>
      <w:r>
        <w:rPr>
          <w:rFonts w:eastAsia="맑은 고딕" w:hint="eastAsia"/>
          <w:lang w:eastAsia="ko-KR"/>
        </w:rPr>
        <w:t>를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보임</w:t>
      </w:r>
      <w:r>
        <w:rPr>
          <w:rFonts w:eastAsia="맑은 고딕" w:hint="eastAsia"/>
          <w:lang w:eastAsia="ko-KR"/>
        </w:rPr>
        <w:t xml:space="preserve">. </w:t>
      </w:r>
    </w:p>
    <w:p w14:paraId="1BDFB81D" w14:textId="16653591" w:rsidR="009911C9" w:rsidRPr="009911C9" w:rsidRDefault="009911C9" w:rsidP="009911C9">
      <w:pPr>
        <w:rPr>
          <w:rFonts w:eastAsia="맑은 고딕"/>
          <w:lang w:eastAsia="ko-KR"/>
        </w:rPr>
      </w:pPr>
    </w:p>
    <w:p w14:paraId="70A6F637" w14:textId="458C2336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3. </w:t>
      </w:r>
      <w:r w:rsidRPr="009911C9">
        <w:rPr>
          <w:rFonts w:eastAsia="맑은 고딕"/>
          <w:b/>
          <w:bCs/>
          <w:lang w:eastAsia="ko-KR"/>
        </w:rPr>
        <w:t>郡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단위</w:t>
      </w:r>
      <w:r w:rsidRPr="009911C9">
        <w:rPr>
          <w:rFonts w:eastAsia="맑은 고딕"/>
          <w:b/>
          <w:bCs/>
          <w:lang w:eastAsia="ko-KR"/>
        </w:rPr>
        <w:t xml:space="preserve"> — ‘</w:t>
      </w:r>
      <w:r w:rsidRPr="009911C9">
        <w:rPr>
          <w:rFonts w:eastAsia="맑은 고딕"/>
          <w:b/>
          <w:bCs/>
          <w:lang w:eastAsia="ko-KR"/>
        </w:rPr>
        <w:t>달성군</w:t>
      </w:r>
      <w:r w:rsidRPr="009911C9">
        <w:rPr>
          <w:rFonts w:eastAsia="맑은 고딕"/>
          <w:b/>
          <w:bCs/>
          <w:lang w:eastAsia="ko-KR"/>
        </w:rPr>
        <w:t xml:space="preserve"> 1</w:t>
      </w:r>
      <w:r w:rsidRPr="009911C9">
        <w:rPr>
          <w:rFonts w:eastAsia="맑은 고딕"/>
          <w:b/>
          <w:bCs/>
          <w:lang w:eastAsia="ko-KR"/>
        </w:rPr>
        <w:t>위</w:t>
      </w:r>
      <w:r w:rsidRPr="009911C9">
        <w:rPr>
          <w:rFonts w:eastAsia="맑은 고딕"/>
          <w:b/>
          <w:bCs/>
          <w:lang w:eastAsia="ko-KR"/>
        </w:rPr>
        <w:t xml:space="preserve">, </w:t>
      </w:r>
      <w:proofErr w:type="spellStart"/>
      <w:r w:rsidRPr="009911C9">
        <w:rPr>
          <w:rFonts w:eastAsia="맑은 고딕"/>
          <w:b/>
          <w:bCs/>
          <w:lang w:eastAsia="ko-KR"/>
        </w:rPr>
        <w:t>증평군</w:t>
      </w:r>
      <w:proofErr w:type="spellEnd"/>
      <w:r w:rsidRPr="009911C9">
        <w:rPr>
          <w:rFonts w:eastAsia="맑은 고딕"/>
          <w:b/>
          <w:bCs/>
          <w:lang w:eastAsia="ko-KR"/>
        </w:rPr>
        <w:t>·</w:t>
      </w:r>
      <w:r w:rsidRPr="009911C9">
        <w:rPr>
          <w:rFonts w:eastAsia="맑은 고딕"/>
          <w:b/>
          <w:bCs/>
          <w:lang w:eastAsia="ko-KR"/>
        </w:rPr>
        <w:t>기장군</w:t>
      </w:r>
      <w:r w:rsidRPr="009911C9">
        <w:rPr>
          <w:rFonts w:eastAsia="맑은 고딕"/>
          <w:b/>
          <w:bCs/>
          <w:lang w:eastAsia="ko-KR"/>
        </w:rPr>
        <w:t>·</w:t>
      </w:r>
      <w:r w:rsidRPr="009911C9">
        <w:rPr>
          <w:rFonts w:eastAsia="맑은 고딕"/>
          <w:b/>
          <w:bCs/>
          <w:lang w:eastAsia="ko-KR"/>
        </w:rPr>
        <w:t>울릉군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뒤이어</w:t>
      </w:r>
      <w:r w:rsidRPr="009911C9">
        <w:rPr>
          <w:rFonts w:eastAsia="맑은 고딕"/>
          <w:b/>
          <w:bCs/>
          <w:lang w:eastAsia="ko-KR"/>
        </w:rPr>
        <w:t xml:space="preserve">’ </w:t>
      </w:r>
    </w:p>
    <w:p w14:paraId="50409956" w14:textId="77777777" w:rsidR="009911C9" w:rsidRPr="009911C9" w:rsidRDefault="009911C9" w:rsidP="009911C9">
      <w:pPr>
        <w:pStyle w:val="aa"/>
        <w:numPr>
          <w:ilvl w:val="0"/>
          <w:numId w:val="34"/>
        </w:num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>TOP 10 (</w:t>
      </w:r>
      <w:r w:rsidRPr="009911C9">
        <w:rPr>
          <w:rFonts w:eastAsia="맑은 고딕"/>
          <w:b/>
          <w:bCs/>
          <w:lang w:eastAsia="ko-KR"/>
        </w:rPr>
        <w:t>郡</w:t>
      </w:r>
      <w:r w:rsidRPr="009911C9">
        <w:rPr>
          <w:rFonts w:eastAsia="맑은 고딕"/>
          <w:b/>
          <w:bCs/>
          <w:lang w:eastAsia="ko-KR"/>
        </w:rPr>
        <w:t>·</w:t>
      </w:r>
      <w:r w:rsidRPr="009911C9">
        <w:rPr>
          <w:rFonts w:eastAsia="맑은 고딕"/>
          <w:b/>
          <w:bCs/>
          <w:lang w:eastAsia="ko-KR"/>
        </w:rPr>
        <w:t>광역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포함</w:t>
      </w:r>
      <w:r w:rsidRPr="009911C9">
        <w:rPr>
          <w:rFonts w:eastAsia="맑은 고딕"/>
          <w:b/>
          <w:bCs/>
          <w:lang w:eastAsia="ko-KR"/>
        </w:rPr>
        <w:t>)</w:t>
      </w:r>
    </w:p>
    <w:p w14:paraId="12D71302" w14:textId="5F0B0995" w:rsidR="008800B9" w:rsidRPr="009911C9" w:rsidRDefault="009911C9" w:rsidP="008800B9">
      <w:pPr>
        <w:numPr>
          <w:ilvl w:val="0"/>
          <w:numId w:val="24"/>
        </w:numPr>
        <w:rPr>
          <w:rFonts w:eastAsia="맑은 고딕"/>
          <w:lang w:eastAsia="ko-KR"/>
        </w:rPr>
      </w:pPr>
      <w:r w:rsidRPr="009911C9">
        <w:rPr>
          <w:rFonts w:eastAsia="맑은 고딕"/>
          <w:b/>
          <w:bCs/>
          <w:lang w:eastAsia="ko-KR"/>
        </w:rPr>
        <w:t>대구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달성군</w:t>
      </w:r>
      <w:r w:rsidR="008800B9">
        <w:rPr>
          <w:rFonts w:eastAsia="맑은 고딕" w:hint="eastAsia"/>
          <w:b/>
          <w:bCs/>
          <w:lang w:eastAsia="ko-KR"/>
        </w:rPr>
        <w:t>(607.44</w:t>
      </w:r>
      <w:r w:rsidR="008800B9">
        <w:rPr>
          <w:rFonts w:eastAsia="맑은 고딕" w:hint="eastAsia"/>
          <w:b/>
          <w:bCs/>
          <w:lang w:eastAsia="ko-KR"/>
        </w:rPr>
        <w:t>점</w:t>
      </w:r>
      <w:r w:rsidR="008800B9">
        <w:rPr>
          <w:rFonts w:eastAsia="맑은 고딕" w:hint="eastAsia"/>
          <w:b/>
          <w:bCs/>
          <w:lang w:eastAsia="ko-KR"/>
        </w:rPr>
        <w:t>)</w:t>
      </w:r>
    </w:p>
    <w:p w14:paraId="1F7E08CE" w14:textId="7B699AE6" w:rsidR="009911C9" w:rsidRPr="009911C9" w:rsidRDefault="009911C9" w:rsidP="009911C9">
      <w:pPr>
        <w:numPr>
          <w:ilvl w:val="0"/>
          <w:numId w:val="24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충북</w:t>
      </w:r>
      <w:r w:rsidRPr="009911C9">
        <w:rPr>
          <w:rFonts w:eastAsia="맑은 고딕"/>
          <w:lang w:eastAsia="ko-KR"/>
        </w:rPr>
        <w:t xml:space="preserve"> </w:t>
      </w:r>
      <w:proofErr w:type="spellStart"/>
      <w:r w:rsidRPr="009911C9">
        <w:rPr>
          <w:rFonts w:eastAsia="맑은 고딕"/>
          <w:lang w:eastAsia="ko-KR"/>
        </w:rPr>
        <w:t>증평군</w:t>
      </w:r>
      <w:proofErr w:type="spellEnd"/>
      <w:r w:rsidR="008800B9">
        <w:rPr>
          <w:rFonts w:eastAsia="맑은 고딕" w:hint="eastAsia"/>
          <w:lang w:eastAsia="ko-KR"/>
        </w:rPr>
        <w:t>(596.35</w:t>
      </w:r>
      <w:r w:rsidR="008800B9">
        <w:rPr>
          <w:rFonts w:eastAsia="맑은 고딕" w:hint="eastAsia"/>
          <w:lang w:eastAsia="ko-KR"/>
        </w:rPr>
        <w:t>점</w:t>
      </w:r>
      <w:r w:rsidR="008800B9">
        <w:rPr>
          <w:rFonts w:eastAsia="맑은 고딕" w:hint="eastAsia"/>
          <w:lang w:eastAsia="ko-KR"/>
        </w:rPr>
        <w:t>)</w:t>
      </w:r>
    </w:p>
    <w:p w14:paraId="412482B4" w14:textId="1526CF5B" w:rsidR="009911C9" w:rsidRPr="009911C9" w:rsidRDefault="009911C9" w:rsidP="009911C9">
      <w:pPr>
        <w:numPr>
          <w:ilvl w:val="0"/>
          <w:numId w:val="24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부산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기장군</w:t>
      </w:r>
      <w:r w:rsidR="008800B9">
        <w:rPr>
          <w:rFonts w:eastAsia="맑은 고딕" w:hint="eastAsia"/>
          <w:lang w:eastAsia="ko-KR"/>
        </w:rPr>
        <w:t>(562.57</w:t>
      </w:r>
      <w:r w:rsidR="008800B9">
        <w:rPr>
          <w:rFonts w:eastAsia="맑은 고딕" w:hint="eastAsia"/>
          <w:lang w:eastAsia="ko-KR"/>
        </w:rPr>
        <w:t>점</w:t>
      </w:r>
      <w:r w:rsidR="008800B9">
        <w:rPr>
          <w:rFonts w:eastAsia="맑은 고딕" w:hint="eastAsia"/>
          <w:lang w:eastAsia="ko-KR"/>
        </w:rPr>
        <w:t>)</w:t>
      </w:r>
    </w:p>
    <w:p w14:paraId="30B71240" w14:textId="676100A8" w:rsidR="009911C9" w:rsidRPr="009911C9" w:rsidRDefault="009911C9" w:rsidP="009911C9">
      <w:pPr>
        <w:numPr>
          <w:ilvl w:val="0"/>
          <w:numId w:val="24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경북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울릉군</w:t>
      </w:r>
      <w:r w:rsidR="008800B9">
        <w:rPr>
          <w:rFonts w:eastAsia="맑은 고딕" w:hint="eastAsia"/>
          <w:lang w:eastAsia="ko-KR"/>
        </w:rPr>
        <w:t>(552.24</w:t>
      </w:r>
      <w:r w:rsidR="008800B9">
        <w:rPr>
          <w:rFonts w:eastAsia="맑은 고딕" w:hint="eastAsia"/>
          <w:lang w:eastAsia="ko-KR"/>
        </w:rPr>
        <w:t>점</w:t>
      </w:r>
      <w:r w:rsidR="008800B9">
        <w:rPr>
          <w:rFonts w:eastAsia="맑은 고딕" w:hint="eastAsia"/>
          <w:lang w:eastAsia="ko-KR"/>
        </w:rPr>
        <w:t>)</w:t>
      </w:r>
    </w:p>
    <w:p w14:paraId="1CC535E0" w14:textId="26414F38" w:rsidR="009911C9" w:rsidRDefault="009911C9" w:rsidP="009911C9">
      <w:pPr>
        <w:numPr>
          <w:ilvl w:val="0"/>
          <w:numId w:val="24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전남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신안군</w:t>
      </w:r>
      <w:r w:rsidR="008800B9">
        <w:rPr>
          <w:rFonts w:eastAsia="맑은 고딕" w:hint="eastAsia"/>
          <w:lang w:eastAsia="ko-KR"/>
        </w:rPr>
        <w:t>(</w:t>
      </w:r>
      <w:r w:rsidR="009240BD">
        <w:rPr>
          <w:rFonts w:eastAsia="맑은 고딕" w:hint="eastAsia"/>
          <w:lang w:eastAsia="ko-KR"/>
        </w:rPr>
        <w:t>551.97</w:t>
      </w:r>
      <w:r w:rsidR="008800B9">
        <w:rPr>
          <w:rFonts w:eastAsia="맑은 고딕" w:hint="eastAsia"/>
          <w:lang w:eastAsia="ko-KR"/>
        </w:rPr>
        <w:t>점</w:t>
      </w:r>
      <w:r w:rsidR="008800B9">
        <w:rPr>
          <w:rFonts w:eastAsia="맑은 고딕" w:hint="eastAsia"/>
          <w:lang w:eastAsia="ko-KR"/>
        </w:rPr>
        <w:t>)</w:t>
      </w:r>
    </w:p>
    <w:p w14:paraId="0DBF7423" w14:textId="3A120072" w:rsidR="008800B9" w:rsidRPr="009911C9" w:rsidRDefault="008800B9" w:rsidP="008800B9">
      <w:pPr>
        <w:numPr>
          <w:ilvl w:val="0"/>
          <w:numId w:val="24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충남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부여군</w:t>
      </w:r>
      <w:r>
        <w:rPr>
          <w:rFonts w:eastAsia="맑은 고딕" w:hint="eastAsia"/>
          <w:lang w:eastAsia="ko-KR"/>
        </w:rPr>
        <w:t>(551.43</w:t>
      </w:r>
      <w:r>
        <w:rPr>
          <w:rFonts w:eastAsia="맑은 고딕" w:hint="eastAsia"/>
          <w:lang w:eastAsia="ko-KR"/>
        </w:rPr>
        <w:t>점</w:t>
      </w:r>
      <w:r>
        <w:rPr>
          <w:rFonts w:eastAsia="맑은 고딕" w:hint="eastAsia"/>
          <w:lang w:eastAsia="ko-KR"/>
        </w:rPr>
        <w:t>)</w:t>
      </w:r>
    </w:p>
    <w:p w14:paraId="54B09356" w14:textId="0215C5A6" w:rsidR="009911C9" w:rsidRDefault="009911C9" w:rsidP="009911C9">
      <w:pPr>
        <w:numPr>
          <w:ilvl w:val="0"/>
          <w:numId w:val="24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강원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양양군</w:t>
      </w:r>
      <w:r w:rsidR="008800B9">
        <w:rPr>
          <w:rFonts w:eastAsia="맑은 고딕" w:hint="eastAsia"/>
          <w:lang w:eastAsia="ko-KR"/>
        </w:rPr>
        <w:t>(</w:t>
      </w:r>
      <w:r w:rsidR="009240BD">
        <w:rPr>
          <w:rFonts w:eastAsia="맑은 고딕" w:hint="eastAsia"/>
          <w:lang w:eastAsia="ko-KR"/>
        </w:rPr>
        <w:t>550.99</w:t>
      </w:r>
      <w:r w:rsidR="008800B9">
        <w:rPr>
          <w:rFonts w:eastAsia="맑은 고딕" w:hint="eastAsia"/>
          <w:lang w:eastAsia="ko-KR"/>
        </w:rPr>
        <w:t>점</w:t>
      </w:r>
      <w:r w:rsidR="008800B9">
        <w:rPr>
          <w:rFonts w:eastAsia="맑은 고딕" w:hint="eastAsia"/>
          <w:lang w:eastAsia="ko-KR"/>
        </w:rPr>
        <w:t>)</w:t>
      </w:r>
    </w:p>
    <w:p w14:paraId="40E5A9EA" w14:textId="68C1446D" w:rsidR="009240BD" w:rsidRDefault="009240BD" w:rsidP="009911C9">
      <w:pPr>
        <w:numPr>
          <w:ilvl w:val="0"/>
          <w:numId w:val="24"/>
        </w:numPr>
        <w:rPr>
          <w:rFonts w:eastAsia="맑은 고딕"/>
          <w:lang w:eastAsia="ko-KR"/>
        </w:rPr>
      </w:pPr>
      <w:r w:rsidRPr="009240BD">
        <w:rPr>
          <w:rFonts w:eastAsia="맑은 고딕" w:hint="eastAsia"/>
          <w:lang w:eastAsia="ko-KR"/>
        </w:rPr>
        <w:lastRenderedPageBreak/>
        <w:t>공동</w:t>
      </w:r>
      <w:r w:rsidRPr="009240BD">
        <w:rPr>
          <w:rFonts w:eastAsia="맑은 고딕" w:hint="eastAsia"/>
          <w:lang w:eastAsia="ko-KR"/>
        </w:rPr>
        <w:t xml:space="preserve"> 8</w:t>
      </w:r>
      <w:proofErr w:type="gramStart"/>
      <w:r w:rsidRPr="009240BD">
        <w:rPr>
          <w:rFonts w:eastAsia="맑은 고딕" w:hint="eastAsia"/>
          <w:lang w:eastAsia="ko-KR"/>
        </w:rPr>
        <w:t>위</w:t>
      </w:r>
      <w:r w:rsidRPr="009240BD">
        <w:rPr>
          <w:rFonts w:eastAsia="맑은 고딕" w:hint="eastAsia"/>
          <w:lang w:eastAsia="ko-KR"/>
        </w:rPr>
        <w:t xml:space="preserve"> :</w:t>
      </w:r>
      <w:proofErr w:type="gramEnd"/>
      <w:r w:rsidRPr="009240BD">
        <w:rPr>
          <w:rFonts w:eastAsia="맑은 고딕" w:hint="eastAsia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강원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정선군</w:t>
      </w:r>
      <w:r w:rsidR="008800B9" w:rsidRPr="009240BD">
        <w:rPr>
          <w:rFonts w:eastAsia="맑은 고딕" w:hint="eastAsia"/>
          <w:lang w:eastAsia="ko-KR"/>
        </w:rPr>
        <w:t>(</w:t>
      </w:r>
      <w:r w:rsidRPr="009240BD">
        <w:rPr>
          <w:rFonts w:eastAsia="맑은 고딕" w:hint="eastAsia"/>
          <w:lang w:eastAsia="ko-KR"/>
        </w:rPr>
        <w:t>541.11</w:t>
      </w:r>
      <w:r w:rsidR="008800B9" w:rsidRPr="009240BD">
        <w:rPr>
          <w:rFonts w:eastAsia="맑은 고딕" w:hint="eastAsia"/>
          <w:lang w:eastAsia="ko-KR"/>
        </w:rPr>
        <w:t>점</w:t>
      </w:r>
      <w:proofErr w:type="gramStart"/>
      <w:r w:rsidR="008800B9" w:rsidRPr="009240BD">
        <w:rPr>
          <w:rFonts w:eastAsia="맑은 고딕" w:hint="eastAsia"/>
          <w:lang w:eastAsia="ko-KR"/>
        </w:rPr>
        <w:t>)</w:t>
      </w:r>
      <w:r w:rsidRPr="009240BD">
        <w:rPr>
          <w:rFonts w:eastAsia="맑은 고딕" w:hint="eastAsia"/>
          <w:lang w:eastAsia="ko-KR"/>
        </w:rPr>
        <w:t xml:space="preserve"> /</w:t>
      </w:r>
      <w:proofErr w:type="gramEnd"/>
      <w:r w:rsidRPr="009240BD">
        <w:rPr>
          <w:rFonts w:eastAsia="맑은 고딕" w:hint="eastAsia"/>
          <w:lang w:eastAsia="ko-KR"/>
        </w:rPr>
        <w:t xml:space="preserve">  </w:t>
      </w:r>
      <w:r w:rsidR="009911C9" w:rsidRPr="009911C9">
        <w:rPr>
          <w:rFonts w:eastAsia="맑은 고딕"/>
          <w:lang w:eastAsia="ko-KR"/>
        </w:rPr>
        <w:t>전남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영암군</w:t>
      </w:r>
      <w:r w:rsidRPr="009240BD">
        <w:rPr>
          <w:rFonts w:eastAsia="맑은 고딕" w:hint="eastAsia"/>
          <w:lang w:eastAsia="ko-KR"/>
        </w:rPr>
        <w:t>(541.11</w:t>
      </w:r>
      <w:r w:rsidR="008800B9" w:rsidRPr="009240BD">
        <w:rPr>
          <w:rFonts w:eastAsia="맑은 고딕" w:hint="eastAsia"/>
          <w:lang w:eastAsia="ko-KR"/>
        </w:rPr>
        <w:t>점</w:t>
      </w:r>
      <w:proofErr w:type="gramStart"/>
      <w:r w:rsidR="008800B9" w:rsidRPr="009240BD">
        <w:rPr>
          <w:rFonts w:eastAsia="맑은 고딕" w:hint="eastAsia"/>
          <w:lang w:eastAsia="ko-KR"/>
        </w:rPr>
        <w:t>)</w:t>
      </w:r>
      <w:r w:rsidRPr="009240BD">
        <w:rPr>
          <w:rFonts w:eastAsia="맑은 고딕" w:hint="eastAsia"/>
          <w:lang w:eastAsia="ko-KR"/>
        </w:rPr>
        <w:t xml:space="preserve"> /</w:t>
      </w:r>
      <w:proofErr w:type="gramEnd"/>
      <w:r w:rsidRPr="009240BD">
        <w:rPr>
          <w:rFonts w:eastAsia="맑은 고딕" w:hint="eastAsia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인천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옹진군</w:t>
      </w:r>
      <w:r w:rsidR="008800B9" w:rsidRPr="009240BD">
        <w:rPr>
          <w:rFonts w:eastAsia="맑은 고딕" w:hint="eastAsia"/>
          <w:lang w:eastAsia="ko-KR"/>
        </w:rPr>
        <w:t>(</w:t>
      </w:r>
      <w:r w:rsidRPr="009240BD">
        <w:rPr>
          <w:rFonts w:eastAsia="맑은 고딕" w:hint="eastAsia"/>
          <w:lang w:eastAsia="ko-KR"/>
        </w:rPr>
        <w:t>541.11</w:t>
      </w:r>
      <w:r w:rsidR="008800B9" w:rsidRPr="009240BD">
        <w:rPr>
          <w:rFonts w:eastAsia="맑은 고딕" w:hint="eastAsia"/>
          <w:lang w:eastAsia="ko-KR"/>
        </w:rPr>
        <w:t>점</w:t>
      </w:r>
      <w:r w:rsidR="008800B9" w:rsidRPr="009240BD">
        <w:rPr>
          <w:rFonts w:eastAsia="맑은 고딕" w:hint="eastAsia"/>
          <w:lang w:eastAsia="ko-KR"/>
        </w:rPr>
        <w:t>)</w:t>
      </w:r>
    </w:p>
    <w:p w14:paraId="0F042A4C" w14:textId="77777777" w:rsidR="009240BD" w:rsidRPr="009911C9" w:rsidRDefault="009240BD" w:rsidP="009240BD">
      <w:pPr>
        <w:rPr>
          <w:rFonts w:eastAsia="맑은 고딕"/>
          <w:lang w:eastAsia="ko-KR"/>
        </w:rPr>
      </w:pPr>
    </w:p>
    <w:p w14:paraId="0BA3BA19" w14:textId="77777777" w:rsidR="009911C9" w:rsidRPr="009911C9" w:rsidRDefault="009911C9" w:rsidP="009911C9">
      <w:pPr>
        <w:pStyle w:val="aa"/>
        <w:numPr>
          <w:ilvl w:val="0"/>
          <w:numId w:val="34"/>
        </w:num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>TOP 10 (</w:t>
      </w:r>
      <w:r w:rsidRPr="009911C9">
        <w:rPr>
          <w:rFonts w:eastAsia="맑은 고딕"/>
          <w:b/>
          <w:bCs/>
          <w:lang w:eastAsia="ko-KR"/>
        </w:rPr>
        <w:t>郡</w:t>
      </w:r>
      <w:r w:rsidRPr="009911C9">
        <w:rPr>
          <w:rFonts w:eastAsia="맑은 고딕"/>
          <w:b/>
          <w:bCs/>
          <w:lang w:eastAsia="ko-KR"/>
        </w:rPr>
        <w:t>·</w:t>
      </w:r>
      <w:r w:rsidRPr="009911C9">
        <w:rPr>
          <w:rFonts w:eastAsia="맑은 고딕"/>
          <w:b/>
          <w:bCs/>
          <w:lang w:eastAsia="ko-KR"/>
        </w:rPr>
        <w:t>광역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제외</w:t>
      </w:r>
      <w:r w:rsidRPr="009911C9">
        <w:rPr>
          <w:rFonts w:eastAsia="맑은 고딕"/>
          <w:b/>
          <w:bCs/>
          <w:lang w:eastAsia="ko-KR"/>
        </w:rPr>
        <w:t>)</w:t>
      </w:r>
    </w:p>
    <w:p w14:paraId="232702FD" w14:textId="1558CDE6" w:rsidR="009911C9" w:rsidRPr="009911C9" w:rsidRDefault="009911C9" w:rsidP="009911C9">
      <w:pPr>
        <w:numPr>
          <w:ilvl w:val="0"/>
          <w:numId w:val="25"/>
        </w:numPr>
        <w:rPr>
          <w:rFonts w:eastAsia="맑은 고딕"/>
          <w:lang w:eastAsia="ko-KR"/>
        </w:rPr>
      </w:pPr>
      <w:r w:rsidRPr="009911C9">
        <w:rPr>
          <w:rFonts w:eastAsia="맑은 고딕"/>
          <w:b/>
          <w:bCs/>
          <w:lang w:eastAsia="ko-KR"/>
        </w:rPr>
        <w:t>충북</w:t>
      </w:r>
      <w:r w:rsidRPr="009911C9">
        <w:rPr>
          <w:rFonts w:eastAsia="맑은 고딕"/>
          <w:b/>
          <w:bCs/>
          <w:lang w:eastAsia="ko-KR"/>
        </w:rPr>
        <w:t xml:space="preserve"> </w:t>
      </w:r>
      <w:proofErr w:type="spellStart"/>
      <w:r w:rsidRPr="009911C9">
        <w:rPr>
          <w:rFonts w:eastAsia="맑은 고딕"/>
          <w:b/>
          <w:bCs/>
          <w:lang w:eastAsia="ko-KR"/>
        </w:rPr>
        <w:t>증평군</w:t>
      </w:r>
      <w:proofErr w:type="spellEnd"/>
      <w:r w:rsidR="008800B9">
        <w:rPr>
          <w:rFonts w:eastAsia="맑은 고딕" w:hint="eastAsia"/>
          <w:lang w:eastAsia="ko-KR"/>
        </w:rPr>
        <w:t>(</w:t>
      </w:r>
      <w:r w:rsidR="009240BD">
        <w:rPr>
          <w:rFonts w:eastAsia="맑은 고딕" w:hint="eastAsia"/>
          <w:lang w:eastAsia="ko-KR"/>
        </w:rPr>
        <w:t>596.35</w:t>
      </w:r>
      <w:r w:rsidR="009240BD">
        <w:rPr>
          <w:rFonts w:eastAsia="맑은 고딕" w:hint="eastAsia"/>
          <w:lang w:eastAsia="ko-KR"/>
        </w:rPr>
        <w:t>점</w:t>
      </w:r>
      <w:r w:rsidR="008800B9">
        <w:rPr>
          <w:rFonts w:eastAsia="맑은 고딕" w:hint="eastAsia"/>
          <w:lang w:eastAsia="ko-KR"/>
        </w:rPr>
        <w:t>)</w:t>
      </w:r>
    </w:p>
    <w:p w14:paraId="2AAA5657" w14:textId="5E349B90" w:rsidR="009911C9" w:rsidRPr="009911C9" w:rsidRDefault="009911C9" w:rsidP="009911C9">
      <w:pPr>
        <w:numPr>
          <w:ilvl w:val="0"/>
          <w:numId w:val="25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경북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울릉군</w:t>
      </w:r>
      <w:r w:rsidR="008800B9">
        <w:rPr>
          <w:rFonts w:eastAsia="맑은 고딕" w:hint="eastAsia"/>
          <w:lang w:eastAsia="ko-KR"/>
        </w:rPr>
        <w:t>(</w:t>
      </w:r>
      <w:r w:rsidR="009240BD">
        <w:rPr>
          <w:rFonts w:eastAsia="맑은 고딕" w:hint="eastAsia"/>
          <w:lang w:eastAsia="ko-KR"/>
        </w:rPr>
        <w:t>552.24</w:t>
      </w:r>
      <w:r w:rsidR="009240BD">
        <w:rPr>
          <w:rFonts w:eastAsia="맑은 고딕" w:hint="eastAsia"/>
          <w:lang w:eastAsia="ko-KR"/>
        </w:rPr>
        <w:t>점</w:t>
      </w:r>
      <w:r w:rsidR="008800B9">
        <w:rPr>
          <w:rFonts w:eastAsia="맑은 고딕" w:hint="eastAsia"/>
          <w:lang w:eastAsia="ko-KR"/>
        </w:rPr>
        <w:t>)</w:t>
      </w:r>
    </w:p>
    <w:p w14:paraId="321A7623" w14:textId="3D94E205" w:rsidR="009911C9" w:rsidRDefault="009911C9" w:rsidP="009911C9">
      <w:pPr>
        <w:numPr>
          <w:ilvl w:val="0"/>
          <w:numId w:val="25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전남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신안군</w:t>
      </w:r>
      <w:r w:rsidR="008800B9">
        <w:rPr>
          <w:rFonts w:eastAsia="맑은 고딕" w:hint="eastAsia"/>
          <w:lang w:eastAsia="ko-KR"/>
        </w:rPr>
        <w:t>(</w:t>
      </w:r>
      <w:r w:rsidR="009240BD">
        <w:rPr>
          <w:rFonts w:eastAsia="맑은 고딕" w:hint="eastAsia"/>
          <w:lang w:eastAsia="ko-KR"/>
        </w:rPr>
        <w:t>551.97</w:t>
      </w:r>
      <w:r w:rsidR="009240BD">
        <w:rPr>
          <w:rFonts w:eastAsia="맑은 고딕" w:hint="eastAsia"/>
          <w:lang w:eastAsia="ko-KR"/>
        </w:rPr>
        <w:t>점</w:t>
      </w:r>
      <w:r w:rsidR="008800B9">
        <w:rPr>
          <w:rFonts w:eastAsia="맑은 고딕" w:hint="eastAsia"/>
          <w:lang w:eastAsia="ko-KR"/>
        </w:rPr>
        <w:t>)</w:t>
      </w:r>
    </w:p>
    <w:p w14:paraId="59C8A454" w14:textId="183F40C6" w:rsidR="009240BD" w:rsidRPr="009911C9" w:rsidRDefault="009240BD" w:rsidP="009911C9">
      <w:pPr>
        <w:numPr>
          <w:ilvl w:val="0"/>
          <w:numId w:val="25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충남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부여군</w:t>
      </w:r>
      <w:r w:rsidRPr="009240BD">
        <w:rPr>
          <w:rFonts w:eastAsia="맑은 고딕" w:hint="eastAsia"/>
          <w:lang w:eastAsia="ko-KR"/>
        </w:rPr>
        <w:t>(</w:t>
      </w:r>
      <w:r>
        <w:rPr>
          <w:rFonts w:eastAsia="맑은 고딕" w:hint="eastAsia"/>
          <w:lang w:eastAsia="ko-KR"/>
        </w:rPr>
        <w:t>551.43</w:t>
      </w:r>
      <w:r>
        <w:rPr>
          <w:rFonts w:eastAsia="맑은 고딕" w:hint="eastAsia"/>
          <w:lang w:eastAsia="ko-KR"/>
        </w:rPr>
        <w:t>점</w:t>
      </w:r>
      <w:r w:rsidRPr="009240BD">
        <w:rPr>
          <w:rFonts w:eastAsia="맑은 고딕" w:hint="eastAsia"/>
          <w:lang w:eastAsia="ko-KR"/>
        </w:rPr>
        <w:t>)</w:t>
      </w:r>
    </w:p>
    <w:p w14:paraId="3C32E5B2" w14:textId="4DD5DD7E" w:rsidR="009911C9" w:rsidRPr="009911C9" w:rsidRDefault="009911C9" w:rsidP="009911C9">
      <w:pPr>
        <w:numPr>
          <w:ilvl w:val="0"/>
          <w:numId w:val="25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강원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양양군</w:t>
      </w:r>
      <w:r w:rsidR="008800B9">
        <w:rPr>
          <w:rFonts w:eastAsia="맑은 고딕" w:hint="eastAsia"/>
          <w:lang w:eastAsia="ko-KR"/>
        </w:rPr>
        <w:t>(</w:t>
      </w:r>
      <w:r w:rsidR="009240BD">
        <w:rPr>
          <w:rFonts w:eastAsia="맑은 고딕" w:hint="eastAsia"/>
          <w:lang w:eastAsia="ko-KR"/>
        </w:rPr>
        <w:t>550.99</w:t>
      </w:r>
      <w:r w:rsidR="009240BD">
        <w:rPr>
          <w:rFonts w:eastAsia="맑은 고딕" w:hint="eastAsia"/>
          <w:lang w:eastAsia="ko-KR"/>
        </w:rPr>
        <w:t>점</w:t>
      </w:r>
      <w:r w:rsidR="008800B9">
        <w:rPr>
          <w:rFonts w:eastAsia="맑은 고딕" w:hint="eastAsia"/>
          <w:lang w:eastAsia="ko-KR"/>
        </w:rPr>
        <w:t>)</w:t>
      </w:r>
    </w:p>
    <w:p w14:paraId="6DA21811" w14:textId="77777777" w:rsidR="009240BD" w:rsidRDefault="009240BD" w:rsidP="009240BD">
      <w:pPr>
        <w:numPr>
          <w:ilvl w:val="0"/>
          <w:numId w:val="25"/>
        </w:numPr>
        <w:rPr>
          <w:rFonts w:eastAsia="맑은 고딕"/>
          <w:lang w:eastAsia="ko-KR"/>
        </w:rPr>
      </w:pPr>
      <w:r w:rsidRPr="009240BD">
        <w:rPr>
          <w:rFonts w:eastAsia="맑은 고딕" w:hint="eastAsia"/>
          <w:lang w:eastAsia="ko-KR"/>
        </w:rPr>
        <w:t>공동</w:t>
      </w:r>
      <w:r w:rsidRPr="009240BD">
        <w:rPr>
          <w:rFonts w:eastAsia="맑은 고딕" w:hint="eastAsia"/>
          <w:lang w:eastAsia="ko-KR"/>
        </w:rPr>
        <w:t xml:space="preserve"> 6</w:t>
      </w:r>
      <w:proofErr w:type="gramStart"/>
      <w:r w:rsidRPr="009240BD">
        <w:rPr>
          <w:rFonts w:eastAsia="맑은 고딕" w:hint="eastAsia"/>
          <w:lang w:eastAsia="ko-KR"/>
        </w:rPr>
        <w:t>위</w:t>
      </w:r>
      <w:r w:rsidRPr="009240BD">
        <w:rPr>
          <w:rFonts w:eastAsia="맑은 고딕" w:hint="eastAsia"/>
          <w:lang w:eastAsia="ko-KR"/>
        </w:rPr>
        <w:t xml:space="preserve"> :</w:t>
      </w:r>
      <w:proofErr w:type="gramEnd"/>
      <w:r w:rsidRPr="009240BD">
        <w:rPr>
          <w:rFonts w:eastAsia="맑은 고딕" w:hint="eastAsia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강원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정선군</w:t>
      </w:r>
      <w:r w:rsidRPr="009240BD">
        <w:rPr>
          <w:rFonts w:eastAsia="맑은 고딕" w:hint="eastAsia"/>
          <w:lang w:eastAsia="ko-KR"/>
        </w:rPr>
        <w:t>(541.11</w:t>
      </w:r>
      <w:r w:rsidRPr="009240BD">
        <w:rPr>
          <w:rFonts w:eastAsia="맑은 고딕" w:hint="eastAsia"/>
          <w:lang w:eastAsia="ko-KR"/>
        </w:rPr>
        <w:t>점</w:t>
      </w:r>
      <w:proofErr w:type="gramStart"/>
      <w:r w:rsidRPr="009240BD">
        <w:rPr>
          <w:rFonts w:eastAsia="맑은 고딕" w:hint="eastAsia"/>
          <w:lang w:eastAsia="ko-KR"/>
        </w:rPr>
        <w:t>) /</w:t>
      </w:r>
      <w:proofErr w:type="gramEnd"/>
      <w:r w:rsidRPr="009240BD"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전남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영암군</w:t>
      </w:r>
      <w:r w:rsidR="008800B9" w:rsidRPr="009240BD">
        <w:rPr>
          <w:rFonts w:eastAsia="맑은 고딕" w:hint="eastAsia"/>
          <w:lang w:eastAsia="ko-KR"/>
        </w:rPr>
        <w:t>(</w:t>
      </w:r>
      <w:r w:rsidRPr="009240BD">
        <w:rPr>
          <w:rFonts w:eastAsia="맑은 고딕" w:hint="eastAsia"/>
          <w:lang w:eastAsia="ko-KR"/>
        </w:rPr>
        <w:t>541.11</w:t>
      </w:r>
      <w:r w:rsidRPr="009240BD">
        <w:rPr>
          <w:rFonts w:eastAsia="맑은 고딕" w:hint="eastAsia"/>
          <w:lang w:eastAsia="ko-KR"/>
        </w:rPr>
        <w:t>점</w:t>
      </w:r>
      <w:r w:rsidR="008800B9" w:rsidRPr="009240BD">
        <w:rPr>
          <w:rFonts w:eastAsia="맑은 고딕" w:hint="eastAsia"/>
          <w:lang w:eastAsia="ko-KR"/>
        </w:rPr>
        <w:t>)</w:t>
      </w:r>
    </w:p>
    <w:p w14:paraId="4CC27EC0" w14:textId="5F097D2C" w:rsidR="009911C9" w:rsidRDefault="009240BD" w:rsidP="009240BD">
      <w:pPr>
        <w:ind w:left="360"/>
        <w:rPr>
          <w:rFonts w:eastAsia="맑은 고딕"/>
          <w:lang w:eastAsia="ko-KR"/>
        </w:rPr>
      </w:pPr>
      <w:proofErr w:type="gramStart"/>
      <w:r>
        <w:rPr>
          <w:rFonts w:eastAsia="맑은 고딕" w:hint="eastAsia"/>
          <w:lang w:eastAsia="ko-KR"/>
        </w:rPr>
        <w:t>8,</w:t>
      </w:r>
      <w:r w:rsidRPr="009240BD">
        <w:rPr>
          <w:rFonts w:ascii="맑은 고딕" w:eastAsia="맑은 고딕" w:hAnsi="맑은 고딕" w:cs="맑은 고딕" w:hint="eastAsia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 xml:space="preserve">  </w:t>
      </w:r>
      <w:proofErr w:type="gramEnd"/>
      <w:r w:rsidR="009911C9" w:rsidRPr="009240BD">
        <w:rPr>
          <w:rFonts w:ascii="맑은 고딕" w:eastAsia="맑은 고딕" w:hAnsi="맑은 고딕" w:cs="맑은 고딕" w:hint="eastAsia"/>
          <w:lang w:eastAsia="ko-KR"/>
        </w:rPr>
        <w:t>충북</w:t>
      </w:r>
      <w:r w:rsidR="009911C9" w:rsidRPr="009240BD">
        <w:rPr>
          <w:rFonts w:eastAsia="맑은 고딕"/>
          <w:lang w:eastAsia="ko-KR"/>
        </w:rPr>
        <w:t xml:space="preserve"> </w:t>
      </w:r>
      <w:r w:rsidR="009911C9" w:rsidRPr="009240BD">
        <w:rPr>
          <w:rFonts w:eastAsia="맑은 고딕"/>
          <w:lang w:eastAsia="ko-KR"/>
        </w:rPr>
        <w:t>음성군</w:t>
      </w:r>
      <w:r w:rsidR="008800B9" w:rsidRPr="009240BD">
        <w:rPr>
          <w:rFonts w:eastAsia="맑은 고딕" w:hint="eastAsia"/>
          <w:lang w:eastAsia="ko-KR"/>
        </w:rPr>
        <w:t>(</w:t>
      </w:r>
      <w:r>
        <w:rPr>
          <w:rFonts w:eastAsia="맑은 고딕" w:hint="eastAsia"/>
          <w:lang w:eastAsia="ko-KR"/>
        </w:rPr>
        <w:t>540.93</w:t>
      </w:r>
      <w:r w:rsidR="008800B9" w:rsidRPr="009240BD">
        <w:rPr>
          <w:rFonts w:eastAsia="맑은 고딕" w:hint="eastAsia"/>
          <w:lang w:eastAsia="ko-KR"/>
        </w:rPr>
        <w:t>점</w:t>
      </w:r>
      <w:r w:rsidR="008800B9" w:rsidRPr="009240BD">
        <w:rPr>
          <w:rFonts w:eastAsia="맑은 고딕" w:hint="eastAsia"/>
          <w:lang w:eastAsia="ko-KR"/>
        </w:rPr>
        <w:t>)</w:t>
      </w:r>
    </w:p>
    <w:p w14:paraId="5C85709A" w14:textId="00096EB9" w:rsidR="009911C9" w:rsidRPr="009911C9" w:rsidRDefault="009240BD" w:rsidP="009240BD">
      <w:pPr>
        <w:tabs>
          <w:tab w:val="num" w:pos="720"/>
        </w:tabs>
        <w:ind w:left="360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 xml:space="preserve">9.    </w:t>
      </w:r>
      <w:r w:rsidR="009911C9" w:rsidRPr="009911C9">
        <w:rPr>
          <w:rFonts w:eastAsia="맑은 고딕"/>
          <w:lang w:eastAsia="ko-KR"/>
        </w:rPr>
        <w:t>전남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해남군</w:t>
      </w:r>
      <w:r w:rsidR="008800B9">
        <w:rPr>
          <w:rFonts w:eastAsia="맑은 고딕" w:hint="eastAsia"/>
          <w:lang w:eastAsia="ko-KR"/>
        </w:rPr>
        <w:t>(</w:t>
      </w:r>
      <w:r w:rsidR="00E74E76">
        <w:rPr>
          <w:rFonts w:eastAsia="맑은 고딕" w:hint="eastAsia"/>
          <w:lang w:eastAsia="ko-KR"/>
        </w:rPr>
        <w:t>540.83</w:t>
      </w:r>
      <w:r w:rsidR="008800B9">
        <w:rPr>
          <w:rFonts w:eastAsia="맑은 고딕" w:hint="eastAsia"/>
          <w:lang w:eastAsia="ko-KR"/>
        </w:rPr>
        <w:t>점</w:t>
      </w:r>
      <w:r w:rsidR="008800B9">
        <w:rPr>
          <w:rFonts w:eastAsia="맑은 고딕" w:hint="eastAsia"/>
          <w:lang w:eastAsia="ko-KR"/>
        </w:rPr>
        <w:t>)</w:t>
      </w:r>
    </w:p>
    <w:p w14:paraId="063DB085" w14:textId="5F7A126B" w:rsidR="009911C9" w:rsidRPr="00E74E76" w:rsidRDefault="00E74E76" w:rsidP="00E74E76">
      <w:pPr>
        <w:ind w:left="360"/>
        <w:rPr>
          <w:rFonts w:eastAsia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10. </w:t>
      </w:r>
      <w:r w:rsidR="009911C9" w:rsidRPr="00E74E76">
        <w:rPr>
          <w:rFonts w:ascii="맑은 고딕" w:eastAsia="맑은 고딕" w:hAnsi="맑은 고딕" w:cs="맑은 고딕" w:hint="eastAsia"/>
          <w:lang w:eastAsia="ko-KR"/>
        </w:rPr>
        <w:t>경북</w:t>
      </w:r>
      <w:r w:rsidR="009911C9" w:rsidRPr="00E74E76">
        <w:rPr>
          <w:rFonts w:eastAsia="맑은 고딕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울주군</w:t>
      </w:r>
      <w:r w:rsidR="008800B9" w:rsidRPr="00E74E76">
        <w:rPr>
          <w:rFonts w:eastAsia="맑은 고딕" w:hint="eastAsia"/>
          <w:lang w:eastAsia="ko-KR"/>
        </w:rPr>
        <w:t>(</w:t>
      </w:r>
      <w:r>
        <w:rPr>
          <w:rFonts w:eastAsia="맑은 고딕" w:hint="eastAsia"/>
          <w:lang w:eastAsia="ko-KR"/>
        </w:rPr>
        <w:t>540.04</w:t>
      </w:r>
      <w:r>
        <w:rPr>
          <w:rFonts w:eastAsia="맑은 고딕" w:hint="eastAsia"/>
          <w:lang w:eastAsia="ko-KR"/>
        </w:rPr>
        <w:t>점</w:t>
      </w:r>
      <w:r w:rsidR="008800B9" w:rsidRPr="00E74E76">
        <w:rPr>
          <w:rFonts w:eastAsia="맑은 고딕" w:hint="eastAsia"/>
          <w:lang w:eastAsia="ko-KR"/>
        </w:rPr>
        <w:t>)</w:t>
      </w:r>
    </w:p>
    <w:p w14:paraId="106D3D5C" w14:textId="43337895" w:rsidR="009911C9" w:rsidRPr="009911C9" w:rsidRDefault="009911C9" w:rsidP="009911C9">
      <w:pPr>
        <w:rPr>
          <w:rFonts w:eastAsia="맑은 고딕"/>
          <w:lang w:eastAsia="ko-KR"/>
        </w:rPr>
      </w:pPr>
    </w:p>
    <w:p w14:paraId="49D7AB38" w14:textId="6E945BCB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4. </w:t>
      </w:r>
      <w:r w:rsidRPr="009911C9">
        <w:rPr>
          <w:rFonts w:eastAsia="맑은 고딕"/>
          <w:b/>
          <w:bCs/>
          <w:lang w:eastAsia="ko-KR"/>
        </w:rPr>
        <w:t>區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단위</w:t>
      </w:r>
      <w:r w:rsidRPr="009911C9">
        <w:rPr>
          <w:rFonts w:eastAsia="맑은 고딕"/>
          <w:b/>
          <w:bCs/>
          <w:lang w:eastAsia="ko-KR"/>
        </w:rPr>
        <w:t xml:space="preserve"> — ‘</w:t>
      </w:r>
      <w:r w:rsidRPr="009911C9">
        <w:rPr>
          <w:rFonts w:eastAsia="맑은 고딕"/>
          <w:b/>
          <w:bCs/>
          <w:lang w:eastAsia="ko-KR"/>
        </w:rPr>
        <w:t>송파</w:t>
      </w:r>
      <w:r w:rsidR="004A3F62">
        <w:rPr>
          <w:rFonts w:eastAsia="맑은 고딕" w:hint="eastAsia"/>
          <w:b/>
          <w:bCs/>
          <w:lang w:eastAsia="ko-KR"/>
        </w:rPr>
        <w:t>구</w:t>
      </w:r>
      <w:r w:rsidR="004A3F62">
        <w:rPr>
          <w:rFonts w:eastAsia="맑은 고딕" w:hint="eastAsia"/>
          <w:b/>
          <w:bCs/>
          <w:lang w:eastAsia="ko-KR"/>
        </w:rPr>
        <w:t xml:space="preserve"> 1</w:t>
      </w:r>
      <w:r w:rsidR="004A3F62">
        <w:rPr>
          <w:rFonts w:eastAsia="맑은 고딕" w:hint="eastAsia"/>
          <w:b/>
          <w:bCs/>
          <w:lang w:eastAsia="ko-KR"/>
        </w:rPr>
        <w:t>위</w:t>
      </w:r>
      <w:r w:rsidR="004A3F62">
        <w:rPr>
          <w:rFonts w:eastAsia="맑은 고딕" w:hint="eastAsia"/>
          <w:b/>
          <w:bCs/>
          <w:lang w:eastAsia="ko-KR"/>
        </w:rPr>
        <w:t xml:space="preserve">, </w:t>
      </w:r>
      <w:r w:rsidRPr="009911C9">
        <w:rPr>
          <w:rFonts w:eastAsia="맑은 고딕"/>
          <w:b/>
          <w:bCs/>
          <w:lang w:eastAsia="ko-KR"/>
        </w:rPr>
        <w:t>강남</w:t>
      </w:r>
      <w:r w:rsidRPr="009911C9">
        <w:rPr>
          <w:rFonts w:eastAsia="맑은 고딕"/>
          <w:b/>
          <w:bCs/>
          <w:lang w:eastAsia="ko-KR"/>
        </w:rPr>
        <w:t>·</w:t>
      </w:r>
      <w:r w:rsidRPr="009911C9">
        <w:rPr>
          <w:rFonts w:eastAsia="맑은 고딕"/>
          <w:b/>
          <w:bCs/>
          <w:lang w:eastAsia="ko-KR"/>
        </w:rPr>
        <w:t>강서</w:t>
      </w:r>
      <w:r w:rsidRPr="009911C9">
        <w:rPr>
          <w:rFonts w:eastAsia="맑은 고딕"/>
          <w:b/>
          <w:bCs/>
          <w:lang w:eastAsia="ko-KR"/>
        </w:rPr>
        <w:t>·</w:t>
      </w:r>
      <w:r w:rsidR="004A3F62">
        <w:rPr>
          <w:rFonts w:eastAsia="맑은 고딕" w:hint="eastAsia"/>
          <w:b/>
          <w:bCs/>
          <w:lang w:eastAsia="ko-KR"/>
        </w:rPr>
        <w:t>계양</w:t>
      </w:r>
      <w:r w:rsidRPr="009911C9">
        <w:rPr>
          <w:rFonts w:eastAsia="맑은 고딕"/>
          <w:b/>
          <w:bCs/>
          <w:lang w:eastAsia="ko-KR"/>
        </w:rPr>
        <w:t>·</w:t>
      </w:r>
      <w:r w:rsidR="004A3F62">
        <w:rPr>
          <w:rFonts w:eastAsia="맑은 고딕" w:hint="eastAsia"/>
          <w:b/>
          <w:bCs/>
          <w:lang w:eastAsia="ko-KR"/>
        </w:rPr>
        <w:t>영등포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뒤이어</w:t>
      </w:r>
      <w:r w:rsidRPr="009911C9">
        <w:rPr>
          <w:rFonts w:eastAsia="맑은 고딕"/>
          <w:b/>
          <w:bCs/>
          <w:lang w:eastAsia="ko-KR"/>
        </w:rPr>
        <w:t>’</w:t>
      </w:r>
    </w:p>
    <w:p w14:paraId="71D0510B" w14:textId="77777777" w:rsidR="009911C9" w:rsidRPr="009911C9" w:rsidRDefault="009911C9" w:rsidP="009911C9">
      <w:pPr>
        <w:pStyle w:val="aa"/>
        <w:numPr>
          <w:ilvl w:val="0"/>
          <w:numId w:val="34"/>
        </w:num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>TOP 10 (</w:t>
      </w:r>
      <w:r w:rsidRPr="009911C9">
        <w:rPr>
          <w:rFonts w:eastAsia="맑은 고딕"/>
          <w:b/>
          <w:bCs/>
          <w:lang w:eastAsia="ko-KR"/>
        </w:rPr>
        <w:t>구</w:t>
      </w:r>
      <w:r w:rsidRPr="009911C9">
        <w:rPr>
          <w:rFonts w:eastAsia="맑은 고딕"/>
          <w:b/>
          <w:bCs/>
          <w:lang w:eastAsia="ko-KR"/>
        </w:rPr>
        <w:t>·</w:t>
      </w:r>
      <w:r w:rsidRPr="009911C9">
        <w:rPr>
          <w:rFonts w:eastAsia="맑은 고딕"/>
          <w:b/>
          <w:bCs/>
          <w:lang w:eastAsia="ko-KR"/>
        </w:rPr>
        <w:t>종합</w:t>
      </w:r>
      <w:r w:rsidRPr="009911C9">
        <w:rPr>
          <w:rFonts w:eastAsia="맑은 고딕"/>
          <w:b/>
          <w:bCs/>
          <w:lang w:eastAsia="ko-KR"/>
        </w:rPr>
        <w:t>)</w:t>
      </w:r>
    </w:p>
    <w:p w14:paraId="2FBB677D" w14:textId="7F4EA4B9" w:rsidR="009911C9" w:rsidRPr="004A3F62" w:rsidRDefault="009911C9" w:rsidP="009911C9">
      <w:pPr>
        <w:numPr>
          <w:ilvl w:val="0"/>
          <w:numId w:val="26"/>
        </w:numPr>
        <w:rPr>
          <w:rFonts w:eastAsia="맑은 고딕"/>
          <w:b/>
          <w:bCs/>
          <w:lang w:eastAsia="ko-KR"/>
        </w:rPr>
      </w:pPr>
      <w:r w:rsidRPr="004A3F62">
        <w:rPr>
          <w:rFonts w:eastAsia="맑은 고딕"/>
          <w:b/>
          <w:bCs/>
          <w:lang w:eastAsia="ko-KR"/>
        </w:rPr>
        <w:t>서울</w:t>
      </w:r>
      <w:r w:rsidRPr="004A3F62">
        <w:rPr>
          <w:rFonts w:eastAsia="맑은 고딕"/>
          <w:b/>
          <w:bCs/>
          <w:lang w:eastAsia="ko-KR"/>
        </w:rPr>
        <w:t xml:space="preserve"> </w:t>
      </w:r>
      <w:r w:rsidRPr="004A3F62">
        <w:rPr>
          <w:rFonts w:eastAsia="맑은 고딕"/>
          <w:b/>
          <w:bCs/>
          <w:lang w:eastAsia="ko-KR"/>
        </w:rPr>
        <w:t>송파구</w:t>
      </w:r>
      <w:r w:rsidR="008800B9" w:rsidRPr="004A3F62">
        <w:rPr>
          <w:rFonts w:eastAsia="맑은 고딕" w:hint="eastAsia"/>
          <w:b/>
          <w:bCs/>
          <w:lang w:eastAsia="ko-KR"/>
        </w:rPr>
        <w:t>(</w:t>
      </w:r>
      <w:r w:rsidR="00E74E76" w:rsidRPr="004A3F62">
        <w:rPr>
          <w:rFonts w:eastAsia="맑은 고딕" w:hint="eastAsia"/>
          <w:b/>
          <w:bCs/>
          <w:lang w:eastAsia="ko-KR"/>
        </w:rPr>
        <w:t>752.26</w:t>
      </w:r>
      <w:r w:rsidR="008800B9" w:rsidRPr="004A3F62">
        <w:rPr>
          <w:rFonts w:eastAsia="맑은 고딕" w:hint="eastAsia"/>
          <w:b/>
          <w:bCs/>
          <w:lang w:eastAsia="ko-KR"/>
        </w:rPr>
        <w:t>점</w:t>
      </w:r>
      <w:r w:rsidR="008800B9" w:rsidRPr="004A3F62">
        <w:rPr>
          <w:rFonts w:eastAsia="맑은 고딕" w:hint="eastAsia"/>
          <w:b/>
          <w:bCs/>
          <w:lang w:eastAsia="ko-KR"/>
        </w:rPr>
        <w:t>)</w:t>
      </w:r>
    </w:p>
    <w:p w14:paraId="437E04AC" w14:textId="3CDE81BA" w:rsidR="009911C9" w:rsidRPr="009911C9" w:rsidRDefault="009911C9" w:rsidP="009911C9">
      <w:pPr>
        <w:numPr>
          <w:ilvl w:val="0"/>
          <w:numId w:val="26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서울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강남구</w:t>
      </w:r>
      <w:r w:rsidR="008800B9">
        <w:rPr>
          <w:rFonts w:eastAsia="맑은 고딕" w:hint="eastAsia"/>
          <w:lang w:eastAsia="ko-KR"/>
        </w:rPr>
        <w:t>(</w:t>
      </w:r>
      <w:r w:rsidR="00E74E76">
        <w:rPr>
          <w:rFonts w:eastAsia="맑은 고딕" w:hint="eastAsia"/>
          <w:lang w:eastAsia="ko-KR"/>
        </w:rPr>
        <w:t>730.32</w:t>
      </w:r>
      <w:r w:rsidR="008800B9">
        <w:rPr>
          <w:rFonts w:eastAsia="맑은 고딕" w:hint="eastAsia"/>
          <w:lang w:eastAsia="ko-KR"/>
        </w:rPr>
        <w:t>점</w:t>
      </w:r>
      <w:r w:rsidR="008800B9">
        <w:rPr>
          <w:rFonts w:eastAsia="맑은 고딕" w:hint="eastAsia"/>
          <w:lang w:eastAsia="ko-KR"/>
        </w:rPr>
        <w:t>)</w:t>
      </w:r>
    </w:p>
    <w:p w14:paraId="5486014A" w14:textId="12AB369C" w:rsidR="009911C9" w:rsidRDefault="009911C9" w:rsidP="009911C9">
      <w:pPr>
        <w:numPr>
          <w:ilvl w:val="0"/>
          <w:numId w:val="26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서울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강서구</w:t>
      </w:r>
      <w:r w:rsidR="00E74E76">
        <w:rPr>
          <w:rFonts w:eastAsia="맑은 고딕" w:hint="eastAsia"/>
          <w:lang w:eastAsia="ko-KR"/>
        </w:rPr>
        <w:t>(729.92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1B5619DA" w14:textId="380380B2" w:rsidR="004A3F62" w:rsidRPr="004A3F62" w:rsidRDefault="004A3F62" w:rsidP="009911C9">
      <w:pPr>
        <w:numPr>
          <w:ilvl w:val="0"/>
          <w:numId w:val="26"/>
        </w:numPr>
        <w:rPr>
          <w:rFonts w:eastAsia="맑은 고딕"/>
          <w:lang w:eastAsia="ko-KR"/>
        </w:rPr>
      </w:pPr>
      <w:r w:rsidRPr="004A3F62">
        <w:rPr>
          <w:rFonts w:eastAsia="맑은 고딕"/>
          <w:lang w:eastAsia="ko-KR"/>
        </w:rPr>
        <w:t>인천</w:t>
      </w:r>
      <w:r w:rsidRPr="004A3F62">
        <w:rPr>
          <w:rFonts w:eastAsia="맑은 고딕"/>
          <w:lang w:eastAsia="ko-KR"/>
        </w:rPr>
        <w:t xml:space="preserve"> </w:t>
      </w:r>
      <w:r w:rsidRPr="004A3F62">
        <w:rPr>
          <w:rFonts w:eastAsia="맑은 고딕"/>
          <w:lang w:eastAsia="ko-KR"/>
        </w:rPr>
        <w:t>계양구</w:t>
      </w:r>
      <w:r w:rsidRPr="004A3F62">
        <w:rPr>
          <w:rFonts w:eastAsia="맑은 고딕" w:hint="eastAsia"/>
          <w:lang w:eastAsia="ko-KR"/>
        </w:rPr>
        <w:t>(7</w:t>
      </w:r>
      <w:r>
        <w:rPr>
          <w:rFonts w:eastAsia="맑은 고딕" w:hint="eastAsia"/>
          <w:lang w:eastAsia="ko-KR"/>
        </w:rPr>
        <w:t>08.41</w:t>
      </w:r>
      <w:r w:rsidRPr="004A3F62">
        <w:rPr>
          <w:rFonts w:eastAsia="맑은 고딕" w:hint="eastAsia"/>
          <w:lang w:eastAsia="ko-KR"/>
        </w:rPr>
        <w:t>점</w:t>
      </w:r>
      <w:r w:rsidRPr="004A3F62">
        <w:rPr>
          <w:rFonts w:eastAsia="맑은 고딕" w:hint="eastAsia"/>
          <w:lang w:eastAsia="ko-KR"/>
        </w:rPr>
        <w:t>)</w:t>
      </w:r>
    </w:p>
    <w:p w14:paraId="33EC66AD" w14:textId="45AA4958" w:rsidR="009911C9" w:rsidRPr="009911C9" w:rsidRDefault="009911C9" w:rsidP="009911C9">
      <w:pPr>
        <w:numPr>
          <w:ilvl w:val="0"/>
          <w:numId w:val="26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서울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영등포구</w:t>
      </w:r>
      <w:r w:rsidR="00E74E76">
        <w:rPr>
          <w:rFonts w:eastAsia="맑은 고딕" w:hint="eastAsia"/>
          <w:lang w:eastAsia="ko-KR"/>
        </w:rPr>
        <w:t>(697.08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0F2BB8D1" w14:textId="1E727E8E" w:rsidR="009911C9" w:rsidRPr="009911C9" w:rsidRDefault="009911C9" w:rsidP="009911C9">
      <w:pPr>
        <w:numPr>
          <w:ilvl w:val="0"/>
          <w:numId w:val="26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lastRenderedPageBreak/>
        <w:t>서울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마포구</w:t>
      </w:r>
      <w:r w:rsidR="00E74E76">
        <w:rPr>
          <w:rFonts w:eastAsia="맑은 고딕" w:hint="eastAsia"/>
          <w:lang w:eastAsia="ko-KR"/>
        </w:rPr>
        <w:t>(696.62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1B5DE5B9" w14:textId="30FC8965" w:rsidR="009911C9" w:rsidRPr="009911C9" w:rsidRDefault="009911C9" w:rsidP="009911C9">
      <w:pPr>
        <w:numPr>
          <w:ilvl w:val="0"/>
          <w:numId w:val="26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인천</w:t>
      </w:r>
      <w:r w:rsidRPr="009911C9">
        <w:rPr>
          <w:rFonts w:eastAsia="맑은 고딕"/>
          <w:lang w:eastAsia="ko-KR"/>
        </w:rPr>
        <w:t xml:space="preserve"> </w:t>
      </w:r>
      <w:proofErr w:type="spellStart"/>
      <w:r w:rsidRPr="009911C9">
        <w:rPr>
          <w:rFonts w:eastAsia="맑은 고딕"/>
          <w:lang w:eastAsia="ko-KR"/>
        </w:rPr>
        <w:t>미추홀구</w:t>
      </w:r>
      <w:proofErr w:type="spellEnd"/>
      <w:r w:rsidR="00E74E76">
        <w:rPr>
          <w:rFonts w:eastAsia="맑은 고딕" w:hint="eastAsia"/>
          <w:lang w:eastAsia="ko-KR"/>
        </w:rPr>
        <w:t>(696.47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7C429BBB" w14:textId="2360933D" w:rsidR="009911C9" w:rsidRPr="009911C9" w:rsidRDefault="009911C9" w:rsidP="009911C9">
      <w:pPr>
        <w:numPr>
          <w:ilvl w:val="0"/>
          <w:numId w:val="26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대전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유성구</w:t>
      </w:r>
      <w:r w:rsidR="00E74E76">
        <w:rPr>
          <w:rFonts w:eastAsia="맑은 고딕" w:hint="eastAsia"/>
          <w:lang w:eastAsia="ko-KR"/>
        </w:rPr>
        <w:t>(674.72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225D579C" w14:textId="5A44A163" w:rsidR="009911C9" w:rsidRPr="009911C9" w:rsidRDefault="009911C9" w:rsidP="009911C9">
      <w:pPr>
        <w:numPr>
          <w:ilvl w:val="0"/>
          <w:numId w:val="26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인천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남동구</w:t>
      </w:r>
      <w:r w:rsidR="00E74E76">
        <w:rPr>
          <w:rFonts w:eastAsia="맑은 고딕" w:hint="eastAsia"/>
          <w:lang w:eastAsia="ko-KR"/>
        </w:rPr>
        <w:t>(674.06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71F6CD1E" w14:textId="08DE9813" w:rsidR="009911C9" w:rsidRPr="009911C9" w:rsidRDefault="009911C9" w:rsidP="009911C9">
      <w:pPr>
        <w:numPr>
          <w:ilvl w:val="0"/>
          <w:numId w:val="26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서울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관악구</w:t>
      </w:r>
      <w:r w:rsidR="00E74E76">
        <w:rPr>
          <w:rFonts w:eastAsia="맑은 고딕" w:hint="eastAsia"/>
          <w:lang w:eastAsia="ko-KR"/>
        </w:rPr>
        <w:t>(662.73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2427E2C0" w14:textId="77BD2E63" w:rsidR="009911C9" w:rsidRDefault="00B25624" w:rsidP="009911C9">
      <w:pPr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(</w:t>
      </w:r>
      <w:r>
        <w:rPr>
          <w:rFonts w:eastAsia="맑은 고딕" w:hint="eastAsia"/>
          <w:lang w:eastAsia="ko-KR"/>
        </w:rPr>
        <w:t>해석</w:t>
      </w:r>
      <w:r>
        <w:rPr>
          <w:rFonts w:eastAsia="맑은 고딕" w:hint="eastAsia"/>
          <w:lang w:eastAsia="ko-KR"/>
        </w:rPr>
        <w:t>)</w:t>
      </w:r>
      <w:r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수도권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고용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서비스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집중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현상이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매우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뚜렷</w:t>
      </w:r>
      <w:r w:rsidR="00E74E76">
        <w:rPr>
          <w:rFonts w:eastAsia="맑은 고딕" w:hint="eastAsia"/>
          <w:lang w:eastAsia="ko-KR"/>
        </w:rPr>
        <w:t>함</w:t>
      </w:r>
    </w:p>
    <w:p w14:paraId="72501CE0" w14:textId="77777777" w:rsidR="00E74E76" w:rsidRPr="009911C9" w:rsidRDefault="00E74E76" w:rsidP="009911C9">
      <w:pPr>
        <w:rPr>
          <w:rFonts w:eastAsia="맑은 고딕"/>
          <w:lang w:eastAsia="ko-KR"/>
        </w:rPr>
      </w:pPr>
    </w:p>
    <w:p w14:paraId="29329420" w14:textId="77777777" w:rsidR="009911C9" w:rsidRPr="009911C9" w:rsidRDefault="009911C9" w:rsidP="009911C9">
      <w:pPr>
        <w:pStyle w:val="aa"/>
        <w:numPr>
          <w:ilvl w:val="0"/>
          <w:numId w:val="34"/>
        </w:numPr>
        <w:rPr>
          <w:rFonts w:eastAsia="맑은 고딕"/>
          <w:b/>
          <w:bCs/>
          <w:lang w:eastAsia="ko-KR"/>
        </w:rPr>
      </w:pPr>
      <w:r w:rsidRPr="009911C9">
        <w:rPr>
          <w:rFonts w:ascii="맑은 고딕" w:eastAsia="맑은 고딕" w:hAnsi="맑은 고딕" w:cs="맑은 고딕" w:hint="eastAsia"/>
          <w:b/>
          <w:bCs/>
          <w:lang w:eastAsia="ko-KR"/>
        </w:rPr>
        <w:t>수도권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제외</w:t>
      </w:r>
      <w:r w:rsidRPr="009911C9">
        <w:rPr>
          <w:rFonts w:eastAsia="맑은 고딕"/>
          <w:b/>
          <w:bCs/>
          <w:lang w:eastAsia="ko-KR"/>
        </w:rPr>
        <w:t xml:space="preserve"> TOP 10(</w:t>
      </w:r>
      <w:r w:rsidRPr="009911C9">
        <w:rPr>
          <w:rFonts w:eastAsia="맑은 고딕"/>
          <w:b/>
          <w:bCs/>
          <w:lang w:eastAsia="ko-KR"/>
        </w:rPr>
        <w:t>구</w:t>
      </w:r>
      <w:r w:rsidRPr="009911C9">
        <w:rPr>
          <w:rFonts w:eastAsia="맑은 고딕"/>
          <w:b/>
          <w:bCs/>
          <w:lang w:eastAsia="ko-KR"/>
        </w:rPr>
        <w:t>)</w:t>
      </w:r>
    </w:p>
    <w:p w14:paraId="14696831" w14:textId="4BA31685" w:rsidR="009911C9" w:rsidRPr="009911C9" w:rsidRDefault="009911C9" w:rsidP="009911C9">
      <w:pPr>
        <w:numPr>
          <w:ilvl w:val="0"/>
          <w:numId w:val="27"/>
        </w:numPr>
        <w:rPr>
          <w:rFonts w:eastAsia="맑은 고딕"/>
          <w:lang w:eastAsia="ko-KR"/>
        </w:rPr>
      </w:pPr>
      <w:r w:rsidRPr="009911C9">
        <w:rPr>
          <w:rFonts w:eastAsia="맑은 고딕"/>
          <w:b/>
          <w:bCs/>
          <w:lang w:eastAsia="ko-KR"/>
        </w:rPr>
        <w:t>대전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유성구</w:t>
      </w:r>
      <w:r w:rsidR="00E74E76">
        <w:rPr>
          <w:rFonts w:eastAsia="맑은 고딕" w:hint="eastAsia"/>
          <w:lang w:eastAsia="ko-KR"/>
        </w:rPr>
        <w:t>(674.72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2ACEEE1A" w14:textId="14DFCAE3" w:rsidR="009911C9" w:rsidRPr="009911C9" w:rsidRDefault="009911C9" w:rsidP="009911C9">
      <w:pPr>
        <w:numPr>
          <w:ilvl w:val="0"/>
          <w:numId w:val="2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광주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북구</w:t>
      </w:r>
      <w:r w:rsidR="00E74E76">
        <w:rPr>
          <w:rFonts w:eastAsia="맑은 고딕" w:hint="eastAsia"/>
          <w:lang w:eastAsia="ko-KR"/>
        </w:rPr>
        <w:t>(606.99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5F912E2A" w14:textId="4433DD4D" w:rsidR="009911C9" w:rsidRPr="009911C9" w:rsidRDefault="009911C9" w:rsidP="009911C9">
      <w:pPr>
        <w:numPr>
          <w:ilvl w:val="0"/>
          <w:numId w:val="2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광주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광산구</w:t>
      </w:r>
      <w:r w:rsidR="00E74E76">
        <w:rPr>
          <w:rFonts w:eastAsia="맑은 고딕" w:hint="eastAsia"/>
          <w:lang w:eastAsia="ko-KR"/>
        </w:rPr>
        <w:t>(596.12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5FA4EF7A" w14:textId="4C8331EB" w:rsidR="009911C9" w:rsidRPr="009911C9" w:rsidRDefault="009911C9" w:rsidP="009911C9">
      <w:pPr>
        <w:numPr>
          <w:ilvl w:val="0"/>
          <w:numId w:val="2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부산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강서구</w:t>
      </w:r>
      <w:r w:rsidR="00E74E76">
        <w:rPr>
          <w:rFonts w:eastAsia="맑은 고딕" w:hint="eastAsia"/>
          <w:lang w:eastAsia="ko-KR"/>
        </w:rPr>
        <w:t>(586.01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5583FC94" w14:textId="6F18D558" w:rsidR="009911C9" w:rsidRPr="009911C9" w:rsidRDefault="009911C9" w:rsidP="009911C9">
      <w:pPr>
        <w:numPr>
          <w:ilvl w:val="0"/>
          <w:numId w:val="2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울산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남구</w:t>
      </w:r>
      <w:r w:rsidR="00E74E76">
        <w:rPr>
          <w:rFonts w:eastAsia="맑은 고딕" w:hint="eastAsia"/>
          <w:lang w:eastAsia="ko-KR"/>
        </w:rPr>
        <w:t>(584.94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437D8AC3" w14:textId="6A797CA5" w:rsidR="009911C9" w:rsidRPr="009911C9" w:rsidRDefault="009911C9" w:rsidP="009911C9">
      <w:pPr>
        <w:numPr>
          <w:ilvl w:val="0"/>
          <w:numId w:val="2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광주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서구</w:t>
      </w:r>
      <w:r w:rsidR="00E74E76">
        <w:rPr>
          <w:rFonts w:eastAsia="맑은 고딕" w:hint="eastAsia"/>
          <w:lang w:eastAsia="ko-KR"/>
        </w:rPr>
        <w:t>(584.44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4241423E" w14:textId="1DCBF51D" w:rsidR="009911C9" w:rsidRPr="009911C9" w:rsidRDefault="009911C9" w:rsidP="009911C9">
      <w:pPr>
        <w:numPr>
          <w:ilvl w:val="0"/>
          <w:numId w:val="2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대전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중구</w:t>
      </w:r>
      <w:r w:rsidR="00E74E76">
        <w:rPr>
          <w:rFonts w:eastAsia="맑은 고딕" w:hint="eastAsia"/>
          <w:lang w:eastAsia="ko-KR"/>
        </w:rPr>
        <w:t>(584.35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5C971179" w14:textId="1ED19CB7" w:rsidR="009911C9" w:rsidRPr="009911C9" w:rsidRDefault="009911C9" w:rsidP="009911C9">
      <w:pPr>
        <w:numPr>
          <w:ilvl w:val="0"/>
          <w:numId w:val="2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대구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수성구</w:t>
      </w:r>
      <w:r w:rsidR="00E74E76">
        <w:rPr>
          <w:rFonts w:eastAsia="맑은 고딕" w:hint="eastAsia"/>
          <w:lang w:eastAsia="ko-KR"/>
        </w:rPr>
        <w:t>(583.98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2A863DB4" w14:textId="3DE308F7" w:rsidR="009911C9" w:rsidRPr="009911C9" w:rsidRDefault="009911C9" w:rsidP="009911C9">
      <w:pPr>
        <w:numPr>
          <w:ilvl w:val="0"/>
          <w:numId w:val="2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울산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북구</w:t>
      </w:r>
      <w:r w:rsidR="00E74E76">
        <w:rPr>
          <w:rFonts w:eastAsia="맑은 고딕" w:hint="eastAsia"/>
          <w:lang w:eastAsia="ko-KR"/>
        </w:rPr>
        <w:t>(573.82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7AF9E7B2" w14:textId="3AF2FDEB" w:rsidR="009911C9" w:rsidRPr="009911C9" w:rsidRDefault="009911C9" w:rsidP="009911C9">
      <w:pPr>
        <w:numPr>
          <w:ilvl w:val="0"/>
          <w:numId w:val="2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대구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중구</w:t>
      </w:r>
      <w:r w:rsidR="00E74E76">
        <w:rPr>
          <w:rFonts w:eastAsia="맑은 고딕" w:hint="eastAsia"/>
          <w:lang w:eastAsia="ko-KR"/>
        </w:rPr>
        <w:t>(562.78</w:t>
      </w:r>
      <w:r w:rsidR="00E74E76">
        <w:rPr>
          <w:rFonts w:eastAsia="맑은 고딕" w:hint="eastAsia"/>
          <w:lang w:eastAsia="ko-KR"/>
        </w:rPr>
        <w:t>점</w:t>
      </w:r>
      <w:r w:rsidR="00E74E76">
        <w:rPr>
          <w:rFonts w:eastAsia="맑은 고딕" w:hint="eastAsia"/>
          <w:lang w:eastAsia="ko-KR"/>
        </w:rPr>
        <w:t>)</w:t>
      </w:r>
    </w:p>
    <w:p w14:paraId="647C037D" w14:textId="5A08AA4F" w:rsidR="009911C9" w:rsidRDefault="00B25624" w:rsidP="009911C9">
      <w:pPr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(</w:t>
      </w:r>
      <w:r>
        <w:rPr>
          <w:rFonts w:eastAsia="맑은 고딕" w:hint="eastAsia"/>
          <w:lang w:eastAsia="ko-KR"/>
        </w:rPr>
        <w:t>해석</w:t>
      </w:r>
      <w:r>
        <w:rPr>
          <w:rFonts w:eastAsia="맑은 고딕" w:hint="eastAsia"/>
          <w:lang w:eastAsia="ko-KR"/>
        </w:rPr>
        <w:t>)</w:t>
      </w:r>
      <w:r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대전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광주</w:t>
      </w:r>
      <w:r w:rsidR="009911C9" w:rsidRPr="009911C9">
        <w:rPr>
          <w:rFonts w:eastAsia="맑은 고딕"/>
          <w:lang w:eastAsia="ko-KR"/>
        </w:rPr>
        <w:t>·</w:t>
      </w:r>
      <w:r w:rsidR="009911C9" w:rsidRPr="009911C9">
        <w:rPr>
          <w:rFonts w:eastAsia="맑은 고딕"/>
          <w:lang w:eastAsia="ko-KR"/>
        </w:rPr>
        <w:t>부산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등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광역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중심지의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고용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안정성이</w:t>
      </w:r>
      <w:r w:rsidR="009911C9" w:rsidRPr="009911C9">
        <w:rPr>
          <w:rFonts w:eastAsia="맑은 고딕"/>
          <w:lang w:eastAsia="ko-KR"/>
        </w:rPr>
        <w:t xml:space="preserve"> </w:t>
      </w:r>
      <w:r w:rsidR="009911C9" w:rsidRPr="009911C9">
        <w:rPr>
          <w:rFonts w:eastAsia="맑은 고딕"/>
          <w:lang w:eastAsia="ko-KR"/>
        </w:rPr>
        <w:t>확인됨</w:t>
      </w:r>
      <w:r w:rsidR="009911C9" w:rsidRPr="009911C9">
        <w:rPr>
          <w:rFonts w:eastAsia="맑은 고딕"/>
          <w:lang w:eastAsia="ko-KR"/>
        </w:rPr>
        <w:t>.</w:t>
      </w:r>
    </w:p>
    <w:p w14:paraId="6EC41878" w14:textId="1D4FB4AF" w:rsidR="009911C9" w:rsidRPr="009911C9" w:rsidRDefault="009911C9" w:rsidP="009911C9">
      <w:pPr>
        <w:rPr>
          <w:rFonts w:eastAsia="맑은 고딕"/>
          <w:lang w:eastAsia="ko-KR"/>
        </w:rPr>
      </w:pPr>
    </w:p>
    <w:p w14:paraId="73EBB897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proofErr w:type="spellStart"/>
      <w:r w:rsidRPr="009911C9">
        <w:rPr>
          <w:rFonts w:ascii="맑은 고딕" w:eastAsia="맑은 고딕" w:hAnsi="맑은 고딕" w:cs="맑은 고딕" w:hint="eastAsia"/>
          <w:b/>
          <w:bCs/>
          <w:lang w:eastAsia="ko-KR"/>
        </w:rPr>
        <w:t>Ⅲ</w:t>
      </w:r>
      <w:proofErr w:type="spellEnd"/>
      <w:r w:rsidRPr="009911C9">
        <w:rPr>
          <w:rFonts w:eastAsia="맑은 고딕"/>
          <w:b/>
          <w:bCs/>
          <w:lang w:eastAsia="ko-KR"/>
        </w:rPr>
        <w:t xml:space="preserve">. </w:t>
      </w:r>
      <w:r w:rsidRPr="009911C9">
        <w:rPr>
          <w:rFonts w:eastAsia="맑은 고딕"/>
          <w:b/>
          <w:bCs/>
          <w:lang w:eastAsia="ko-KR"/>
        </w:rPr>
        <w:t>지역고용지수</w:t>
      </w:r>
      <w:r w:rsidRPr="009911C9">
        <w:rPr>
          <w:rFonts w:eastAsia="맑은 고딕"/>
          <w:b/>
          <w:bCs/>
          <w:lang w:eastAsia="ko-KR"/>
        </w:rPr>
        <w:t xml:space="preserve"> 2.0</w:t>
      </w:r>
      <w:r w:rsidRPr="009911C9">
        <w:rPr>
          <w:rFonts w:eastAsia="맑은 고딕"/>
          <w:b/>
          <w:bCs/>
          <w:lang w:eastAsia="ko-KR"/>
        </w:rPr>
        <w:t>의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개발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철학과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특징</w:t>
      </w:r>
    </w:p>
    <w:p w14:paraId="35156295" w14:textId="32DCDB35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lastRenderedPageBreak/>
        <w:t xml:space="preserve">1. </w:t>
      </w:r>
      <w:r w:rsidRPr="009911C9">
        <w:rPr>
          <w:rFonts w:eastAsia="맑은 고딕"/>
          <w:b/>
          <w:bCs/>
          <w:lang w:eastAsia="ko-KR"/>
        </w:rPr>
        <w:t>고용률을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넘어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고용의</w:t>
      </w:r>
      <w:r w:rsidRPr="009911C9">
        <w:rPr>
          <w:rFonts w:eastAsia="맑은 고딕"/>
          <w:b/>
          <w:bCs/>
          <w:lang w:eastAsia="ko-KR"/>
        </w:rPr>
        <w:t xml:space="preserve"> ‘</w:t>
      </w:r>
      <w:r w:rsidRPr="009911C9">
        <w:rPr>
          <w:rFonts w:eastAsia="맑은 고딕"/>
          <w:b/>
          <w:bCs/>
          <w:lang w:eastAsia="ko-KR"/>
        </w:rPr>
        <w:t>양</w:t>
      </w:r>
      <w:r w:rsidRPr="009911C9">
        <w:rPr>
          <w:rFonts w:eastAsia="맑은 고딕"/>
          <w:b/>
          <w:bCs/>
          <w:lang w:eastAsia="ko-KR"/>
        </w:rPr>
        <w:t xml:space="preserve"> + </w:t>
      </w:r>
      <w:r w:rsidRPr="009911C9">
        <w:rPr>
          <w:rFonts w:eastAsia="맑은 고딕"/>
          <w:b/>
          <w:bCs/>
          <w:lang w:eastAsia="ko-KR"/>
        </w:rPr>
        <w:t>질</w:t>
      </w:r>
      <w:r w:rsidRPr="009911C9">
        <w:rPr>
          <w:rFonts w:eastAsia="맑은 고딕"/>
          <w:b/>
          <w:bCs/>
          <w:lang w:eastAsia="ko-KR"/>
        </w:rPr>
        <w:t xml:space="preserve"> + </w:t>
      </w:r>
      <w:r w:rsidRPr="009911C9">
        <w:rPr>
          <w:rFonts w:eastAsia="맑은 고딕"/>
          <w:b/>
          <w:bCs/>
          <w:lang w:eastAsia="ko-KR"/>
        </w:rPr>
        <w:t>환경</w:t>
      </w:r>
      <w:r w:rsidRPr="009911C9">
        <w:rPr>
          <w:rFonts w:eastAsia="맑은 고딕"/>
          <w:b/>
          <w:bCs/>
          <w:lang w:eastAsia="ko-KR"/>
        </w:rPr>
        <w:t>’</w:t>
      </w:r>
      <w:r w:rsidRPr="009911C9">
        <w:rPr>
          <w:rFonts w:eastAsia="맑은 고딕"/>
          <w:b/>
          <w:bCs/>
          <w:lang w:eastAsia="ko-KR"/>
        </w:rPr>
        <w:t>까지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반영</w:t>
      </w:r>
      <w:r w:rsidRPr="009911C9">
        <w:rPr>
          <w:rFonts w:eastAsia="맑은 고딕"/>
          <w:b/>
          <w:bCs/>
          <w:lang w:eastAsia="ko-KR"/>
        </w:rPr>
        <w:t xml:space="preserve"> </w:t>
      </w:r>
    </w:p>
    <w:p w14:paraId="1073ACFF" w14:textId="77777777" w:rsidR="009911C9" w:rsidRPr="009911C9" w:rsidRDefault="009911C9" w:rsidP="009911C9">
      <w:p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이번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지표는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단순한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고용률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지표와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달리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다음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요소를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함께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고려했다</w:t>
      </w:r>
      <w:r w:rsidRPr="009911C9">
        <w:rPr>
          <w:rFonts w:eastAsia="맑은 고딕"/>
          <w:lang w:eastAsia="ko-KR"/>
        </w:rPr>
        <w:t>.</w:t>
      </w:r>
    </w:p>
    <w:p w14:paraId="40C07553" w14:textId="77777777" w:rsidR="009911C9" w:rsidRPr="009911C9" w:rsidRDefault="009911C9" w:rsidP="009911C9">
      <w:pPr>
        <w:numPr>
          <w:ilvl w:val="0"/>
          <w:numId w:val="15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지역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인구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산업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구조</w:t>
      </w:r>
      <w:r w:rsidRPr="009911C9">
        <w:rPr>
          <w:rFonts w:eastAsia="맑은 고딕"/>
          <w:lang w:eastAsia="ko-KR"/>
        </w:rPr>
        <w:t>(Scanning)</w:t>
      </w:r>
    </w:p>
    <w:p w14:paraId="3261BDF4" w14:textId="77777777" w:rsidR="009911C9" w:rsidRPr="009911C9" w:rsidRDefault="009911C9" w:rsidP="009911C9">
      <w:pPr>
        <w:numPr>
          <w:ilvl w:val="0"/>
          <w:numId w:val="15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고용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및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안정성</w:t>
      </w:r>
      <w:r w:rsidRPr="009911C9">
        <w:rPr>
          <w:rFonts w:eastAsia="맑은 고딕"/>
          <w:lang w:eastAsia="ko-KR"/>
        </w:rPr>
        <w:t>(Sensing)</w:t>
      </w:r>
    </w:p>
    <w:p w14:paraId="6AC11A72" w14:textId="4CB24DDE" w:rsidR="009911C9" w:rsidRPr="009911C9" w:rsidRDefault="009911C9" w:rsidP="009911C9">
      <w:pPr>
        <w:numPr>
          <w:ilvl w:val="0"/>
          <w:numId w:val="15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향후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지자체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정책노력까지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포함하는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구조</w:t>
      </w:r>
      <w:r w:rsidRPr="009911C9">
        <w:rPr>
          <w:rFonts w:eastAsia="맑은 고딕"/>
          <w:lang w:eastAsia="ko-KR"/>
        </w:rPr>
        <w:t xml:space="preserve">(Responding </w:t>
      </w:r>
      <w:r w:rsidR="00C11B75">
        <w:rPr>
          <w:rFonts w:eastAsia="맑은 고딕" w:hint="eastAsia"/>
          <w:lang w:eastAsia="ko-KR"/>
        </w:rPr>
        <w:t>은</w:t>
      </w:r>
      <w:r w:rsidR="00C11B75">
        <w:rPr>
          <w:rFonts w:eastAsia="맑은 고딕" w:hint="eastAsia"/>
          <w:lang w:eastAsia="ko-KR"/>
        </w:rPr>
        <w:t xml:space="preserve"> </w:t>
      </w:r>
      <w:r w:rsidR="00C11B75">
        <w:rPr>
          <w:rFonts w:eastAsia="맑은 고딕" w:hint="eastAsia"/>
          <w:lang w:eastAsia="ko-KR"/>
        </w:rPr>
        <w:t>지역고용지수</w:t>
      </w:r>
      <w:r w:rsidRPr="009911C9">
        <w:rPr>
          <w:rFonts w:eastAsia="맑은 고딕"/>
          <w:lang w:eastAsia="ko-KR"/>
        </w:rPr>
        <w:t xml:space="preserve"> 3.0</w:t>
      </w:r>
      <w:r w:rsidRPr="009911C9">
        <w:rPr>
          <w:rFonts w:eastAsia="맑은 고딕"/>
          <w:lang w:eastAsia="ko-KR"/>
        </w:rPr>
        <w:t>에서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반영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예정</w:t>
      </w:r>
      <w:r w:rsidRPr="009911C9">
        <w:rPr>
          <w:rFonts w:eastAsia="맑은 고딕"/>
          <w:lang w:eastAsia="ko-KR"/>
        </w:rPr>
        <w:t>)</w:t>
      </w:r>
    </w:p>
    <w:p w14:paraId="0D207B55" w14:textId="6994FF5D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2. SSR </w:t>
      </w:r>
      <w:r w:rsidRPr="009911C9">
        <w:rPr>
          <w:rFonts w:eastAsia="맑은 고딕"/>
          <w:b/>
          <w:bCs/>
          <w:lang w:eastAsia="ko-KR"/>
        </w:rPr>
        <w:t>프레임워크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기반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모델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설계</w:t>
      </w:r>
      <w:r w:rsidRPr="009911C9">
        <w:rPr>
          <w:rFonts w:eastAsia="맑은 고딕"/>
          <w:b/>
          <w:bCs/>
          <w:lang w:eastAsia="ko-KR"/>
        </w:rPr>
        <w:t xml:space="preserve"> </w:t>
      </w:r>
    </w:p>
    <w:p w14:paraId="32281F48" w14:textId="6F982FC0" w:rsidR="009911C9" w:rsidRPr="009911C9" w:rsidRDefault="009911C9" w:rsidP="009911C9">
      <w:p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지수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개발은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Scanning–Sensing–Responding</w:t>
      </w:r>
      <w:r w:rsidRPr="009911C9">
        <w:rPr>
          <w:rFonts w:eastAsia="맑은 고딕"/>
          <w:lang w:eastAsia="ko-KR"/>
        </w:rPr>
        <w:t xml:space="preserve"> 3</w:t>
      </w:r>
      <w:r w:rsidRPr="009911C9">
        <w:rPr>
          <w:rFonts w:eastAsia="맑은 고딕"/>
          <w:lang w:eastAsia="ko-KR"/>
        </w:rPr>
        <w:t>단계를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적용했다</w:t>
      </w:r>
      <w:r w:rsidRPr="009911C9">
        <w:rPr>
          <w:rFonts w:eastAsia="맑은 고딕"/>
          <w:lang w:eastAsia="ko-KR"/>
        </w:rPr>
        <w:t>.</w:t>
      </w:r>
    </w:p>
    <w:p w14:paraId="4844D7DC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>Scanning (</w:t>
      </w:r>
      <w:r w:rsidRPr="009911C9">
        <w:rPr>
          <w:rFonts w:eastAsia="맑은 고딕"/>
          <w:b/>
          <w:bCs/>
          <w:lang w:eastAsia="ko-KR"/>
        </w:rPr>
        <w:t>환경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탐지</w:t>
      </w:r>
      <w:r w:rsidRPr="009911C9">
        <w:rPr>
          <w:rFonts w:eastAsia="맑은 고딕"/>
          <w:b/>
          <w:bCs/>
          <w:lang w:eastAsia="ko-KR"/>
        </w:rPr>
        <w:t>)</w:t>
      </w:r>
    </w:p>
    <w:p w14:paraId="1419F06F" w14:textId="77777777" w:rsidR="009911C9" w:rsidRPr="009911C9" w:rsidRDefault="009911C9" w:rsidP="009911C9">
      <w:pPr>
        <w:numPr>
          <w:ilvl w:val="0"/>
          <w:numId w:val="16"/>
        </w:numPr>
        <w:rPr>
          <w:rFonts w:eastAsia="맑은 고딕"/>
          <w:lang w:eastAsia="ko-KR"/>
        </w:rPr>
      </w:pPr>
      <w:proofErr w:type="spellStart"/>
      <w:r w:rsidRPr="009911C9">
        <w:rPr>
          <w:rFonts w:eastAsia="맑은 고딕"/>
          <w:lang w:eastAsia="ko-KR"/>
        </w:rPr>
        <w:t>인구소멸위험지수</w:t>
      </w:r>
      <w:proofErr w:type="spellEnd"/>
    </w:p>
    <w:p w14:paraId="4229A02D" w14:textId="77777777" w:rsidR="009911C9" w:rsidRPr="009911C9" w:rsidRDefault="009911C9" w:rsidP="009911C9">
      <w:pPr>
        <w:numPr>
          <w:ilvl w:val="0"/>
          <w:numId w:val="16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경제활동인구</w:t>
      </w:r>
    </w:p>
    <w:p w14:paraId="51F2AD9F" w14:textId="77777777" w:rsidR="009911C9" w:rsidRPr="009911C9" w:rsidRDefault="009911C9" w:rsidP="009911C9">
      <w:pPr>
        <w:numPr>
          <w:ilvl w:val="0"/>
          <w:numId w:val="16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사업체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추이</w:t>
      </w:r>
    </w:p>
    <w:p w14:paraId="65FB8D58" w14:textId="77777777" w:rsidR="009911C9" w:rsidRPr="009911C9" w:rsidRDefault="009911C9" w:rsidP="009911C9">
      <w:pPr>
        <w:numPr>
          <w:ilvl w:val="0"/>
          <w:numId w:val="16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사업체당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종사자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</w:t>
      </w:r>
    </w:p>
    <w:p w14:paraId="7E6A47F9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>Sensing (</w:t>
      </w:r>
      <w:r w:rsidRPr="009911C9">
        <w:rPr>
          <w:rFonts w:eastAsia="맑은 고딕"/>
          <w:b/>
          <w:bCs/>
          <w:lang w:eastAsia="ko-KR"/>
        </w:rPr>
        <w:t>고용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현황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인지</w:t>
      </w:r>
      <w:r w:rsidRPr="009911C9">
        <w:rPr>
          <w:rFonts w:eastAsia="맑은 고딕"/>
          <w:b/>
          <w:bCs/>
          <w:lang w:eastAsia="ko-KR"/>
        </w:rPr>
        <w:t>)</w:t>
      </w:r>
    </w:p>
    <w:p w14:paraId="4E5827F2" w14:textId="77777777" w:rsidR="009911C9" w:rsidRPr="009911C9" w:rsidRDefault="009911C9" w:rsidP="009911C9">
      <w:pPr>
        <w:numPr>
          <w:ilvl w:val="0"/>
          <w:numId w:val="1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고용률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수준</w:t>
      </w:r>
    </w:p>
    <w:p w14:paraId="27015EEF" w14:textId="77777777" w:rsidR="009911C9" w:rsidRPr="009911C9" w:rsidRDefault="009911C9" w:rsidP="009911C9">
      <w:pPr>
        <w:numPr>
          <w:ilvl w:val="0"/>
          <w:numId w:val="1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고용률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추이</w:t>
      </w:r>
    </w:p>
    <w:p w14:paraId="7AA3BF80" w14:textId="77777777" w:rsidR="009911C9" w:rsidRPr="009911C9" w:rsidRDefault="009911C9" w:rsidP="009911C9">
      <w:pPr>
        <w:numPr>
          <w:ilvl w:val="0"/>
          <w:numId w:val="1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상용근로자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추이</w:t>
      </w:r>
    </w:p>
    <w:p w14:paraId="76F6990B" w14:textId="77777777" w:rsidR="009911C9" w:rsidRPr="009911C9" w:rsidRDefault="009911C9" w:rsidP="009911C9">
      <w:pPr>
        <w:numPr>
          <w:ilvl w:val="0"/>
          <w:numId w:val="17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지역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통근취업자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비율</w:t>
      </w:r>
    </w:p>
    <w:p w14:paraId="6D5A2B76" w14:textId="16320D61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>Responding(</w:t>
      </w:r>
      <w:r w:rsidRPr="009911C9">
        <w:rPr>
          <w:rFonts w:eastAsia="맑은 고딕"/>
          <w:b/>
          <w:bCs/>
          <w:lang w:eastAsia="ko-KR"/>
        </w:rPr>
        <w:t>정책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대응력</w:t>
      </w:r>
      <w:r w:rsidRPr="009911C9">
        <w:rPr>
          <w:rFonts w:eastAsia="맑은 고딕"/>
          <w:b/>
          <w:bCs/>
          <w:lang w:eastAsia="ko-KR"/>
        </w:rPr>
        <w:t>)</w:t>
      </w:r>
      <w:r w:rsidRPr="009911C9">
        <w:rPr>
          <w:rFonts w:eastAsia="맑은 고딕"/>
          <w:b/>
          <w:bCs/>
          <w:lang w:eastAsia="ko-KR"/>
        </w:rPr>
        <w:t>은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="00C11B75">
        <w:rPr>
          <w:rFonts w:eastAsia="맑은 고딕" w:hint="eastAsia"/>
          <w:b/>
          <w:bCs/>
          <w:lang w:eastAsia="ko-KR"/>
        </w:rPr>
        <w:t>지역고용지수</w:t>
      </w:r>
      <w:r w:rsidRPr="009911C9">
        <w:rPr>
          <w:rFonts w:eastAsia="맑은 고딕"/>
          <w:b/>
          <w:bCs/>
          <w:lang w:eastAsia="ko-KR"/>
        </w:rPr>
        <w:t>3.0</w:t>
      </w:r>
      <w:r w:rsidRPr="009911C9">
        <w:rPr>
          <w:rFonts w:eastAsia="맑은 고딕"/>
          <w:b/>
          <w:bCs/>
          <w:lang w:eastAsia="ko-KR"/>
        </w:rPr>
        <w:t>에서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반영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예정</w:t>
      </w:r>
    </w:p>
    <w:p w14:paraId="3742406F" w14:textId="6FD14757" w:rsidR="009911C9" w:rsidRPr="009911C9" w:rsidRDefault="009911C9" w:rsidP="009911C9">
      <w:pPr>
        <w:rPr>
          <w:rFonts w:eastAsia="맑은 고딕"/>
          <w:lang w:eastAsia="ko-KR"/>
        </w:rPr>
      </w:pPr>
    </w:p>
    <w:p w14:paraId="03AEB1D4" w14:textId="14157E3C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proofErr w:type="spellStart"/>
      <w:r w:rsidRPr="009911C9">
        <w:rPr>
          <w:rFonts w:ascii="맑은 고딕" w:eastAsia="맑은 고딕" w:hAnsi="맑은 고딕" w:cs="맑은 고딕" w:hint="eastAsia"/>
          <w:b/>
          <w:bCs/>
          <w:lang w:eastAsia="ko-KR"/>
        </w:rPr>
        <w:t>Ⅳ</w:t>
      </w:r>
      <w:proofErr w:type="spellEnd"/>
      <w:r w:rsidRPr="009911C9">
        <w:rPr>
          <w:rFonts w:eastAsia="맑은 고딕"/>
          <w:b/>
          <w:bCs/>
          <w:lang w:eastAsia="ko-KR"/>
        </w:rPr>
        <w:t xml:space="preserve">. </w:t>
      </w:r>
      <w:r w:rsidRPr="009911C9">
        <w:rPr>
          <w:rFonts w:eastAsia="맑은 고딕"/>
          <w:b/>
          <w:bCs/>
          <w:lang w:eastAsia="ko-KR"/>
        </w:rPr>
        <w:t>분석방법</w:t>
      </w:r>
      <w:r w:rsidRPr="009911C9">
        <w:rPr>
          <w:rFonts w:eastAsia="맑은 고딕"/>
          <w:b/>
          <w:bCs/>
          <w:lang w:eastAsia="ko-KR"/>
        </w:rPr>
        <w:t xml:space="preserve"> — AHP </w:t>
      </w:r>
      <w:r w:rsidRPr="009911C9">
        <w:rPr>
          <w:rFonts w:eastAsia="맑은 고딕"/>
          <w:b/>
          <w:bCs/>
          <w:lang w:eastAsia="ko-KR"/>
        </w:rPr>
        <w:t>기반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가중치</w:t>
      </w:r>
      <w:r w:rsidRPr="009911C9">
        <w:rPr>
          <w:rFonts w:eastAsia="맑은 고딕"/>
          <w:b/>
          <w:bCs/>
          <w:lang w:eastAsia="ko-KR"/>
        </w:rPr>
        <w:t>, z-</w:t>
      </w:r>
      <w:r w:rsidRPr="009911C9">
        <w:rPr>
          <w:rFonts w:eastAsia="맑은 고딕"/>
          <w:b/>
          <w:bCs/>
          <w:lang w:eastAsia="ko-KR"/>
        </w:rPr>
        <w:t>점수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기반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점수화</w:t>
      </w:r>
      <w:r w:rsidRPr="009911C9">
        <w:rPr>
          <w:rFonts w:eastAsia="맑은 고딕"/>
          <w:b/>
          <w:bCs/>
          <w:lang w:eastAsia="ko-KR"/>
        </w:rPr>
        <w:t xml:space="preserve"> </w:t>
      </w:r>
    </w:p>
    <w:p w14:paraId="5FE8BAC6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lastRenderedPageBreak/>
        <w:t xml:space="preserve">1) </w:t>
      </w:r>
      <w:r w:rsidRPr="009911C9">
        <w:rPr>
          <w:rFonts w:eastAsia="맑은 고딕"/>
          <w:b/>
          <w:bCs/>
          <w:lang w:eastAsia="ko-KR"/>
        </w:rPr>
        <w:t>변수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도출</w:t>
      </w:r>
    </w:p>
    <w:p w14:paraId="7E5236EF" w14:textId="77777777" w:rsidR="009911C9" w:rsidRPr="009911C9" w:rsidRDefault="009911C9" w:rsidP="009911C9">
      <w:pPr>
        <w:numPr>
          <w:ilvl w:val="0"/>
          <w:numId w:val="18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고용노동부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통계청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공개자료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기반</w:t>
      </w:r>
    </w:p>
    <w:p w14:paraId="33127C71" w14:textId="52B8E6E7" w:rsidR="009911C9" w:rsidRPr="009911C9" w:rsidRDefault="009911C9" w:rsidP="009911C9">
      <w:pPr>
        <w:numPr>
          <w:ilvl w:val="0"/>
          <w:numId w:val="18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 xml:space="preserve">SSR </w:t>
      </w:r>
      <w:r w:rsidR="00E74E76">
        <w:rPr>
          <w:rFonts w:eastAsia="맑은 고딕" w:hint="eastAsia"/>
          <w:lang w:eastAsia="ko-KR"/>
        </w:rPr>
        <w:t>중</w:t>
      </w:r>
      <w:r w:rsidR="00E74E76">
        <w:rPr>
          <w:rFonts w:eastAsia="맑은 고딕" w:hint="eastAsia"/>
          <w:lang w:eastAsia="ko-KR"/>
        </w:rPr>
        <w:t xml:space="preserve"> SS</w:t>
      </w:r>
      <w:r w:rsidR="00E74E76">
        <w:rPr>
          <w:rFonts w:eastAsia="맑은 고딕" w:hint="eastAsia"/>
          <w:lang w:eastAsia="ko-KR"/>
        </w:rPr>
        <w:t>에</w:t>
      </w:r>
      <w:r w:rsidR="00E74E76">
        <w:rPr>
          <w:rFonts w:eastAsia="맑은 고딕" w:hint="eastAsia"/>
          <w:lang w:eastAsia="ko-KR"/>
        </w:rPr>
        <w:t xml:space="preserve"> </w:t>
      </w:r>
      <w:proofErr w:type="spellStart"/>
      <w:r w:rsidR="00E74E76">
        <w:rPr>
          <w:rFonts w:eastAsia="맑은 고딕" w:hint="eastAsia"/>
          <w:lang w:eastAsia="ko-KR"/>
        </w:rPr>
        <w:t>해당하는</w:t>
      </w:r>
      <w:r w:rsidRPr="009911C9">
        <w:rPr>
          <w:rFonts w:eastAsia="맑은 고딕"/>
          <w:lang w:eastAsia="ko-KR"/>
        </w:rPr>
        <w:t>단계별</w:t>
      </w:r>
      <w:proofErr w:type="spellEnd"/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변수</w:t>
      </w:r>
      <w:r w:rsidRPr="009911C9">
        <w:rPr>
          <w:rFonts w:eastAsia="맑은 고딕"/>
          <w:lang w:eastAsia="ko-KR"/>
        </w:rPr>
        <w:t xml:space="preserve"> 8</w:t>
      </w:r>
      <w:r w:rsidRPr="009911C9">
        <w:rPr>
          <w:rFonts w:eastAsia="맑은 고딕"/>
          <w:lang w:eastAsia="ko-KR"/>
        </w:rPr>
        <w:t>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선정</w:t>
      </w:r>
    </w:p>
    <w:p w14:paraId="673CBA37" w14:textId="02B23586" w:rsidR="009911C9" w:rsidRPr="009911C9" w:rsidRDefault="009911C9" w:rsidP="009911C9">
      <w:pPr>
        <w:numPr>
          <w:ilvl w:val="0"/>
          <w:numId w:val="18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지자체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노력</w:t>
      </w:r>
      <w:r w:rsidRPr="009911C9">
        <w:rPr>
          <w:rFonts w:eastAsia="맑은 고딕"/>
          <w:lang w:eastAsia="ko-KR"/>
        </w:rPr>
        <w:t>(Responding)</w:t>
      </w:r>
      <w:r w:rsidRPr="009911C9">
        <w:rPr>
          <w:rFonts w:eastAsia="맑은 고딕"/>
          <w:lang w:eastAsia="ko-KR"/>
        </w:rPr>
        <w:t>은</w:t>
      </w:r>
      <w:r w:rsidRPr="009911C9">
        <w:rPr>
          <w:rFonts w:eastAsia="맑은 고딕"/>
          <w:lang w:eastAsia="ko-KR"/>
        </w:rPr>
        <w:t xml:space="preserve"> </w:t>
      </w:r>
      <w:r w:rsidR="000776F9">
        <w:rPr>
          <w:rFonts w:eastAsia="맑은 고딕" w:hint="eastAsia"/>
          <w:lang w:eastAsia="ko-KR"/>
        </w:rPr>
        <w:t>지자체가</w:t>
      </w:r>
      <w:r w:rsidR="000776F9">
        <w:rPr>
          <w:rFonts w:eastAsia="맑은 고딕" w:hint="eastAsia"/>
          <w:lang w:eastAsia="ko-KR"/>
        </w:rPr>
        <w:t xml:space="preserve"> </w:t>
      </w:r>
      <w:r w:rsidR="000776F9">
        <w:rPr>
          <w:rFonts w:eastAsia="맑은 고딕" w:hint="eastAsia"/>
          <w:lang w:eastAsia="ko-KR"/>
        </w:rPr>
        <w:t>기울이고</w:t>
      </w:r>
      <w:r w:rsidR="000776F9">
        <w:rPr>
          <w:rFonts w:eastAsia="맑은 고딕" w:hint="eastAsia"/>
          <w:lang w:eastAsia="ko-KR"/>
        </w:rPr>
        <w:t xml:space="preserve"> </w:t>
      </w:r>
      <w:r w:rsidR="000776F9">
        <w:rPr>
          <w:rFonts w:eastAsia="맑은 고딕" w:hint="eastAsia"/>
          <w:lang w:eastAsia="ko-KR"/>
        </w:rPr>
        <w:t>있는</w:t>
      </w:r>
      <w:r w:rsidR="000776F9">
        <w:rPr>
          <w:rFonts w:eastAsia="맑은 고딕" w:hint="eastAsia"/>
          <w:lang w:eastAsia="ko-KR"/>
        </w:rPr>
        <w:t xml:space="preserve"> </w:t>
      </w:r>
      <w:r w:rsidR="000776F9">
        <w:rPr>
          <w:rFonts w:eastAsia="맑은 고딕" w:hint="eastAsia"/>
          <w:lang w:eastAsia="ko-KR"/>
        </w:rPr>
        <w:t>일자리</w:t>
      </w:r>
      <w:r w:rsidR="000776F9">
        <w:rPr>
          <w:rFonts w:eastAsia="맑은 고딕" w:hint="eastAsia"/>
          <w:lang w:eastAsia="ko-KR"/>
        </w:rPr>
        <w:t xml:space="preserve"> </w:t>
      </w:r>
      <w:r w:rsidR="000776F9">
        <w:rPr>
          <w:rFonts w:eastAsia="맑은 고딕" w:hint="eastAsia"/>
          <w:lang w:eastAsia="ko-KR"/>
        </w:rPr>
        <w:t>정책</w:t>
      </w:r>
      <w:r w:rsidR="000776F9">
        <w:rPr>
          <w:rFonts w:eastAsia="맑은 고딕" w:hint="eastAsia"/>
          <w:lang w:eastAsia="ko-KR"/>
        </w:rPr>
        <w:t xml:space="preserve"> </w:t>
      </w:r>
      <w:r w:rsidR="000776F9">
        <w:rPr>
          <w:rFonts w:eastAsia="맑은 고딕" w:hint="eastAsia"/>
          <w:lang w:eastAsia="ko-KR"/>
        </w:rPr>
        <w:t>노력으로</w:t>
      </w:r>
      <w:r w:rsidR="000776F9">
        <w:rPr>
          <w:rFonts w:eastAsia="맑은 고딕" w:hint="eastAsia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향</w:t>
      </w:r>
      <w:r w:rsidR="000776F9">
        <w:rPr>
          <w:rFonts w:eastAsia="맑은 고딕" w:hint="eastAsia"/>
          <w:lang w:eastAsia="ko-KR"/>
        </w:rPr>
        <w:t>후</w:t>
      </w:r>
      <w:r w:rsidR="000776F9">
        <w:rPr>
          <w:rFonts w:eastAsia="맑은 고딕" w:hint="eastAsia"/>
          <w:lang w:eastAsia="ko-KR"/>
        </w:rPr>
        <w:t xml:space="preserve"> </w:t>
      </w:r>
      <w:r w:rsidR="000776F9">
        <w:rPr>
          <w:rFonts w:eastAsia="맑은 고딕" w:hint="eastAsia"/>
          <w:lang w:eastAsia="ko-KR"/>
        </w:rPr>
        <w:t>지역고용지수</w:t>
      </w:r>
      <w:r w:rsidR="000776F9">
        <w:rPr>
          <w:rFonts w:eastAsia="맑은 고딕" w:hint="eastAsia"/>
          <w:lang w:eastAsia="ko-KR"/>
        </w:rPr>
        <w:t xml:space="preserve"> 3.0 </w:t>
      </w:r>
      <w:r w:rsidR="000776F9">
        <w:rPr>
          <w:rFonts w:eastAsia="맑은 고딕" w:hint="eastAsia"/>
          <w:lang w:eastAsia="ko-KR"/>
        </w:rPr>
        <w:t>버전</w:t>
      </w:r>
      <w:r w:rsidRPr="009911C9">
        <w:rPr>
          <w:rFonts w:eastAsia="맑은 고딕"/>
          <w:lang w:eastAsia="ko-KR"/>
        </w:rPr>
        <w:t>에서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측정</w:t>
      </w:r>
      <w:r w:rsidR="000776F9">
        <w:rPr>
          <w:rFonts w:eastAsia="맑은 고딕" w:hint="eastAsia"/>
          <w:lang w:eastAsia="ko-KR"/>
        </w:rPr>
        <w:t xml:space="preserve"> </w:t>
      </w:r>
      <w:r w:rsidR="000776F9">
        <w:rPr>
          <w:rFonts w:eastAsia="맑은 고딕" w:hint="eastAsia"/>
          <w:lang w:eastAsia="ko-KR"/>
        </w:rPr>
        <w:t>예정</w:t>
      </w:r>
    </w:p>
    <w:p w14:paraId="1FC0AE8B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2) </w:t>
      </w:r>
      <w:r w:rsidRPr="009911C9">
        <w:rPr>
          <w:rFonts w:eastAsia="맑은 고딕"/>
          <w:b/>
          <w:bCs/>
          <w:lang w:eastAsia="ko-KR"/>
        </w:rPr>
        <w:t>가중치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산출</w:t>
      </w:r>
    </w:p>
    <w:p w14:paraId="3DF4C6D0" w14:textId="3E668627" w:rsidR="009911C9" w:rsidRPr="009911C9" w:rsidRDefault="009911C9" w:rsidP="009911C9">
      <w:p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2025</w:t>
      </w:r>
      <w:proofErr w:type="gramStart"/>
      <w:r w:rsidRPr="009911C9">
        <w:rPr>
          <w:rFonts w:eastAsia="맑은 고딕"/>
          <w:lang w:eastAsia="ko-KR"/>
        </w:rPr>
        <w:t>년</w:t>
      </w:r>
      <w:r w:rsidRPr="009911C9">
        <w:rPr>
          <w:rFonts w:eastAsia="맑은 고딕"/>
          <w:lang w:eastAsia="ko-KR"/>
        </w:rPr>
        <w:t xml:space="preserve"> </w:t>
      </w:r>
      <w:r>
        <w:rPr>
          <w:rFonts w:eastAsia="맑은 고딕" w:hint="eastAsia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AHP</w:t>
      </w:r>
      <w:proofErr w:type="gramEnd"/>
      <w:r w:rsidRPr="009911C9">
        <w:rPr>
          <w:rFonts w:eastAsia="맑은 고딕"/>
          <w:lang w:eastAsia="ko-KR"/>
        </w:rPr>
        <w:t xml:space="preserve"> </w:t>
      </w:r>
      <w:r>
        <w:rPr>
          <w:rFonts w:eastAsia="맑은 고딕" w:hint="eastAsia"/>
          <w:lang w:eastAsia="ko-KR"/>
        </w:rPr>
        <w:t>분석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결과</w:t>
      </w:r>
      <w:r>
        <w:rPr>
          <w:rFonts w:eastAsia="맑은 고딕" w:hint="eastAsia"/>
          <w:lang w:eastAsia="ko-KR"/>
        </w:rPr>
        <w:t>,</w:t>
      </w:r>
      <w:r w:rsidRPr="009911C9">
        <w:rPr>
          <w:rFonts w:eastAsia="맑은 고딕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지표별로</w:t>
      </w:r>
      <w:r>
        <w:rPr>
          <w:rFonts w:eastAsia="맑은 고딕" w:hint="eastAsia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도출된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가중치는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다음과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같다</w:t>
      </w:r>
      <w:r w:rsidRPr="009911C9">
        <w:rPr>
          <w:rFonts w:eastAsia="맑은 고딕"/>
          <w:lang w:eastAsia="ko-KR"/>
        </w:rPr>
        <w:t>.</w:t>
      </w:r>
    </w:p>
    <w:p w14:paraId="727BFBDE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AHP </w:t>
      </w:r>
      <w:r w:rsidRPr="009911C9">
        <w:rPr>
          <w:rFonts w:eastAsia="맑은 고딕"/>
          <w:b/>
          <w:bCs/>
          <w:lang w:eastAsia="ko-KR"/>
        </w:rPr>
        <w:t>가중치</w:t>
      </w:r>
      <w:r w:rsidRPr="009911C9">
        <w:rPr>
          <w:rFonts w:eastAsia="맑은 고딕"/>
          <w:b/>
          <w:bCs/>
          <w:lang w:eastAsia="ko-KR"/>
        </w:rPr>
        <w:t>(%)</w:t>
      </w:r>
    </w:p>
    <w:p w14:paraId="197A597B" w14:textId="77777777" w:rsidR="009911C9" w:rsidRPr="009911C9" w:rsidRDefault="009911C9" w:rsidP="009911C9">
      <w:pPr>
        <w:numPr>
          <w:ilvl w:val="0"/>
          <w:numId w:val="19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고용률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수준</w:t>
      </w:r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b/>
          <w:bCs/>
          <w:lang w:eastAsia="ko-KR"/>
        </w:rPr>
        <w:t>15.04</w:t>
      </w:r>
    </w:p>
    <w:p w14:paraId="05C77178" w14:textId="77777777" w:rsidR="009911C9" w:rsidRPr="009911C9" w:rsidRDefault="009911C9" w:rsidP="009911C9">
      <w:pPr>
        <w:numPr>
          <w:ilvl w:val="0"/>
          <w:numId w:val="19"/>
        </w:numPr>
        <w:rPr>
          <w:rFonts w:eastAsia="맑은 고딕"/>
          <w:lang w:eastAsia="ko-KR"/>
        </w:rPr>
      </w:pPr>
      <w:proofErr w:type="spellStart"/>
      <w:r w:rsidRPr="009911C9">
        <w:rPr>
          <w:rFonts w:eastAsia="맑은 고딕"/>
          <w:lang w:eastAsia="ko-KR"/>
        </w:rPr>
        <w:t>인구소멸위험지수</w:t>
      </w:r>
      <w:proofErr w:type="spellEnd"/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b/>
          <w:bCs/>
          <w:lang w:eastAsia="ko-KR"/>
        </w:rPr>
        <w:t>14.07</w:t>
      </w:r>
    </w:p>
    <w:p w14:paraId="4F58BB65" w14:textId="77777777" w:rsidR="009911C9" w:rsidRPr="009911C9" w:rsidRDefault="009911C9" w:rsidP="009911C9">
      <w:pPr>
        <w:numPr>
          <w:ilvl w:val="0"/>
          <w:numId w:val="19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고용률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추이</w:t>
      </w:r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b/>
          <w:bCs/>
          <w:lang w:eastAsia="ko-KR"/>
        </w:rPr>
        <w:t>12.74</w:t>
      </w:r>
    </w:p>
    <w:p w14:paraId="1A19F161" w14:textId="77777777" w:rsidR="009911C9" w:rsidRPr="009911C9" w:rsidRDefault="009911C9" w:rsidP="009911C9">
      <w:pPr>
        <w:numPr>
          <w:ilvl w:val="0"/>
          <w:numId w:val="19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경제활동인구</w:t>
      </w:r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b/>
          <w:bCs/>
          <w:lang w:eastAsia="ko-KR"/>
        </w:rPr>
        <w:t>12.64</w:t>
      </w:r>
    </w:p>
    <w:p w14:paraId="704DC7FD" w14:textId="77777777" w:rsidR="009911C9" w:rsidRPr="009911C9" w:rsidRDefault="009911C9" w:rsidP="009911C9">
      <w:pPr>
        <w:numPr>
          <w:ilvl w:val="0"/>
          <w:numId w:val="19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사업체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추이</w:t>
      </w:r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b/>
          <w:bCs/>
          <w:lang w:eastAsia="ko-KR"/>
        </w:rPr>
        <w:t>12.52</w:t>
      </w:r>
    </w:p>
    <w:p w14:paraId="72FE2620" w14:textId="77777777" w:rsidR="009911C9" w:rsidRPr="009911C9" w:rsidRDefault="009911C9" w:rsidP="009911C9">
      <w:pPr>
        <w:numPr>
          <w:ilvl w:val="0"/>
          <w:numId w:val="19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사업체당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종사자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</w:t>
      </w:r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b/>
          <w:bCs/>
          <w:lang w:eastAsia="ko-KR"/>
        </w:rPr>
        <w:t>11.82</w:t>
      </w:r>
    </w:p>
    <w:p w14:paraId="1B098526" w14:textId="77777777" w:rsidR="009911C9" w:rsidRPr="009911C9" w:rsidRDefault="009911C9" w:rsidP="009911C9">
      <w:pPr>
        <w:numPr>
          <w:ilvl w:val="0"/>
          <w:numId w:val="19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상용근로자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추이</w:t>
      </w:r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b/>
          <w:bCs/>
          <w:lang w:eastAsia="ko-KR"/>
        </w:rPr>
        <w:t>10.86</w:t>
      </w:r>
    </w:p>
    <w:p w14:paraId="5745CF75" w14:textId="77777777" w:rsidR="009911C9" w:rsidRPr="009911C9" w:rsidRDefault="009911C9" w:rsidP="009911C9">
      <w:pPr>
        <w:numPr>
          <w:ilvl w:val="0"/>
          <w:numId w:val="19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통근취업자</w:t>
      </w:r>
      <w:r w:rsidRPr="009911C9">
        <w:rPr>
          <w:rFonts w:eastAsia="맑은 고딕"/>
          <w:lang w:eastAsia="ko-KR"/>
        </w:rPr>
        <w:t xml:space="preserve">: </w:t>
      </w:r>
      <w:r w:rsidRPr="009911C9">
        <w:rPr>
          <w:rFonts w:eastAsia="맑은 고딕"/>
          <w:b/>
          <w:bCs/>
          <w:lang w:eastAsia="ko-KR"/>
        </w:rPr>
        <w:t>10.31</w:t>
      </w:r>
    </w:p>
    <w:p w14:paraId="2C348E60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3) </w:t>
      </w:r>
      <w:r w:rsidRPr="009911C9">
        <w:rPr>
          <w:rFonts w:eastAsia="맑은 고딕"/>
          <w:b/>
          <w:bCs/>
          <w:lang w:eastAsia="ko-KR"/>
        </w:rPr>
        <w:t>점수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부여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방식</w:t>
      </w:r>
    </w:p>
    <w:p w14:paraId="7746CEAA" w14:textId="424F64EA" w:rsidR="009911C9" w:rsidRPr="009911C9" w:rsidRDefault="009911C9" w:rsidP="009911C9">
      <w:pPr>
        <w:numPr>
          <w:ilvl w:val="0"/>
          <w:numId w:val="20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±1SD</w:t>
      </w:r>
      <w:r>
        <w:rPr>
          <w:rFonts w:eastAsia="맑은 고딕" w:hint="eastAsia"/>
          <w:lang w:eastAsia="ko-KR"/>
        </w:rPr>
        <w:t xml:space="preserve">, </w:t>
      </w:r>
      <w:r w:rsidRPr="009911C9">
        <w:rPr>
          <w:rFonts w:eastAsia="맑은 고딕"/>
          <w:lang w:eastAsia="ko-KR"/>
        </w:rPr>
        <w:t>±2SD</w:t>
      </w:r>
      <w:r w:rsidRPr="009911C9">
        <w:rPr>
          <w:rFonts w:eastAsia="맑은 고딕"/>
          <w:lang w:eastAsia="ko-KR"/>
        </w:rPr>
        <w:t>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기반으로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구간별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점수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배분</w:t>
      </w:r>
    </w:p>
    <w:p w14:paraId="72734F22" w14:textId="74174DDB" w:rsidR="009911C9" w:rsidRPr="009911C9" w:rsidRDefault="009911C9" w:rsidP="009911C9">
      <w:pPr>
        <w:numPr>
          <w:ilvl w:val="0"/>
          <w:numId w:val="20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지역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규모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차이를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상쇄하기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위한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표준화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적용</w:t>
      </w:r>
    </w:p>
    <w:p w14:paraId="73376080" w14:textId="5BC7627E" w:rsidR="009911C9" w:rsidRPr="009911C9" w:rsidRDefault="009911C9" w:rsidP="009911C9">
      <w:pPr>
        <w:rPr>
          <w:rFonts w:eastAsia="맑은 고딕"/>
          <w:lang w:eastAsia="ko-KR"/>
        </w:rPr>
      </w:pPr>
    </w:p>
    <w:p w14:paraId="2E7E142C" w14:textId="64088924" w:rsidR="009911C9" w:rsidRPr="009911C9" w:rsidRDefault="00C11B75" w:rsidP="009911C9">
      <w:pPr>
        <w:rPr>
          <w:rFonts w:eastAsia="맑은 고딕"/>
          <w:b/>
          <w:bCs/>
          <w:lang w:eastAsia="ko-KR"/>
        </w:rPr>
      </w:pPr>
      <w:proofErr w:type="spellStart"/>
      <w:r>
        <w:rPr>
          <w:rFonts w:ascii="맑은 고딕" w:eastAsia="맑은 고딕" w:hAnsi="맑은 고딕" w:cs="맑은 고딕" w:hint="eastAsia"/>
          <w:b/>
          <w:bCs/>
          <w:lang w:eastAsia="ko-KR"/>
        </w:rPr>
        <w:t>Ⅴ</w:t>
      </w:r>
      <w:proofErr w:type="spellEnd"/>
      <w:r>
        <w:rPr>
          <w:rFonts w:ascii="맑은 고딕" w:eastAsia="맑은 고딕" w:hAnsi="맑은 고딕" w:cs="맑은 고딕" w:hint="eastAsia"/>
          <w:b/>
          <w:bCs/>
          <w:lang w:eastAsia="ko-KR"/>
        </w:rPr>
        <w:t>.</w:t>
      </w:r>
      <w:r w:rsidR="009911C9" w:rsidRPr="009911C9">
        <w:rPr>
          <w:rFonts w:eastAsia="맑은 고딕"/>
          <w:b/>
          <w:bCs/>
          <w:lang w:eastAsia="ko-KR"/>
        </w:rPr>
        <w:t xml:space="preserve"> </w:t>
      </w:r>
      <w:r w:rsidR="009911C9" w:rsidRPr="009911C9">
        <w:rPr>
          <w:rFonts w:eastAsia="맑은 고딕"/>
          <w:b/>
          <w:bCs/>
          <w:lang w:eastAsia="ko-KR"/>
        </w:rPr>
        <w:t>시사점</w:t>
      </w:r>
    </w:p>
    <w:p w14:paraId="35D8B79F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lastRenderedPageBreak/>
        <w:t xml:space="preserve">1. </w:t>
      </w:r>
      <w:r w:rsidRPr="009911C9">
        <w:rPr>
          <w:rFonts w:eastAsia="맑은 고딕"/>
          <w:b/>
          <w:bCs/>
          <w:lang w:eastAsia="ko-KR"/>
        </w:rPr>
        <w:t>수도권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집중은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더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심화</w:t>
      </w:r>
    </w:p>
    <w:p w14:paraId="56092E38" w14:textId="77777777" w:rsidR="009911C9" w:rsidRPr="009911C9" w:rsidRDefault="009911C9" w:rsidP="009911C9">
      <w:pPr>
        <w:numPr>
          <w:ilvl w:val="0"/>
          <w:numId w:val="28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상위</w:t>
      </w:r>
      <w:r w:rsidRPr="009911C9">
        <w:rPr>
          <w:rFonts w:eastAsia="맑은 고딕"/>
          <w:lang w:eastAsia="ko-KR"/>
        </w:rPr>
        <w:t xml:space="preserve"> 30</w:t>
      </w:r>
      <w:r w:rsidRPr="009911C9">
        <w:rPr>
          <w:rFonts w:eastAsia="맑은 고딕"/>
          <w:lang w:eastAsia="ko-KR"/>
        </w:rPr>
        <w:t>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市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중</w:t>
      </w:r>
      <w:r w:rsidRPr="009911C9">
        <w:rPr>
          <w:rFonts w:eastAsia="맑은 고딕"/>
          <w:lang w:eastAsia="ko-KR"/>
        </w:rPr>
        <w:t xml:space="preserve"> 21</w:t>
      </w:r>
      <w:r w:rsidRPr="009911C9">
        <w:rPr>
          <w:rFonts w:eastAsia="맑은 고딕"/>
          <w:lang w:eastAsia="ko-KR"/>
        </w:rPr>
        <w:t>개가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경기도</w:t>
      </w:r>
    </w:p>
    <w:p w14:paraId="73E0B24C" w14:textId="77777777" w:rsidR="00B25624" w:rsidRDefault="009911C9" w:rsidP="009911C9">
      <w:pPr>
        <w:numPr>
          <w:ilvl w:val="0"/>
          <w:numId w:val="28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수도권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구</w:t>
      </w:r>
      <w:r w:rsidRPr="009911C9">
        <w:rPr>
          <w:rFonts w:eastAsia="맑은 고딕"/>
          <w:lang w:eastAsia="ko-KR"/>
        </w:rPr>
        <w:t>(</w:t>
      </w:r>
      <w:r w:rsidRPr="009911C9">
        <w:rPr>
          <w:rFonts w:eastAsia="맑은 고딕"/>
          <w:lang w:eastAsia="ko-KR"/>
        </w:rPr>
        <w:t>區</w:t>
      </w:r>
      <w:r w:rsidRPr="009911C9">
        <w:rPr>
          <w:rFonts w:eastAsia="맑은 고딕"/>
          <w:lang w:eastAsia="ko-KR"/>
        </w:rPr>
        <w:t xml:space="preserve">) </w:t>
      </w:r>
      <w:r w:rsidRPr="009911C9">
        <w:rPr>
          <w:rFonts w:eastAsia="맑은 고딕"/>
          <w:lang w:eastAsia="ko-KR"/>
        </w:rPr>
        <w:t>상위</w:t>
      </w:r>
      <w:r w:rsidRPr="009911C9">
        <w:rPr>
          <w:rFonts w:eastAsia="맑은 고딕"/>
          <w:lang w:eastAsia="ko-KR"/>
        </w:rPr>
        <w:t xml:space="preserve"> 10</w:t>
      </w:r>
      <w:r w:rsidRPr="009911C9">
        <w:rPr>
          <w:rFonts w:eastAsia="맑은 고딕"/>
          <w:lang w:eastAsia="ko-KR"/>
        </w:rPr>
        <w:t>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중</w:t>
      </w:r>
      <w:r w:rsidRPr="009911C9">
        <w:rPr>
          <w:rFonts w:eastAsia="맑은 고딕"/>
          <w:lang w:eastAsia="ko-KR"/>
        </w:rPr>
        <w:t xml:space="preserve"> 6</w:t>
      </w:r>
      <w:r w:rsidRPr="009911C9">
        <w:rPr>
          <w:rFonts w:eastAsia="맑은 고딕"/>
          <w:lang w:eastAsia="ko-KR"/>
        </w:rPr>
        <w:t>개가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서울</w:t>
      </w:r>
    </w:p>
    <w:p w14:paraId="41862596" w14:textId="3F17172B" w:rsidR="009911C9" w:rsidRPr="009911C9" w:rsidRDefault="009911C9" w:rsidP="009911C9">
      <w:pPr>
        <w:numPr>
          <w:ilvl w:val="0"/>
          <w:numId w:val="28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인구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산업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서비스가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수도권에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기형적으로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결집</w:t>
      </w:r>
      <w:r w:rsidRPr="009911C9">
        <w:rPr>
          <w:rFonts w:eastAsia="맑은 고딕"/>
          <w:lang w:eastAsia="ko-KR"/>
        </w:rPr>
        <w:t>,</w:t>
      </w:r>
      <w:r w:rsidR="00E74E76" w:rsidRPr="00B25624">
        <w:rPr>
          <w:rFonts w:eastAsia="맑은 고딕" w:hint="eastAsia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지역균형발전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전략의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재점검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필요</w:t>
      </w:r>
      <w:r w:rsidRPr="009911C9">
        <w:rPr>
          <w:rFonts w:eastAsia="맑은 고딕"/>
          <w:lang w:eastAsia="ko-KR"/>
        </w:rPr>
        <w:t>.</w:t>
      </w:r>
    </w:p>
    <w:p w14:paraId="525CD5D1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2. </w:t>
      </w:r>
      <w:r w:rsidRPr="009911C9">
        <w:rPr>
          <w:rFonts w:eastAsia="맑은 고딕"/>
          <w:b/>
          <w:bCs/>
          <w:lang w:eastAsia="ko-KR"/>
        </w:rPr>
        <w:t>비수도권에서는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제조</w:t>
      </w:r>
      <w:r w:rsidRPr="009911C9">
        <w:rPr>
          <w:rFonts w:eastAsia="맑은 고딕"/>
          <w:b/>
          <w:bCs/>
          <w:lang w:eastAsia="ko-KR"/>
        </w:rPr>
        <w:t>·</w:t>
      </w:r>
      <w:r w:rsidRPr="009911C9">
        <w:rPr>
          <w:rFonts w:eastAsia="맑은 고딕"/>
          <w:b/>
          <w:bCs/>
          <w:lang w:eastAsia="ko-KR"/>
        </w:rPr>
        <w:t>에너지</w:t>
      </w:r>
      <w:r w:rsidRPr="009911C9">
        <w:rPr>
          <w:rFonts w:eastAsia="맑은 고딕"/>
          <w:b/>
          <w:bCs/>
          <w:lang w:eastAsia="ko-KR"/>
        </w:rPr>
        <w:t>·</w:t>
      </w:r>
      <w:r w:rsidRPr="009911C9">
        <w:rPr>
          <w:rFonts w:eastAsia="맑은 고딕"/>
          <w:b/>
          <w:bCs/>
          <w:lang w:eastAsia="ko-KR"/>
        </w:rPr>
        <w:t>항만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도시가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강세</w:t>
      </w:r>
    </w:p>
    <w:p w14:paraId="4E838319" w14:textId="663D7150" w:rsidR="009911C9" w:rsidRPr="009911C9" w:rsidRDefault="009911C9" w:rsidP="009911C9">
      <w:pPr>
        <w:numPr>
          <w:ilvl w:val="0"/>
          <w:numId w:val="29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천안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창원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거제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여수</w:t>
      </w:r>
      <w:r w:rsidRPr="009911C9">
        <w:rPr>
          <w:rFonts w:eastAsia="맑은 고딕"/>
          <w:lang w:eastAsia="ko-KR"/>
        </w:rPr>
        <w:t xml:space="preserve"> </w:t>
      </w:r>
      <w:proofErr w:type="gramStart"/>
      <w:r w:rsidRPr="009911C9">
        <w:rPr>
          <w:rFonts w:eastAsia="맑은 고딕"/>
          <w:lang w:eastAsia="ko-KR"/>
        </w:rPr>
        <w:t>등</w:t>
      </w:r>
      <w:r w:rsidR="00E74E76">
        <w:rPr>
          <w:rFonts w:eastAsia="맑은 고딕" w:hint="eastAsia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고부가가치</w:t>
      </w:r>
      <w:proofErr w:type="gramEnd"/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산업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기반이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지역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일자리를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견인</w:t>
      </w:r>
    </w:p>
    <w:p w14:paraId="26493D8F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3. </w:t>
      </w:r>
      <w:r w:rsidRPr="009911C9">
        <w:rPr>
          <w:rFonts w:eastAsia="맑은 고딕"/>
          <w:b/>
          <w:bCs/>
          <w:lang w:eastAsia="ko-KR"/>
        </w:rPr>
        <w:t>소규모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농산어촌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지역은</w:t>
      </w:r>
      <w:r w:rsidRPr="009911C9">
        <w:rPr>
          <w:rFonts w:eastAsia="맑은 고딕"/>
          <w:b/>
          <w:bCs/>
          <w:lang w:eastAsia="ko-KR"/>
        </w:rPr>
        <w:t xml:space="preserve"> ‘</w:t>
      </w:r>
      <w:r w:rsidRPr="009911C9">
        <w:rPr>
          <w:rFonts w:eastAsia="맑은 고딕"/>
          <w:b/>
          <w:bCs/>
          <w:lang w:eastAsia="ko-KR"/>
        </w:rPr>
        <w:t>고용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안정성</w:t>
      </w:r>
      <w:r w:rsidRPr="009911C9">
        <w:rPr>
          <w:rFonts w:eastAsia="맑은 고딕"/>
          <w:b/>
          <w:bCs/>
          <w:lang w:eastAsia="ko-KR"/>
        </w:rPr>
        <w:t>’</w:t>
      </w:r>
      <w:r w:rsidRPr="009911C9">
        <w:rPr>
          <w:rFonts w:eastAsia="맑은 고딕"/>
          <w:b/>
          <w:bCs/>
          <w:lang w:eastAsia="ko-KR"/>
        </w:rPr>
        <w:t>을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중심으로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평가</w:t>
      </w:r>
    </w:p>
    <w:p w14:paraId="62CB6ADE" w14:textId="77777777" w:rsidR="009911C9" w:rsidRPr="009911C9" w:rsidRDefault="009911C9" w:rsidP="009911C9">
      <w:pPr>
        <w:numPr>
          <w:ilvl w:val="0"/>
          <w:numId w:val="30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울릉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양양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정선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신안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등은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고용률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변동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폭이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작고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상용근로자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증가세가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안정적</w:t>
      </w:r>
    </w:p>
    <w:p w14:paraId="30CFB146" w14:textId="6B7D0F75" w:rsidR="009911C9" w:rsidRPr="009911C9" w:rsidRDefault="009911C9" w:rsidP="009911C9">
      <w:pPr>
        <w:rPr>
          <w:rFonts w:eastAsia="맑은 고딕"/>
          <w:lang w:eastAsia="ko-KR"/>
        </w:rPr>
      </w:pPr>
    </w:p>
    <w:p w14:paraId="2AD0901D" w14:textId="0AEEB054" w:rsidR="009911C9" w:rsidRPr="009911C9" w:rsidRDefault="00C11B75" w:rsidP="009911C9">
      <w:pPr>
        <w:rPr>
          <w:rFonts w:eastAsia="맑은 고딕"/>
          <w:b/>
          <w:bCs/>
          <w:lang w:eastAsia="ko-KR"/>
        </w:rPr>
      </w:pPr>
      <w:proofErr w:type="spellStart"/>
      <w:r>
        <w:rPr>
          <w:rFonts w:eastAsia="맑은 고딕" w:hint="eastAsia"/>
          <w:b/>
          <w:bCs/>
          <w:lang w:eastAsia="ko-KR"/>
        </w:rPr>
        <w:t>Ⅵ</w:t>
      </w:r>
      <w:proofErr w:type="spellEnd"/>
      <w:r>
        <w:rPr>
          <w:rFonts w:eastAsia="맑은 고딕" w:hint="eastAsia"/>
          <w:b/>
          <w:bCs/>
          <w:lang w:eastAsia="ko-KR"/>
        </w:rPr>
        <w:t xml:space="preserve">. </w:t>
      </w:r>
      <w:r w:rsidR="009911C9" w:rsidRPr="009911C9">
        <w:rPr>
          <w:rFonts w:eastAsia="맑은 고딕"/>
          <w:b/>
          <w:bCs/>
          <w:lang w:eastAsia="ko-KR"/>
        </w:rPr>
        <w:t xml:space="preserve"> </w:t>
      </w:r>
      <w:r w:rsidR="009911C9" w:rsidRPr="009911C9">
        <w:rPr>
          <w:rFonts w:eastAsia="맑은 고딕"/>
          <w:b/>
          <w:bCs/>
          <w:lang w:eastAsia="ko-KR"/>
        </w:rPr>
        <w:t>향후</w:t>
      </w:r>
      <w:r w:rsidR="009911C9" w:rsidRPr="009911C9">
        <w:rPr>
          <w:rFonts w:eastAsia="맑은 고딕"/>
          <w:b/>
          <w:bCs/>
          <w:lang w:eastAsia="ko-KR"/>
        </w:rPr>
        <w:t xml:space="preserve"> </w:t>
      </w:r>
      <w:r w:rsidR="009911C9" w:rsidRPr="009911C9">
        <w:rPr>
          <w:rFonts w:eastAsia="맑은 고딕"/>
          <w:b/>
          <w:bCs/>
          <w:lang w:eastAsia="ko-KR"/>
        </w:rPr>
        <w:t>계획</w:t>
      </w:r>
      <w:r w:rsidR="009911C9" w:rsidRPr="009911C9">
        <w:rPr>
          <w:rFonts w:eastAsia="맑은 고딕"/>
          <w:b/>
          <w:bCs/>
          <w:lang w:eastAsia="ko-KR"/>
        </w:rPr>
        <w:t xml:space="preserve"> —‘</w:t>
      </w:r>
      <w:r w:rsidR="009911C9" w:rsidRPr="009911C9">
        <w:rPr>
          <w:rFonts w:eastAsia="맑은 고딕"/>
          <w:b/>
          <w:bCs/>
          <w:lang w:eastAsia="ko-KR"/>
        </w:rPr>
        <w:t>지역고용지수</w:t>
      </w:r>
      <w:r w:rsidR="009911C9" w:rsidRPr="009911C9">
        <w:rPr>
          <w:rFonts w:eastAsia="맑은 고딕"/>
          <w:b/>
          <w:bCs/>
          <w:lang w:eastAsia="ko-KR"/>
        </w:rPr>
        <w:t xml:space="preserve"> 3.0’</w:t>
      </w:r>
      <w:r w:rsidR="009911C9" w:rsidRPr="009911C9">
        <w:rPr>
          <w:rFonts w:eastAsia="맑은 고딕"/>
          <w:b/>
          <w:bCs/>
          <w:lang w:eastAsia="ko-KR"/>
        </w:rPr>
        <w:t>으로</w:t>
      </w:r>
      <w:r w:rsidR="009911C9" w:rsidRPr="009911C9">
        <w:rPr>
          <w:rFonts w:eastAsia="맑은 고딕"/>
          <w:b/>
          <w:bCs/>
          <w:lang w:eastAsia="ko-KR"/>
        </w:rPr>
        <w:t xml:space="preserve"> </w:t>
      </w:r>
      <w:r w:rsidR="009911C9" w:rsidRPr="009911C9">
        <w:rPr>
          <w:rFonts w:eastAsia="맑은 고딕"/>
          <w:b/>
          <w:bCs/>
          <w:lang w:eastAsia="ko-KR"/>
        </w:rPr>
        <w:t>확장</w:t>
      </w:r>
      <w:r w:rsidR="000776F9">
        <w:rPr>
          <w:rFonts w:eastAsia="맑은 고딕" w:hint="eastAsia"/>
          <w:b/>
          <w:bCs/>
          <w:lang w:eastAsia="ko-KR"/>
        </w:rPr>
        <w:t>해야</w:t>
      </w:r>
      <w:r w:rsidR="009911C9" w:rsidRPr="009911C9">
        <w:rPr>
          <w:rFonts w:eastAsia="맑은 고딕"/>
          <w:b/>
          <w:bCs/>
          <w:lang w:eastAsia="ko-KR"/>
        </w:rPr>
        <w:t>)</w:t>
      </w:r>
    </w:p>
    <w:p w14:paraId="1E357F87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>1. Responding(</w:t>
      </w:r>
      <w:r w:rsidRPr="009911C9">
        <w:rPr>
          <w:rFonts w:eastAsia="맑은 고딕"/>
          <w:b/>
          <w:bCs/>
          <w:lang w:eastAsia="ko-KR"/>
        </w:rPr>
        <w:t>지자체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고용노력</w:t>
      </w:r>
      <w:r w:rsidRPr="009911C9">
        <w:rPr>
          <w:rFonts w:eastAsia="맑은 고딕"/>
          <w:b/>
          <w:bCs/>
          <w:lang w:eastAsia="ko-KR"/>
        </w:rPr>
        <w:t xml:space="preserve">) </w:t>
      </w:r>
      <w:r w:rsidRPr="009911C9">
        <w:rPr>
          <w:rFonts w:eastAsia="맑은 고딕"/>
          <w:b/>
          <w:bCs/>
          <w:lang w:eastAsia="ko-KR"/>
        </w:rPr>
        <w:t>지표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추가</w:t>
      </w:r>
    </w:p>
    <w:p w14:paraId="056A3377" w14:textId="77777777" w:rsidR="009911C9" w:rsidRPr="009911C9" w:rsidRDefault="009911C9" w:rsidP="009911C9">
      <w:pPr>
        <w:numPr>
          <w:ilvl w:val="0"/>
          <w:numId w:val="3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지자체의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정책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추진력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고용정책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예산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고용서비스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접근성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등을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정량화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예정</w:t>
      </w:r>
    </w:p>
    <w:p w14:paraId="56451267" w14:textId="77777777" w:rsidR="009911C9" w:rsidRPr="009911C9" w:rsidRDefault="009911C9" w:rsidP="009911C9">
      <w:pPr>
        <w:numPr>
          <w:ilvl w:val="0"/>
          <w:numId w:val="31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단</w:t>
      </w:r>
      <w:r w:rsidRPr="009911C9">
        <w:rPr>
          <w:rFonts w:eastAsia="맑은 고딕"/>
          <w:lang w:eastAsia="ko-KR"/>
        </w:rPr>
        <w:t xml:space="preserve">, </w:t>
      </w:r>
      <w:r w:rsidRPr="009911C9">
        <w:rPr>
          <w:rFonts w:eastAsia="맑은 고딕"/>
          <w:lang w:eastAsia="ko-KR"/>
        </w:rPr>
        <w:t>표준화된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지자체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제출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데이터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확보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필요</w:t>
      </w:r>
      <w:r w:rsidRPr="009911C9">
        <w:rPr>
          <w:rFonts w:eastAsia="맑은 고딕"/>
          <w:lang w:eastAsia="ko-KR"/>
        </w:rPr>
        <w:t>(</w:t>
      </w:r>
      <w:r w:rsidRPr="009911C9">
        <w:rPr>
          <w:rFonts w:eastAsia="맑은 고딕"/>
          <w:lang w:eastAsia="ko-KR"/>
        </w:rPr>
        <w:t>공공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협력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필요</w:t>
      </w:r>
      <w:r w:rsidRPr="009911C9">
        <w:rPr>
          <w:rFonts w:eastAsia="맑은 고딕"/>
          <w:lang w:eastAsia="ko-KR"/>
        </w:rPr>
        <w:t>)</w:t>
      </w:r>
    </w:p>
    <w:p w14:paraId="32DFDFC5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2. </w:t>
      </w:r>
      <w:r w:rsidRPr="009911C9">
        <w:rPr>
          <w:rFonts w:eastAsia="맑은 고딕"/>
          <w:b/>
          <w:bCs/>
          <w:lang w:eastAsia="ko-KR"/>
        </w:rPr>
        <w:t>연차별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패널데이터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구축</w:t>
      </w:r>
    </w:p>
    <w:p w14:paraId="5198670D" w14:textId="77777777" w:rsidR="009911C9" w:rsidRPr="009911C9" w:rsidRDefault="009911C9" w:rsidP="009911C9">
      <w:pPr>
        <w:numPr>
          <w:ilvl w:val="0"/>
          <w:numId w:val="32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2025</w:t>
      </w:r>
      <w:r w:rsidRPr="009911C9">
        <w:rPr>
          <w:rFonts w:eastAsia="맑은 고딕"/>
          <w:lang w:eastAsia="ko-KR"/>
        </w:rPr>
        <w:t>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이후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매년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발표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예정</w:t>
      </w:r>
    </w:p>
    <w:p w14:paraId="5EB6396F" w14:textId="77777777" w:rsidR="009911C9" w:rsidRPr="009911C9" w:rsidRDefault="009911C9" w:rsidP="009911C9">
      <w:pPr>
        <w:numPr>
          <w:ilvl w:val="0"/>
          <w:numId w:val="32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지역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고용의</w:t>
      </w:r>
      <w:r w:rsidRPr="009911C9">
        <w:rPr>
          <w:rFonts w:eastAsia="맑은 고딕"/>
          <w:lang w:eastAsia="ko-KR"/>
        </w:rPr>
        <w:t xml:space="preserve"> ‘</w:t>
      </w:r>
      <w:r w:rsidRPr="009911C9">
        <w:rPr>
          <w:rFonts w:eastAsia="맑은 고딕"/>
          <w:lang w:eastAsia="ko-KR"/>
        </w:rPr>
        <w:t>상승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하락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패턴</w:t>
      </w:r>
      <w:r w:rsidRPr="009911C9">
        <w:rPr>
          <w:rFonts w:eastAsia="맑은 고딕"/>
          <w:lang w:eastAsia="ko-KR"/>
        </w:rPr>
        <w:t xml:space="preserve">’ </w:t>
      </w:r>
      <w:r w:rsidRPr="009911C9">
        <w:rPr>
          <w:rFonts w:eastAsia="맑은 고딕"/>
          <w:lang w:eastAsia="ko-KR"/>
        </w:rPr>
        <w:t>분석으로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정책효과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추적</w:t>
      </w:r>
    </w:p>
    <w:p w14:paraId="0FC63DC1" w14:textId="77777777" w:rsidR="009911C9" w:rsidRPr="009911C9" w:rsidRDefault="009911C9" w:rsidP="009911C9">
      <w:pPr>
        <w:rPr>
          <w:rFonts w:eastAsia="맑은 고딕"/>
          <w:b/>
          <w:bCs/>
          <w:lang w:eastAsia="ko-KR"/>
        </w:rPr>
      </w:pPr>
      <w:r w:rsidRPr="009911C9">
        <w:rPr>
          <w:rFonts w:eastAsia="맑은 고딕"/>
          <w:b/>
          <w:bCs/>
          <w:lang w:eastAsia="ko-KR"/>
        </w:rPr>
        <w:t xml:space="preserve">3. </w:t>
      </w:r>
      <w:r w:rsidRPr="009911C9">
        <w:rPr>
          <w:rFonts w:eastAsia="맑은 고딕"/>
          <w:b/>
          <w:bCs/>
          <w:lang w:eastAsia="ko-KR"/>
        </w:rPr>
        <w:t>활용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확산</w:t>
      </w:r>
    </w:p>
    <w:p w14:paraId="433BD434" w14:textId="77777777" w:rsidR="009911C9" w:rsidRPr="009911C9" w:rsidRDefault="009911C9" w:rsidP="009911C9">
      <w:pPr>
        <w:numPr>
          <w:ilvl w:val="0"/>
          <w:numId w:val="33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지자체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고용정책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평가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국가균형발전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정책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지역소멸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대응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정책에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활용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가능</w:t>
      </w:r>
    </w:p>
    <w:p w14:paraId="6948A67B" w14:textId="77777777" w:rsidR="009911C9" w:rsidRPr="009911C9" w:rsidRDefault="009911C9" w:rsidP="009911C9">
      <w:pPr>
        <w:numPr>
          <w:ilvl w:val="0"/>
          <w:numId w:val="33"/>
        </w:num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지자체별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고용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개선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전략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수립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근거자료로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사용</w:t>
      </w:r>
    </w:p>
    <w:p w14:paraId="2327A37D" w14:textId="24FBD091" w:rsidR="009911C9" w:rsidRPr="009911C9" w:rsidRDefault="009911C9" w:rsidP="009911C9">
      <w:pPr>
        <w:rPr>
          <w:rFonts w:eastAsia="맑은 고딕"/>
          <w:lang w:eastAsia="ko-KR"/>
        </w:rPr>
      </w:pPr>
    </w:p>
    <w:p w14:paraId="42B7ADFA" w14:textId="5C20C277" w:rsidR="009911C9" w:rsidRPr="009911C9" w:rsidRDefault="00C11B75" w:rsidP="009911C9">
      <w:pPr>
        <w:rPr>
          <w:rFonts w:eastAsia="맑은 고딕"/>
          <w:b/>
          <w:bCs/>
          <w:lang w:eastAsia="ko-KR"/>
        </w:rPr>
      </w:pPr>
      <w:proofErr w:type="spellStart"/>
      <w:r>
        <w:rPr>
          <w:rFonts w:eastAsia="맑은 고딕" w:hint="eastAsia"/>
          <w:b/>
          <w:bCs/>
          <w:lang w:eastAsia="ko-KR"/>
        </w:rPr>
        <w:t>Ⅶ</w:t>
      </w:r>
      <w:proofErr w:type="spellEnd"/>
      <w:r>
        <w:rPr>
          <w:rFonts w:eastAsia="맑은 고딕" w:hint="eastAsia"/>
          <w:b/>
          <w:bCs/>
          <w:lang w:eastAsia="ko-KR"/>
        </w:rPr>
        <w:t>.</w:t>
      </w:r>
      <w:r w:rsidR="009911C9" w:rsidRPr="009911C9">
        <w:rPr>
          <w:rFonts w:eastAsia="맑은 고딕"/>
          <w:b/>
          <w:bCs/>
          <w:lang w:eastAsia="ko-KR"/>
        </w:rPr>
        <w:t xml:space="preserve"> </w:t>
      </w:r>
      <w:r w:rsidR="009911C9" w:rsidRPr="009911C9">
        <w:rPr>
          <w:rFonts w:eastAsia="맑은 고딕"/>
          <w:b/>
          <w:bCs/>
          <w:lang w:eastAsia="ko-KR"/>
        </w:rPr>
        <w:t>결론</w:t>
      </w:r>
      <w:r w:rsidR="009911C9" w:rsidRPr="009911C9">
        <w:rPr>
          <w:rFonts w:eastAsia="맑은 고딕"/>
          <w:b/>
          <w:bCs/>
          <w:lang w:eastAsia="ko-KR"/>
        </w:rPr>
        <w:t xml:space="preserve"> — “</w:t>
      </w:r>
      <w:r w:rsidR="009911C9" w:rsidRPr="009911C9">
        <w:rPr>
          <w:rFonts w:eastAsia="맑은 고딕"/>
          <w:b/>
          <w:bCs/>
          <w:lang w:eastAsia="ko-KR"/>
        </w:rPr>
        <w:t>지역고용지수는</w:t>
      </w:r>
      <w:r w:rsidR="009911C9" w:rsidRPr="009911C9">
        <w:rPr>
          <w:rFonts w:eastAsia="맑은 고딕"/>
          <w:b/>
          <w:bCs/>
          <w:lang w:eastAsia="ko-KR"/>
        </w:rPr>
        <w:t xml:space="preserve"> </w:t>
      </w:r>
      <w:r w:rsidR="009911C9" w:rsidRPr="009911C9">
        <w:rPr>
          <w:rFonts w:eastAsia="맑은 고딕"/>
          <w:b/>
          <w:bCs/>
          <w:lang w:eastAsia="ko-KR"/>
        </w:rPr>
        <w:t>지역</w:t>
      </w:r>
      <w:r w:rsidR="009911C9" w:rsidRPr="009911C9">
        <w:rPr>
          <w:rFonts w:eastAsia="맑은 고딕"/>
          <w:b/>
          <w:bCs/>
          <w:lang w:eastAsia="ko-KR"/>
        </w:rPr>
        <w:t xml:space="preserve"> </w:t>
      </w:r>
      <w:r w:rsidR="009911C9" w:rsidRPr="009911C9">
        <w:rPr>
          <w:rFonts w:eastAsia="맑은 고딕"/>
          <w:b/>
          <w:bCs/>
          <w:lang w:eastAsia="ko-KR"/>
        </w:rPr>
        <w:t>미래의</w:t>
      </w:r>
      <w:r w:rsidR="009911C9" w:rsidRPr="009911C9">
        <w:rPr>
          <w:rFonts w:eastAsia="맑은 고딕"/>
          <w:b/>
          <w:bCs/>
          <w:lang w:eastAsia="ko-KR"/>
        </w:rPr>
        <w:t xml:space="preserve"> </w:t>
      </w:r>
      <w:r w:rsidR="009911C9" w:rsidRPr="009911C9">
        <w:rPr>
          <w:rFonts w:eastAsia="맑은 고딕"/>
          <w:b/>
          <w:bCs/>
          <w:lang w:eastAsia="ko-KR"/>
        </w:rPr>
        <w:t>선행지표</w:t>
      </w:r>
      <w:r w:rsidR="009911C9" w:rsidRPr="009911C9">
        <w:rPr>
          <w:rFonts w:eastAsia="맑은 고딕"/>
          <w:b/>
          <w:bCs/>
          <w:lang w:eastAsia="ko-KR"/>
        </w:rPr>
        <w:t>”</w:t>
      </w:r>
    </w:p>
    <w:p w14:paraId="6D9EA6E5" w14:textId="0E24FA1C" w:rsidR="00B25624" w:rsidRPr="00B25624" w:rsidRDefault="00B25624" w:rsidP="00B25624">
      <w:pPr>
        <w:tabs>
          <w:tab w:val="num" w:pos="720"/>
        </w:tabs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lastRenderedPageBreak/>
        <w:t>자료에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따르면</w:t>
      </w:r>
      <w:r w:rsidRPr="009911C9">
        <w:rPr>
          <w:rFonts w:eastAsia="맑은 고딕"/>
          <w:lang w:eastAsia="ko-KR"/>
        </w:rPr>
        <w:t xml:space="preserve"> 2024</w:t>
      </w:r>
      <w:r w:rsidRPr="009911C9">
        <w:rPr>
          <w:rFonts w:eastAsia="맑은 고딕"/>
          <w:lang w:eastAsia="ko-KR"/>
        </w:rPr>
        <w:t>년</w:t>
      </w:r>
      <w:r w:rsidRPr="009911C9">
        <w:rPr>
          <w:rFonts w:eastAsia="맑은 고딕"/>
          <w:lang w:eastAsia="ko-KR"/>
        </w:rPr>
        <w:t xml:space="preserve"> 7</w:t>
      </w:r>
      <w:r w:rsidRPr="009911C9">
        <w:rPr>
          <w:rFonts w:eastAsia="맑은 고딕"/>
          <w:lang w:eastAsia="ko-KR"/>
        </w:rPr>
        <w:t>월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기준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전국의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소멸위험지역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비율은</w:t>
      </w:r>
      <w:r w:rsidRPr="009911C9">
        <w:rPr>
          <w:rFonts w:eastAsia="맑은 고딕"/>
          <w:lang w:eastAsia="ko-KR"/>
        </w:rPr>
        <w:t xml:space="preserve"> 56.8%</w:t>
      </w:r>
      <w:r w:rsidRPr="009911C9">
        <w:rPr>
          <w:rFonts w:eastAsia="맑은 고딕"/>
          <w:lang w:eastAsia="ko-KR"/>
        </w:rPr>
        <w:t>에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이르렀다</w:t>
      </w:r>
      <w:r w:rsidRPr="009911C9">
        <w:rPr>
          <w:rFonts w:eastAsia="맑은 고딕"/>
          <w:lang w:eastAsia="ko-KR"/>
        </w:rPr>
        <w:t>.</w:t>
      </w:r>
      <w:r>
        <w:rPr>
          <w:rFonts w:eastAsia="맑은 고딕" w:hint="eastAsia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2005</w:t>
      </w:r>
      <w:r w:rsidRPr="009911C9">
        <w:rPr>
          <w:rFonts w:eastAsia="맑은 고딕"/>
          <w:lang w:eastAsia="ko-KR"/>
        </w:rPr>
        <w:t>년</w:t>
      </w:r>
      <w:r w:rsidRPr="009911C9">
        <w:rPr>
          <w:rFonts w:eastAsia="맑은 고딕"/>
          <w:lang w:eastAsia="ko-KR"/>
        </w:rPr>
        <w:t>·2010</w:t>
      </w:r>
      <w:r w:rsidRPr="009911C9">
        <w:rPr>
          <w:rFonts w:eastAsia="맑은 고딕"/>
          <w:lang w:eastAsia="ko-KR"/>
        </w:rPr>
        <w:t>년</w:t>
      </w:r>
      <w:r w:rsidRPr="009911C9">
        <w:rPr>
          <w:rFonts w:eastAsia="맑은 고딕"/>
          <w:lang w:eastAsia="ko-KR"/>
        </w:rPr>
        <w:t>·2015</w:t>
      </w:r>
      <w:r w:rsidRPr="009911C9">
        <w:rPr>
          <w:rFonts w:eastAsia="맑은 고딕"/>
          <w:lang w:eastAsia="ko-KR"/>
        </w:rPr>
        <w:t>년</w:t>
      </w:r>
      <w:r w:rsidRPr="009911C9">
        <w:rPr>
          <w:rFonts w:eastAsia="맑은 고딕"/>
          <w:lang w:eastAsia="ko-KR"/>
        </w:rPr>
        <w:t>·2020</w:t>
      </w:r>
      <w:r w:rsidRPr="009911C9">
        <w:rPr>
          <w:rFonts w:eastAsia="맑은 고딕"/>
          <w:lang w:eastAsia="ko-KR"/>
        </w:rPr>
        <w:t>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지도를</w:t>
      </w:r>
      <w:r w:rsidRPr="009911C9">
        <w:rPr>
          <w:rFonts w:eastAsia="맑은 고딕"/>
          <w:lang w:eastAsia="ko-KR"/>
        </w:rPr>
        <w:t xml:space="preserve"> </w:t>
      </w:r>
      <w:proofErr w:type="gramStart"/>
      <w:r w:rsidRPr="009911C9">
        <w:rPr>
          <w:rFonts w:eastAsia="맑은 고딕"/>
          <w:lang w:eastAsia="ko-KR"/>
        </w:rPr>
        <w:t>비교하면</w:t>
      </w:r>
      <w:r w:rsidRPr="00E74E76">
        <w:rPr>
          <w:rFonts w:eastAsia="맑은 고딕" w:hint="eastAsia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녹색</w:t>
      </w:r>
      <w:proofErr w:type="gramEnd"/>
      <w:r w:rsidRPr="009911C9">
        <w:rPr>
          <w:rFonts w:eastAsia="맑은 고딕"/>
          <w:lang w:eastAsia="ko-KR"/>
        </w:rPr>
        <w:t>(</w:t>
      </w:r>
      <w:r w:rsidRPr="009911C9">
        <w:rPr>
          <w:rFonts w:eastAsia="맑은 고딕"/>
          <w:lang w:eastAsia="ko-KR"/>
        </w:rPr>
        <w:t>안정</w:t>
      </w:r>
      <w:r w:rsidRPr="009911C9">
        <w:rPr>
          <w:rFonts w:eastAsia="맑은 고딕"/>
          <w:lang w:eastAsia="ko-KR"/>
        </w:rPr>
        <w:t xml:space="preserve">) </w:t>
      </w:r>
      <w:r w:rsidRPr="009911C9">
        <w:rPr>
          <w:rFonts w:eastAsia="맑은 고딕"/>
          <w:lang w:eastAsia="ko-KR"/>
        </w:rPr>
        <w:t>지역은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줄고</w:t>
      </w:r>
      <w:r w:rsidRPr="009911C9">
        <w:rPr>
          <w:rFonts w:eastAsia="맑은 고딕"/>
          <w:lang w:eastAsia="ko-KR"/>
        </w:rPr>
        <w:t>,</w:t>
      </w:r>
      <w:r>
        <w:rPr>
          <w:rFonts w:eastAsia="맑은 고딕" w:hint="eastAsia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주황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적색</w:t>
      </w:r>
      <w:r w:rsidRPr="009911C9">
        <w:rPr>
          <w:rFonts w:eastAsia="맑은 고딕"/>
          <w:lang w:eastAsia="ko-KR"/>
        </w:rPr>
        <w:t>(</w:t>
      </w:r>
      <w:r w:rsidRPr="009911C9">
        <w:rPr>
          <w:rFonts w:eastAsia="맑은 고딕"/>
          <w:lang w:eastAsia="ko-KR"/>
        </w:rPr>
        <w:t>위험</w:t>
      </w:r>
      <w:r w:rsidRPr="009911C9">
        <w:rPr>
          <w:rFonts w:eastAsia="맑은 고딕"/>
          <w:lang w:eastAsia="ko-KR"/>
        </w:rPr>
        <w:t xml:space="preserve">) </w:t>
      </w:r>
      <w:r w:rsidRPr="009911C9">
        <w:rPr>
          <w:rFonts w:eastAsia="맑은 고딕"/>
          <w:lang w:eastAsia="ko-KR"/>
        </w:rPr>
        <w:t>지역이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빠르게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확대</w:t>
      </w:r>
      <w:r>
        <w:rPr>
          <w:rFonts w:eastAsia="맑은 고딕" w:hint="eastAsia"/>
          <w:lang w:eastAsia="ko-KR"/>
        </w:rPr>
        <w:t>되었다</w:t>
      </w:r>
      <w:r>
        <w:rPr>
          <w:rFonts w:eastAsia="맑은 고딕" w:hint="eastAsia"/>
          <w:lang w:eastAsia="ko-KR"/>
        </w:rPr>
        <w:t xml:space="preserve">. </w:t>
      </w:r>
      <w:r w:rsidRPr="009911C9">
        <w:rPr>
          <w:rFonts w:eastAsia="맑은 고딕"/>
          <w:lang w:eastAsia="ko-KR"/>
        </w:rPr>
        <w:t>특히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비수도권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시</w:t>
      </w:r>
      <w:r w:rsidRPr="009911C9">
        <w:rPr>
          <w:rFonts w:eastAsia="맑은 고딕"/>
          <w:lang w:eastAsia="ko-KR"/>
        </w:rPr>
        <w:t>·</w:t>
      </w:r>
      <w:r w:rsidRPr="009911C9">
        <w:rPr>
          <w:rFonts w:eastAsia="맑은 고딕"/>
          <w:lang w:eastAsia="ko-KR"/>
        </w:rPr>
        <w:t>군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지역은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대부분</w:t>
      </w:r>
      <w:r w:rsidRPr="009911C9">
        <w:rPr>
          <w:rFonts w:eastAsia="맑은 고딕"/>
          <w:lang w:eastAsia="ko-KR"/>
        </w:rPr>
        <w:t xml:space="preserve"> ‘</w:t>
      </w:r>
      <w:r w:rsidRPr="009911C9">
        <w:rPr>
          <w:rFonts w:eastAsia="맑은 고딕"/>
          <w:lang w:eastAsia="ko-KR"/>
        </w:rPr>
        <w:t>위험</w:t>
      </w:r>
      <w:r w:rsidRPr="009911C9">
        <w:rPr>
          <w:rFonts w:eastAsia="맑은 고딕"/>
          <w:lang w:eastAsia="ko-KR"/>
        </w:rPr>
        <w:t xml:space="preserve">’ </w:t>
      </w:r>
      <w:r w:rsidRPr="009911C9">
        <w:rPr>
          <w:rFonts w:eastAsia="맑은 고딕"/>
          <w:lang w:eastAsia="ko-KR"/>
        </w:rPr>
        <w:t>또는</w:t>
      </w:r>
      <w:r w:rsidRPr="009911C9">
        <w:rPr>
          <w:rFonts w:eastAsia="맑은 고딕"/>
          <w:lang w:eastAsia="ko-KR"/>
        </w:rPr>
        <w:t xml:space="preserve"> ‘</w:t>
      </w:r>
      <w:r w:rsidRPr="009911C9">
        <w:rPr>
          <w:rFonts w:eastAsia="맑은 고딕"/>
          <w:lang w:eastAsia="ko-KR"/>
        </w:rPr>
        <w:t>주의</w:t>
      </w:r>
      <w:r w:rsidRPr="009911C9">
        <w:rPr>
          <w:rFonts w:eastAsia="맑은 고딕"/>
          <w:lang w:eastAsia="ko-KR"/>
        </w:rPr>
        <w:t xml:space="preserve">’ </w:t>
      </w:r>
      <w:r w:rsidRPr="009911C9">
        <w:rPr>
          <w:rFonts w:eastAsia="맑은 고딕"/>
          <w:lang w:eastAsia="ko-KR"/>
        </w:rPr>
        <w:t>단계를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벗어나지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못</w:t>
      </w:r>
      <w:r>
        <w:rPr>
          <w:rFonts w:eastAsia="맑은 고딕" w:hint="eastAsia"/>
          <w:lang w:eastAsia="ko-KR"/>
        </w:rPr>
        <w:t>하였다</w:t>
      </w:r>
      <w:r>
        <w:rPr>
          <w:rFonts w:eastAsia="맑은 고딕" w:hint="eastAsia"/>
          <w:lang w:eastAsia="ko-KR"/>
        </w:rPr>
        <w:t xml:space="preserve">. </w:t>
      </w:r>
      <w:r w:rsidRPr="009911C9">
        <w:rPr>
          <w:rFonts w:eastAsia="맑은 고딕"/>
          <w:lang w:eastAsia="ko-KR"/>
        </w:rPr>
        <w:t>한국고용진흥협회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임효창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회장은</w:t>
      </w:r>
      <w:r w:rsidRPr="009911C9">
        <w:rPr>
          <w:rFonts w:eastAsia="맑은 고딕"/>
          <w:lang w:eastAsia="ko-KR"/>
        </w:rPr>
        <w:t xml:space="preserve"> “</w:t>
      </w:r>
      <w:r w:rsidRPr="009911C9">
        <w:rPr>
          <w:rFonts w:eastAsia="맑은 고딕"/>
          <w:lang w:eastAsia="ko-KR"/>
        </w:rPr>
        <w:t>지역의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고용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기반이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무너지면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인구</w:t>
      </w:r>
      <w:r>
        <w:rPr>
          <w:rFonts w:eastAsia="맑은 고딕" w:hint="eastAsia"/>
          <w:lang w:eastAsia="ko-KR"/>
        </w:rPr>
        <w:t>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유지될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</w:t>
      </w:r>
      <w:r w:rsidRPr="009911C9">
        <w:rPr>
          <w:rFonts w:eastAsia="맑은 고딕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없고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해당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지역의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소멸로</w:t>
      </w: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이어진다</w:t>
      </w:r>
      <w:r>
        <w:rPr>
          <w:rFonts w:eastAsia="맑은 고딕"/>
          <w:lang w:eastAsia="ko-KR"/>
        </w:rPr>
        <w:t>”</w:t>
      </w:r>
      <w:r w:rsidRPr="009911C9">
        <w:rPr>
          <w:rFonts w:eastAsia="맑은 고딕"/>
          <w:lang w:eastAsia="ko-KR"/>
        </w:rPr>
        <w:t>고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강조했다</w:t>
      </w:r>
    </w:p>
    <w:p w14:paraId="1B9A392C" w14:textId="53FCD171" w:rsidR="009911C9" w:rsidRPr="009911C9" w:rsidRDefault="009911C9" w:rsidP="009911C9">
      <w:pPr>
        <w:rPr>
          <w:rFonts w:eastAsia="맑은 고딕"/>
          <w:lang w:eastAsia="ko-KR"/>
        </w:rPr>
      </w:pPr>
      <w:r w:rsidRPr="009911C9">
        <w:rPr>
          <w:rFonts w:eastAsia="맑은 고딕"/>
          <w:lang w:eastAsia="ko-KR"/>
        </w:rPr>
        <w:t>이번</w:t>
      </w:r>
      <w:r w:rsidRPr="009911C9">
        <w:rPr>
          <w:rFonts w:eastAsia="맑은 고딕"/>
          <w:lang w:eastAsia="ko-KR"/>
        </w:rPr>
        <w:t xml:space="preserve"> ‘</w:t>
      </w:r>
      <w:r w:rsidRPr="009911C9">
        <w:rPr>
          <w:rFonts w:eastAsia="맑은 고딕"/>
          <w:lang w:eastAsia="ko-KR"/>
        </w:rPr>
        <w:t>지역고용지수</w:t>
      </w:r>
      <w:r w:rsidRPr="009911C9">
        <w:rPr>
          <w:rFonts w:eastAsia="맑은 고딕"/>
          <w:lang w:eastAsia="ko-KR"/>
        </w:rPr>
        <w:t xml:space="preserve"> 2.0’</w:t>
      </w:r>
      <w:r w:rsidRPr="009911C9">
        <w:rPr>
          <w:rFonts w:eastAsia="맑은 고딕"/>
          <w:lang w:eastAsia="ko-KR"/>
        </w:rPr>
        <w:t>은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지역의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고용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여건과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현황을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종합적으로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보여주는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국내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최초의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전국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지자체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고용</w:t>
      </w:r>
      <w:r w:rsidRPr="009911C9">
        <w:rPr>
          <w:rFonts w:eastAsia="맑은 고딕"/>
          <w:b/>
          <w:bCs/>
          <w:lang w:eastAsia="ko-KR"/>
        </w:rPr>
        <w:t xml:space="preserve"> </w:t>
      </w:r>
      <w:r w:rsidRPr="009911C9">
        <w:rPr>
          <w:rFonts w:eastAsia="맑은 고딕"/>
          <w:b/>
          <w:bCs/>
          <w:lang w:eastAsia="ko-KR"/>
        </w:rPr>
        <w:t>종합평가</w:t>
      </w:r>
      <w:r w:rsidRPr="009911C9">
        <w:rPr>
          <w:rFonts w:eastAsia="맑은 고딕"/>
          <w:lang w:eastAsia="ko-KR"/>
        </w:rPr>
        <w:t>다</w:t>
      </w:r>
      <w:r w:rsidRPr="009911C9">
        <w:rPr>
          <w:rFonts w:eastAsia="맑은 고딕"/>
          <w:lang w:eastAsia="ko-KR"/>
        </w:rPr>
        <w:t>.</w:t>
      </w:r>
      <w:r w:rsidR="00B25624">
        <w:rPr>
          <w:rFonts w:eastAsia="맑은 고딕" w:hint="eastAsia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수도권과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비수도권의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격차</w:t>
      </w:r>
      <w:r w:rsidRPr="009911C9">
        <w:rPr>
          <w:rFonts w:eastAsia="맑은 고딕"/>
          <w:lang w:eastAsia="ko-KR"/>
        </w:rPr>
        <w:t xml:space="preserve">, </w:t>
      </w:r>
      <w:r w:rsidRPr="009911C9">
        <w:rPr>
          <w:rFonts w:eastAsia="맑은 고딕"/>
          <w:lang w:eastAsia="ko-KR"/>
        </w:rPr>
        <w:t>산업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구조의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차이</w:t>
      </w:r>
      <w:r w:rsidRPr="009911C9">
        <w:rPr>
          <w:rFonts w:eastAsia="맑은 고딕"/>
          <w:lang w:eastAsia="ko-KR"/>
        </w:rPr>
        <w:t xml:space="preserve">, </w:t>
      </w:r>
      <w:r w:rsidRPr="009911C9">
        <w:rPr>
          <w:rFonts w:eastAsia="맑은 고딕"/>
          <w:lang w:eastAsia="ko-KR"/>
        </w:rPr>
        <w:t>지역소멸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위험을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선제적으로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확인할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수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있는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정책용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지도</w:t>
      </w:r>
      <w:r w:rsidRPr="009911C9">
        <w:rPr>
          <w:rFonts w:eastAsia="맑은 고딕"/>
          <w:lang w:eastAsia="ko-KR"/>
        </w:rPr>
        <w:t>(Policy Map)</w:t>
      </w:r>
      <w:r w:rsidRPr="009911C9">
        <w:rPr>
          <w:rFonts w:eastAsia="맑은 고딕"/>
          <w:lang w:eastAsia="ko-KR"/>
        </w:rPr>
        <w:t>로서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중요한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의미를</w:t>
      </w:r>
      <w:r w:rsidRPr="009911C9">
        <w:rPr>
          <w:rFonts w:eastAsia="맑은 고딕"/>
          <w:lang w:eastAsia="ko-KR"/>
        </w:rPr>
        <w:t xml:space="preserve"> </w:t>
      </w:r>
      <w:r w:rsidRPr="009911C9">
        <w:rPr>
          <w:rFonts w:eastAsia="맑은 고딕"/>
          <w:lang w:eastAsia="ko-KR"/>
        </w:rPr>
        <w:t>지닌다</w:t>
      </w:r>
      <w:r w:rsidRPr="009911C9">
        <w:rPr>
          <w:rFonts w:eastAsia="맑은 고딕"/>
          <w:lang w:eastAsia="ko-KR"/>
        </w:rPr>
        <w:t>.</w:t>
      </w:r>
    </w:p>
    <w:p w14:paraId="10287CE1" w14:textId="77777777" w:rsidR="009911C9" w:rsidRPr="00617C89" w:rsidRDefault="009911C9" w:rsidP="00617C89">
      <w:pPr>
        <w:rPr>
          <w:rFonts w:eastAsia="맑은 고딕"/>
          <w:lang w:eastAsia="ko-KR"/>
        </w:rPr>
      </w:pPr>
    </w:p>
    <w:sectPr w:rsidR="009911C9" w:rsidRPr="00617C8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31916" w14:textId="77777777" w:rsidR="007E2EB6" w:rsidRDefault="007E2EB6" w:rsidP="00067599">
      <w:pPr>
        <w:spacing w:after="0" w:line="240" w:lineRule="auto"/>
      </w:pPr>
      <w:r>
        <w:separator/>
      </w:r>
    </w:p>
  </w:endnote>
  <w:endnote w:type="continuationSeparator" w:id="0">
    <w:p w14:paraId="1B26814A" w14:textId="77777777" w:rsidR="007E2EB6" w:rsidRDefault="007E2EB6" w:rsidP="00067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D58ED" w14:textId="77777777" w:rsidR="007E2EB6" w:rsidRDefault="007E2EB6" w:rsidP="00067599">
      <w:pPr>
        <w:spacing w:after="0" w:line="240" w:lineRule="auto"/>
      </w:pPr>
      <w:r>
        <w:separator/>
      </w:r>
    </w:p>
  </w:footnote>
  <w:footnote w:type="continuationSeparator" w:id="0">
    <w:p w14:paraId="597FC9FD" w14:textId="77777777" w:rsidR="007E2EB6" w:rsidRDefault="007E2EB6" w:rsidP="00067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D8290E"/>
    <w:multiLevelType w:val="multilevel"/>
    <w:tmpl w:val="82929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5D8584B"/>
    <w:multiLevelType w:val="multilevel"/>
    <w:tmpl w:val="DC0C4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9BF18D8"/>
    <w:multiLevelType w:val="multilevel"/>
    <w:tmpl w:val="8F5C5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F5A17C2"/>
    <w:multiLevelType w:val="multilevel"/>
    <w:tmpl w:val="D7DE2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"/>
      <w:lvlJc w:val="left"/>
      <w:pPr>
        <w:ind w:left="1440" w:hanging="360"/>
      </w:pPr>
      <w:rPr>
        <w:rFonts w:ascii="맑은 고딕" w:hAnsi="맑은 고딕" w:cs="맑은 고딕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8A7E77"/>
    <w:multiLevelType w:val="multilevel"/>
    <w:tmpl w:val="C8F4E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B942D51"/>
    <w:multiLevelType w:val="multilevel"/>
    <w:tmpl w:val="956CE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EB12D7D"/>
    <w:multiLevelType w:val="multilevel"/>
    <w:tmpl w:val="9C46C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3076EE"/>
    <w:multiLevelType w:val="multilevel"/>
    <w:tmpl w:val="BDA0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19D3481"/>
    <w:multiLevelType w:val="multilevel"/>
    <w:tmpl w:val="FD043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F351B"/>
    <w:multiLevelType w:val="multilevel"/>
    <w:tmpl w:val="0E7E5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34768D"/>
    <w:multiLevelType w:val="multilevel"/>
    <w:tmpl w:val="9904D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26656A"/>
    <w:multiLevelType w:val="multilevel"/>
    <w:tmpl w:val="CB52B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054552"/>
    <w:multiLevelType w:val="multilevel"/>
    <w:tmpl w:val="20BC1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7D7D55"/>
    <w:multiLevelType w:val="multilevel"/>
    <w:tmpl w:val="F2FC6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4A4036"/>
    <w:multiLevelType w:val="multilevel"/>
    <w:tmpl w:val="70D2A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9E3318"/>
    <w:multiLevelType w:val="multilevel"/>
    <w:tmpl w:val="C12E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637F10"/>
    <w:multiLevelType w:val="multilevel"/>
    <w:tmpl w:val="AAE21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5C96FBE"/>
    <w:multiLevelType w:val="multilevel"/>
    <w:tmpl w:val="1C94B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4A5613"/>
    <w:multiLevelType w:val="multilevel"/>
    <w:tmpl w:val="A20E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1309B3"/>
    <w:multiLevelType w:val="multilevel"/>
    <w:tmpl w:val="76620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1A160E"/>
    <w:multiLevelType w:val="multilevel"/>
    <w:tmpl w:val="8B1A0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8F27E0"/>
    <w:multiLevelType w:val="multilevel"/>
    <w:tmpl w:val="DEE47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844368"/>
    <w:multiLevelType w:val="multilevel"/>
    <w:tmpl w:val="4F725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BA5EC9"/>
    <w:multiLevelType w:val="multilevel"/>
    <w:tmpl w:val="14F2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2E3C1E"/>
    <w:multiLevelType w:val="hybridMultilevel"/>
    <w:tmpl w:val="86E23382"/>
    <w:lvl w:ilvl="0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4" w15:restartNumberingAfterBreak="0">
    <w:nsid w:val="5CFC6A6A"/>
    <w:multiLevelType w:val="multilevel"/>
    <w:tmpl w:val="882A1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DEB5083"/>
    <w:multiLevelType w:val="multilevel"/>
    <w:tmpl w:val="F2183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B91D79"/>
    <w:multiLevelType w:val="multilevel"/>
    <w:tmpl w:val="E416C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29412A"/>
    <w:multiLevelType w:val="multilevel"/>
    <w:tmpl w:val="3E9C4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C5888"/>
    <w:multiLevelType w:val="multilevel"/>
    <w:tmpl w:val="550E777A"/>
    <w:lvl w:ilvl="0">
      <w:start w:val="1"/>
      <w:numFmt w:val="decimal"/>
      <w:lvlText w:val="%1."/>
      <w:lvlJc w:val="left"/>
      <w:pPr>
        <w:ind w:left="880" w:hanging="440"/>
      </w:pPr>
      <w:rPr>
        <w:rFonts w:hint="default"/>
      </w:rPr>
    </w:lvl>
    <w:lvl w:ilvl="1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9" w15:restartNumberingAfterBreak="0">
    <w:nsid w:val="70A11E8F"/>
    <w:multiLevelType w:val="multilevel"/>
    <w:tmpl w:val="1A8E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4BD4CE9"/>
    <w:multiLevelType w:val="multilevel"/>
    <w:tmpl w:val="A8CE8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8CC7140"/>
    <w:multiLevelType w:val="multilevel"/>
    <w:tmpl w:val="0B54D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055A61"/>
    <w:multiLevelType w:val="multilevel"/>
    <w:tmpl w:val="EF2C2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F111541"/>
    <w:multiLevelType w:val="multilevel"/>
    <w:tmpl w:val="0526F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6386338">
    <w:abstractNumId w:val="8"/>
  </w:num>
  <w:num w:numId="2" w16cid:durableId="662508920">
    <w:abstractNumId w:val="6"/>
  </w:num>
  <w:num w:numId="3" w16cid:durableId="1655571492">
    <w:abstractNumId w:val="5"/>
  </w:num>
  <w:num w:numId="4" w16cid:durableId="498235358">
    <w:abstractNumId w:val="4"/>
  </w:num>
  <w:num w:numId="5" w16cid:durableId="383606276">
    <w:abstractNumId w:val="7"/>
  </w:num>
  <w:num w:numId="6" w16cid:durableId="1167672038">
    <w:abstractNumId w:val="3"/>
  </w:num>
  <w:num w:numId="7" w16cid:durableId="289632850">
    <w:abstractNumId w:val="2"/>
  </w:num>
  <w:num w:numId="8" w16cid:durableId="371074723">
    <w:abstractNumId w:val="1"/>
  </w:num>
  <w:num w:numId="9" w16cid:durableId="241645572">
    <w:abstractNumId w:val="0"/>
  </w:num>
  <w:num w:numId="10" w16cid:durableId="1536579039">
    <w:abstractNumId w:val="21"/>
  </w:num>
  <w:num w:numId="11" w16cid:durableId="1753157356">
    <w:abstractNumId w:val="10"/>
  </w:num>
  <w:num w:numId="12" w16cid:durableId="540047693">
    <w:abstractNumId w:val="13"/>
  </w:num>
  <w:num w:numId="13" w16cid:durableId="295649415">
    <w:abstractNumId w:val="24"/>
  </w:num>
  <w:num w:numId="14" w16cid:durableId="1400904995">
    <w:abstractNumId w:val="30"/>
  </w:num>
  <w:num w:numId="15" w16cid:durableId="653603116">
    <w:abstractNumId w:val="37"/>
  </w:num>
  <w:num w:numId="16" w16cid:durableId="1224831433">
    <w:abstractNumId w:val="16"/>
  </w:num>
  <w:num w:numId="17" w16cid:durableId="1720736902">
    <w:abstractNumId w:val="41"/>
  </w:num>
  <w:num w:numId="18" w16cid:durableId="384914196">
    <w:abstractNumId w:val="26"/>
  </w:num>
  <w:num w:numId="19" w16cid:durableId="1098209668">
    <w:abstractNumId w:val="40"/>
  </w:num>
  <w:num w:numId="20" w16cid:durableId="283999904">
    <w:abstractNumId w:val="39"/>
  </w:num>
  <w:num w:numId="21" w16cid:durableId="1506825086">
    <w:abstractNumId w:val="9"/>
  </w:num>
  <w:num w:numId="22" w16cid:durableId="232008417">
    <w:abstractNumId w:val="32"/>
  </w:num>
  <w:num w:numId="23" w16cid:durableId="1811940061">
    <w:abstractNumId w:val="25"/>
  </w:num>
  <w:num w:numId="24" w16cid:durableId="711460338">
    <w:abstractNumId w:val="12"/>
  </w:num>
  <w:num w:numId="25" w16cid:durableId="1284002135">
    <w:abstractNumId w:val="23"/>
  </w:num>
  <w:num w:numId="26" w16cid:durableId="726296252">
    <w:abstractNumId w:val="29"/>
  </w:num>
  <w:num w:numId="27" w16cid:durableId="1532374563">
    <w:abstractNumId w:val="43"/>
  </w:num>
  <w:num w:numId="28" w16cid:durableId="1544362654">
    <w:abstractNumId w:val="18"/>
  </w:num>
  <w:num w:numId="29" w16cid:durableId="1840195626">
    <w:abstractNumId w:val="27"/>
  </w:num>
  <w:num w:numId="30" w16cid:durableId="356395099">
    <w:abstractNumId w:val="14"/>
  </w:num>
  <w:num w:numId="31" w16cid:durableId="1254968853">
    <w:abstractNumId w:val="35"/>
  </w:num>
  <w:num w:numId="32" w16cid:durableId="2079933304">
    <w:abstractNumId w:val="22"/>
  </w:num>
  <w:num w:numId="33" w16cid:durableId="7174768">
    <w:abstractNumId w:val="15"/>
  </w:num>
  <w:num w:numId="34" w16cid:durableId="1382555131">
    <w:abstractNumId w:val="33"/>
  </w:num>
  <w:num w:numId="35" w16cid:durableId="894393773">
    <w:abstractNumId w:val="38"/>
  </w:num>
  <w:num w:numId="36" w16cid:durableId="1317954335">
    <w:abstractNumId w:val="20"/>
  </w:num>
  <w:num w:numId="37" w16cid:durableId="1737165278">
    <w:abstractNumId w:val="42"/>
  </w:num>
  <w:num w:numId="38" w16cid:durableId="1211385527">
    <w:abstractNumId w:val="28"/>
  </w:num>
  <w:num w:numId="39" w16cid:durableId="794519824">
    <w:abstractNumId w:val="19"/>
  </w:num>
  <w:num w:numId="40" w16cid:durableId="1585604000">
    <w:abstractNumId w:val="34"/>
  </w:num>
  <w:num w:numId="41" w16cid:durableId="887843942">
    <w:abstractNumId w:val="11"/>
  </w:num>
  <w:num w:numId="42" w16cid:durableId="2050715167">
    <w:abstractNumId w:val="31"/>
  </w:num>
  <w:num w:numId="43" w16cid:durableId="2122332407">
    <w:abstractNumId w:val="36"/>
  </w:num>
  <w:num w:numId="44" w16cid:durableId="157805686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7599"/>
    <w:rsid w:val="000776F9"/>
    <w:rsid w:val="0015074B"/>
    <w:rsid w:val="001F3866"/>
    <w:rsid w:val="0029639D"/>
    <w:rsid w:val="00326F90"/>
    <w:rsid w:val="004A3F62"/>
    <w:rsid w:val="005E5FCE"/>
    <w:rsid w:val="00617C89"/>
    <w:rsid w:val="006677BA"/>
    <w:rsid w:val="0067293B"/>
    <w:rsid w:val="007E2EB6"/>
    <w:rsid w:val="007E5F25"/>
    <w:rsid w:val="007F3F61"/>
    <w:rsid w:val="008800B9"/>
    <w:rsid w:val="008F63C9"/>
    <w:rsid w:val="009240BD"/>
    <w:rsid w:val="009911C9"/>
    <w:rsid w:val="00AA1D8D"/>
    <w:rsid w:val="00AA7B37"/>
    <w:rsid w:val="00B25624"/>
    <w:rsid w:val="00B47730"/>
    <w:rsid w:val="00BB3257"/>
    <w:rsid w:val="00C11B75"/>
    <w:rsid w:val="00CB0664"/>
    <w:rsid w:val="00D033B9"/>
    <w:rsid w:val="00E62538"/>
    <w:rsid w:val="00E74E76"/>
    <w:rsid w:val="00ED128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B5E6DCD"/>
  <w14:defaultImageDpi w14:val="300"/>
  <w15:docId w15:val="{30DF92C3-C4E6-43FD-B447-B9AC56EF0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7E5F25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1">
    <w:name w:val="Hyperlink"/>
    <w:basedOn w:val="a2"/>
    <w:uiPriority w:val="99"/>
    <w:unhideWhenUsed/>
    <w:rsid w:val="00B25624"/>
    <w:rPr>
      <w:color w:val="0000FF" w:themeColor="hyperlink"/>
      <w:u w:val="single"/>
    </w:rPr>
  </w:style>
  <w:style w:type="character" w:styleId="aff2">
    <w:name w:val="Unresolved Mention"/>
    <w:basedOn w:val="a2"/>
    <w:uiPriority w:val="99"/>
    <w:semiHidden/>
    <w:unhideWhenUsed/>
    <w:rsid w:val="00B256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886</Words>
  <Characters>5051</Characters>
  <Application>Microsoft Office Word</Application>
  <DocSecurity>0</DocSecurity>
  <Lines>42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5926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효창 임</cp:lastModifiedBy>
  <cp:revision>4</cp:revision>
  <dcterms:created xsi:type="dcterms:W3CDTF">2025-12-03T00:06:00Z</dcterms:created>
  <dcterms:modified xsi:type="dcterms:W3CDTF">2025-12-03T00:25:00Z</dcterms:modified>
  <cp:category/>
</cp:coreProperties>
</file>